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7FA763" w14:textId="4AF8FF01" w:rsidR="009577AC" w:rsidRDefault="00DF42D5" w:rsidP="00554596">
      <w:pPr>
        <w:spacing w:after="0"/>
      </w:pPr>
      <w:r w:rsidRPr="00554596">
        <w:rPr>
          <w:b/>
          <w:color w:val="auto"/>
          <w:sz w:val="48"/>
        </w:rPr>
        <w:t>Application Form</w:t>
      </w:r>
      <w:r>
        <w:rPr>
          <w:b/>
          <w:color w:val="215868"/>
          <w:sz w:val="48"/>
        </w:rPr>
        <w:br/>
      </w:r>
      <w:r w:rsidRPr="00554596">
        <w:rPr>
          <w:b/>
          <w:color w:val="BE4067"/>
          <w:sz w:val="48"/>
        </w:rPr>
        <w:t>Project Investment Portfolio</w:t>
      </w:r>
      <w:r>
        <w:rPr>
          <w:b/>
          <w:color w:val="595959"/>
          <w:sz w:val="24"/>
        </w:rPr>
        <w:br/>
        <w:t>Annual project investment for activity from 1 April 2027 to 28 February 2028</w:t>
      </w:r>
    </w:p>
    <w:p w14:paraId="7645260D" w14:textId="38077B2E" w:rsidR="009577AC" w:rsidRPr="00554596" w:rsidRDefault="00554596">
      <w:pPr>
        <w:rPr>
          <w:rFonts w:cs="Arial"/>
          <w:color w:val="auto"/>
        </w:rPr>
      </w:pPr>
      <w:r>
        <w:br/>
      </w:r>
      <w:r w:rsidRPr="00554596">
        <w:rPr>
          <w:rFonts w:cs="Arial"/>
          <w:color w:val="auto"/>
        </w:rPr>
        <w:t xml:space="preserve">Use this form to apply for Bradford Council Project Investment Portfolio funding for activity between </w:t>
      </w:r>
      <w:r w:rsidRPr="009E3DD6">
        <w:rPr>
          <w:rFonts w:cs="Arial"/>
          <w:b/>
          <w:bCs/>
          <w:color w:val="auto"/>
        </w:rPr>
        <w:t>1 April 2027 and 28 February 2028</w:t>
      </w:r>
      <w:r w:rsidRPr="00554596">
        <w:rPr>
          <w:rFonts w:cs="Arial"/>
          <w:color w:val="auto"/>
        </w:rPr>
        <w:t xml:space="preserve">. </w:t>
      </w:r>
    </w:p>
    <w:p w14:paraId="55D1BD8E" w14:textId="77777777" w:rsidR="009577AC" w:rsidRPr="00895C41" w:rsidRDefault="00DF42D5">
      <w:pPr>
        <w:pStyle w:val="Heading2"/>
        <w:rPr>
          <w:rFonts w:ascii="Arial" w:hAnsi="Arial" w:cs="Arial"/>
          <w:color w:val="BE4067"/>
          <w:sz w:val="24"/>
          <w:szCs w:val="24"/>
        </w:rPr>
      </w:pPr>
      <w:r w:rsidRPr="00895C41">
        <w:rPr>
          <w:rFonts w:ascii="Arial" w:hAnsi="Arial" w:cs="Arial"/>
          <w:color w:val="BE4067"/>
          <w:sz w:val="24"/>
          <w:szCs w:val="24"/>
        </w:rPr>
        <w:t>Before you start</w:t>
      </w:r>
    </w:p>
    <w:p w14:paraId="03ABCC76" w14:textId="0ACFEFF0" w:rsidR="00895C41" w:rsidRPr="008C5966" w:rsidRDefault="00895C41" w:rsidP="00895C41">
      <w:pPr>
        <w:pStyle w:val="ListBullet"/>
        <w:spacing w:line="240" w:lineRule="auto"/>
        <w:rPr>
          <w:color w:val="auto"/>
          <w:sz w:val="22"/>
        </w:rPr>
      </w:pPr>
      <w:r w:rsidRPr="008C5966">
        <w:rPr>
          <w:color w:val="auto"/>
          <w:sz w:val="22"/>
        </w:rPr>
        <w:t>Read the guidance before completing this form.</w:t>
      </w:r>
    </w:p>
    <w:p w14:paraId="70CF87EE" w14:textId="77777777" w:rsidR="00895C41" w:rsidRPr="00435FA9" w:rsidRDefault="00895C41" w:rsidP="00895C41">
      <w:pPr>
        <w:pStyle w:val="ListBullet"/>
        <w:spacing w:line="240" w:lineRule="auto"/>
        <w:rPr>
          <w:color w:val="auto"/>
          <w:sz w:val="22"/>
        </w:rPr>
      </w:pPr>
      <w:r w:rsidRPr="008C5966">
        <w:rPr>
          <w:color w:val="auto"/>
          <w:sz w:val="22"/>
        </w:rPr>
        <w:t xml:space="preserve">Answer </w:t>
      </w:r>
      <w:r>
        <w:rPr>
          <w:color w:val="auto"/>
          <w:sz w:val="22"/>
        </w:rPr>
        <w:t xml:space="preserve">every question </w:t>
      </w:r>
      <w:r w:rsidRPr="008C5966">
        <w:rPr>
          <w:color w:val="auto"/>
          <w:sz w:val="22"/>
        </w:rPr>
        <w:t>that appl</w:t>
      </w:r>
      <w:r>
        <w:rPr>
          <w:color w:val="auto"/>
          <w:sz w:val="22"/>
        </w:rPr>
        <w:t>ies</w:t>
      </w:r>
      <w:r w:rsidRPr="008C5966">
        <w:rPr>
          <w:color w:val="auto"/>
          <w:sz w:val="22"/>
        </w:rPr>
        <w:t xml:space="preserve">. </w:t>
      </w:r>
    </w:p>
    <w:p w14:paraId="649EB716" w14:textId="77777777" w:rsidR="00895C41" w:rsidRPr="00EC55B1" w:rsidRDefault="00895C41" w:rsidP="00895C41">
      <w:pPr>
        <w:pStyle w:val="ListBullet"/>
        <w:spacing w:after="40" w:line="240" w:lineRule="auto"/>
        <w:rPr>
          <w:color w:val="auto"/>
          <w:sz w:val="22"/>
        </w:rPr>
      </w:pPr>
      <w:r w:rsidRPr="00EC55B1">
        <w:rPr>
          <w:color w:val="auto"/>
          <w:sz w:val="22"/>
        </w:rPr>
        <w:t xml:space="preserve">Be realistic about your plans, annual targets, income, expenditure and </w:t>
      </w:r>
      <w:proofErr w:type="spellStart"/>
      <w:r w:rsidRPr="00EC55B1">
        <w:rPr>
          <w:color w:val="auto"/>
          <w:sz w:val="22"/>
        </w:rPr>
        <w:t>organisational</w:t>
      </w:r>
      <w:proofErr w:type="spellEnd"/>
      <w:r w:rsidRPr="00EC55B1">
        <w:rPr>
          <w:color w:val="auto"/>
          <w:sz w:val="22"/>
        </w:rPr>
        <w:t xml:space="preserve"> capacity.</w:t>
      </w:r>
    </w:p>
    <w:p w14:paraId="37E2A9F9" w14:textId="66347618" w:rsidR="00895C41" w:rsidRPr="00EC55B1" w:rsidRDefault="00895C41" w:rsidP="00895C41">
      <w:pPr>
        <w:pStyle w:val="ListBullet"/>
        <w:spacing w:after="40" w:line="240" w:lineRule="auto"/>
        <w:rPr>
          <w:color w:val="auto"/>
          <w:sz w:val="22"/>
        </w:rPr>
      </w:pPr>
      <w:r w:rsidRPr="00EC55B1">
        <w:rPr>
          <w:color w:val="auto"/>
          <w:sz w:val="22"/>
        </w:rPr>
        <w:t xml:space="preserve">Word limits are </w:t>
      </w:r>
      <w:proofErr w:type="gramStart"/>
      <w:r w:rsidRPr="00EC55B1">
        <w:rPr>
          <w:color w:val="auto"/>
          <w:sz w:val="22"/>
        </w:rPr>
        <w:t>maximums</w:t>
      </w:r>
      <w:proofErr w:type="gramEnd"/>
      <w:r w:rsidRPr="00EC55B1">
        <w:rPr>
          <w:color w:val="auto"/>
          <w:sz w:val="22"/>
        </w:rPr>
        <w:t xml:space="preserve">, not targets. </w:t>
      </w:r>
      <w:r>
        <w:rPr>
          <w:color w:val="auto"/>
          <w:sz w:val="22"/>
        </w:rPr>
        <w:t xml:space="preserve">You are welcome to use bullet points. </w:t>
      </w:r>
    </w:p>
    <w:p w14:paraId="0D9F8D47" w14:textId="77777777" w:rsidR="00895C41" w:rsidRPr="00EC55B1" w:rsidRDefault="00895C41" w:rsidP="00895C41">
      <w:pPr>
        <w:pStyle w:val="ListBullet"/>
        <w:spacing w:after="40" w:line="240" w:lineRule="auto"/>
        <w:rPr>
          <w:color w:val="auto"/>
          <w:sz w:val="22"/>
        </w:rPr>
      </w:pPr>
      <w:r w:rsidRPr="00EC55B1">
        <w:rPr>
          <w:color w:val="auto"/>
          <w:sz w:val="22"/>
        </w:rPr>
        <w:t>Use the financial information and supporting documents requested in the guidance. Figures in this form must be consistent with those documents.</w:t>
      </w:r>
    </w:p>
    <w:p w14:paraId="3CFB8BC6" w14:textId="77777777" w:rsidR="00895C41" w:rsidRDefault="00895C41" w:rsidP="00895C41">
      <w:pPr>
        <w:pStyle w:val="ListBullet"/>
        <w:spacing w:after="40" w:line="240" w:lineRule="auto"/>
        <w:rPr>
          <w:color w:val="auto"/>
          <w:sz w:val="22"/>
        </w:rPr>
      </w:pPr>
      <w:r w:rsidRPr="00EC55B1">
        <w:rPr>
          <w:color w:val="auto"/>
          <w:sz w:val="22"/>
        </w:rPr>
        <w:t>Save the final application as a PDF before submission and retain an editable copy for your records.</w:t>
      </w:r>
    </w:p>
    <w:p w14:paraId="192E0080" w14:textId="77777777" w:rsidR="00895C41" w:rsidRPr="008C5966" w:rsidRDefault="00895C41" w:rsidP="00895C41">
      <w:pPr>
        <w:pStyle w:val="ListBullet"/>
        <w:spacing w:line="240" w:lineRule="auto"/>
        <w:rPr>
          <w:color w:val="auto"/>
          <w:sz w:val="22"/>
        </w:rPr>
      </w:pPr>
      <w:r w:rsidRPr="008C5966">
        <w:rPr>
          <w:color w:val="auto"/>
          <w:sz w:val="22"/>
        </w:rPr>
        <w:t>Submit this form and the required supporting documents by the published deadline to the email address in the guidance.</w:t>
      </w:r>
      <w:r>
        <w:rPr>
          <w:color w:val="auto"/>
          <w:sz w:val="22"/>
        </w:rPr>
        <w:t xml:space="preserve"> Late applications will not be assessed. </w:t>
      </w:r>
    </w:p>
    <w:p w14:paraId="773A6D92" w14:textId="77777777" w:rsidR="009577AC" w:rsidRPr="00554596" w:rsidRDefault="00DF42D5">
      <w:pPr>
        <w:pStyle w:val="Heading2"/>
        <w:rPr>
          <w:rFonts w:ascii="Arial" w:hAnsi="Arial" w:cs="Arial"/>
          <w:color w:val="auto"/>
          <w:sz w:val="24"/>
          <w:szCs w:val="24"/>
        </w:rPr>
      </w:pPr>
      <w:r w:rsidRPr="00554596">
        <w:rPr>
          <w:rFonts w:ascii="Arial" w:hAnsi="Arial" w:cs="Arial"/>
          <w:color w:val="auto"/>
          <w:sz w:val="24"/>
          <w:szCs w:val="24"/>
        </w:rPr>
        <w:t>How applications will be assessed</w:t>
      </w:r>
    </w:p>
    <w:tbl>
      <w:tblPr>
        <w:tblW w:w="9811"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3043"/>
        <w:gridCol w:w="6768"/>
      </w:tblGrid>
      <w:tr w:rsidR="009577AC" w:rsidRPr="00554596" w14:paraId="08817102" w14:textId="77777777" w:rsidTr="00554596">
        <w:trPr>
          <w:tblHeader/>
          <w:jc w:val="center"/>
        </w:trPr>
        <w:tc>
          <w:tcPr>
            <w:tcW w:w="3043" w:type="dxa"/>
            <w:tcBorders>
              <w:bottom w:val="single" w:sz="4" w:space="0" w:color="D9D9D9"/>
            </w:tcBorders>
            <w:shd w:val="clear" w:color="auto" w:fill="E7E6E6"/>
            <w:vAlign w:val="center"/>
          </w:tcPr>
          <w:p w14:paraId="178A5F1F" w14:textId="77777777" w:rsidR="009577AC" w:rsidRPr="00554596" w:rsidRDefault="00DF42D5">
            <w:pPr>
              <w:spacing w:after="0"/>
              <w:rPr>
                <w:rFonts w:cs="Arial"/>
                <w:color w:val="auto"/>
                <w:sz w:val="22"/>
                <w:szCs w:val="32"/>
              </w:rPr>
            </w:pPr>
            <w:r w:rsidRPr="00554596">
              <w:rPr>
                <w:rFonts w:cs="Arial"/>
                <w:b/>
                <w:color w:val="auto"/>
                <w:sz w:val="22"/>
                <w:szCs w:val="32"/>
              </w:rPr>
              <w:t>Assessment area</w:t>
            </w:r>
          </w:p>
        </w:tc>
        <w:tc>
          <w:tcPr>
            <w:tcW w:w="6768" w:type="dxa"/>
            <w:tcBorders>
              <w:bottom w:val="single" w:sz="4" w:space="0" w:color="D9D9D9"/>
            </w:tcBorders>
            <w:shd w:val="clear" w:color="auto" w:fill="E7E6E6"/>
            <w:vAlign w:val="center"/>
          </w:tcPr>
          <w:p w14:paraId="326FDD16" w14:textId="77777777" w:rsidR="009577AC" w:rsidRPr="00554596" w:rsidRDefault="00DF42D5">
            <w:pPr>
              <w:spacing w:after="0"/>
              <w:rPr>
                <w:rFonts w:cs="Arial"/>
                <w:color w:val="auto"/>
                <w:sz w:val="22"/>
                <w:szCs w:val="32"/>
              </w:rPr>
            </w:pPr>
            <w:r w:rsidRPr="00554596">
              <w:rPr>
                <w:rFonts w:cs="Arial"/>
                <w:b/>
                <w:color w:val="auto"/>
                <w:sz w:val="22"/>
                <w:szCs w:val="32"/>
              </w:rPr>
              <w:t>What assessors will consider</w:t>
            </w:r>
          </w:p>
        </w:tc>
      </w:tr>
      <w:tr w:rsidR="009577AC" w:rsidRPr="00554596" w14:paraId="547EE3A4" w14:textId="77777777" w:rsidTr="00554596">
        <w:trPr>
          <w:trHeight w:val="672"/>
          <w:jc w:val="center"/>
        </w:trPr>
        <w:tc>
          <w:tcPr>
            <w:tcW w:w="3043" w:type="dxa"/>
            <w:vAlign w:val="center"/>
          </w:tcPr>
          <w:p w14:paraId="68D90F4C" w14:textId="77777777" w:rsidR="009577AC" w:rsidRPr="00B17999" w:rsidRDefault="00DF42D5">
            <w:pPr>
              <w:spacing w:after="0"/>
              <w:rPr>
                <w:rFonts w:cs="Arial"/>
                <w:b/>
                <w:bCs/>
                <w:color w:val="auto"/>
                <w:sz w:val="22"/>
                <w:szCs w:val="32"/>
              </w:rPr>
            </w:pPr>
            <w:r>
              <w:rPr>
                <w:rFonts w:cs="Arial"/>
                <w:b/>
                <w:bCs/>
                <w:color w:val="auto"/>
                <w:sz w:val="22"/>
                <w:szCs w:val="32"/>
              </w:rPr>
              <w:t>Creative or cultural quality and ambition</w:t>
            </w:r>
          </w:p>
        </w:tc>
        <w:tc>
          <w:tcPr>
            <w:tcW w:w="6768" w:type="dxa"/>
            <w:vAlign w:val="center"/>
          </w:tcPr>
          <w:p w14:paraId="6A2CD1F0" w14:textId="77777777" w:rsidR="009577AC" w:rsidRPr="00554596" w:rsidRDefault="00DF42D5">
            <w:pPr>
              <w:spacing w:after="0"/>
              <w:rPr>
                <w:rFonts w:cs="Arial"/>
                <w:color w:val="auto"/>
                <w:sz w:val="22"/>
                <w:szCs w:val="32"/>
              </w:rPr>
            </w:pPr>
            <w:r w:rsidRPr="00554596">
              <w:rPr>
                <w:rFonts w:cs="Arial"/>
                <w:color w:val="auto"/>
                <w:sz w:val="22"/>
                <w:szCs w:val="32"/>
              </w:rPr>
              <w:t>The idea, cultural approach, relevance, quality and appropriate ambition.</w:t>
            </w:r>
          </w:p>
        </w:tc>
      </w:tr>
      <w:tr w:rsidR="009577AC" w:rsidRPr="00554596" w14:paraId="6C86AF86" w14:textId="77777777" w:rsidTr="00554596">
        <w:trPr>
          <w:jc w:val="center"/>
        </w:trPr>
        <w:tc>
          <w:tcPr>
            <w:tcW w:w="3043" w:type="dxa"/>
            <w:vAlign w:val="center"/>
          </w:tcPr>
          <w:p w14:paraId="22EFE34C" w14:textId="77777777" w:rsidR="009577AC" w:rsidRPr="00B17999" w:rsidRDefault="00DF42D5">
            <w:pPr>
              <w:spacing w:after="0"/>
              <w:rPr>
                <w:rFonts w:cs="Arial"/>
                <w:b/>
                <w:bCs/>
                <w:color w:val="auto"/>
                <w:sz w:val="22"/>
                <w:szCs w:val="32"/>
              </w:rPr>
            </w:pPr>
            <w:r>
              <w:rPr>
                <w:rFonts w:cs="Arial"/>
                <w:b/>
                <w:bCs/>
                <w:color w:val="auto"/>
                <w:sz w:val="22"/>
                <w:szCs w:val="32"/>
              </w:rPr>
              <w:t>Public benefit for Bradford</w:t>
            </w:r>
          </w:p>
        </w:tc>
        <w:tc>
          <w:tcPr>
            <w:tcW w:w="6768" w:type="dxa"/>
            <w:vAlign w:val="center"/>
          </w:tcPr>
          <w:p w14:paraId="67EF907B" w14:textId="77777777" w:rsidR="009577AC" w:rsidRPr="00554596" w:rsidRDefault="00DF42D5">
            <w:pPr>
              <w:spacing w:after="0"/>
              <w:rPr>
                <w:rFonts w:cs="Arial"/>
                <w:color w:val="auto"/>
                <w:sz w:val="22"/>
                <w:szCs w:val="32"/>
              </w:rPr>
            </w:pPr>
            <w:r w:rsidRPr="00554596">
              <w:rPr>
                <w:rFonts w:cs="Arial"/>
                <w:color w:val="auto"/>
                <w:sz w:val="22"/>
                <w:szCs w:val="32"/>
              </w:rPr>
              <w:t>The need or opportunity, intended benefit and who or what will benefit.</w:t>
            </w:r>
          </w:p>
        </w:tc>
      </w:tr>
      <w:tr w:rsidR="009577AC" w:rsidRPr="00554596" w14:paraId="0EEFF457" w14:textId="77777777" w:rsidTr="00B17999">
        <w:trPr>
          <w:trHeight w:val="764"/>
          <w:jc w:val="center"/>
        </w:trPr>
        <w:tc>
          <w:tcPr>
            <w:tcW w:w="3043" w:type="dxa"/>
            <w:vAlign w:val="center"/>
          </w:tcPr>
          <w:p w14:paraId="060896A7" w14:textId="77777777" w:rsidR="009577AC" w:rsidRPr="00B17999" w:rsidRDefault="00DF42D5">
            <w:pPr>
              <w:spacing w:after="0"/>
              <w:rPr>
                <w:rFonts w:cs="Arial"/>
                <w:b/>
                <w:bCs/>
                <w:color w:val="auto"/>
                <w:sz w:val="22"/>
                <w:szCs w:val="32"/>
              </w:rPr>
            </w:pPr>
            <w:r>
              <w:rPr>
                <w:rFonts w:cs="Arial"/>
                <w:b/>
                <w:bCs/>
                <w:color w:val="auto"/>
                <w:sz w:val="22"/>
                <w:szCs w:val="32"/>
              </w:rPr>
              <w:t>Reach, engagement, inclusion and access</w:t>
            </w:r>
          </w:p>
        </w:tc>
        <w:tc>
          <w:tcPr>
            <w:tcW w:w="6768" w:type="dxa"/>
            <w:vAlign w:val="center"/>
          </w:tcPr>
          <w:p w14:paraId="12883899" w14:textId="77777777" w:rsidR="009577AC" w:rsidRPr="00554596" w:rsidRDefault="00DF42D5">
            <w:pPr>
              <w:spacing w:after="0"/>
              <w:rPr>
                <w:rFonts w:cs="Arial"/>
                <w:color w:val="auto"/>
                <w:sz w:val="22"/>
                <w:szCs w:val="32"/>
              </w:rPr>
            </w:pPr>
            <w:r w:rsidRPr="00554596">
              <w:rPr>
                <w:rFonts w:cs="Arial"/>
                <w:color w:val="auto"/>
                <w:sz w:val="22"/>
                <w:szCs w:val="32"/>
              </w:rPr>
              <w:t>Who will be reached, how people will be involved and how barriers will be addressed.</w:t>
            </w:r>
          </w:p>
        </w:tc>
      </w:tr>
      <w:tr w:rsidR="009577AC" w:rsidRPr="00554596" w14:paraId="4706141E" w14:textId="77777777" w:rsidTr="00B17999">
        <w:trPr>
          <w:trHeight w:val="690"/>
          <w:jc w:val="center"/>
        </w:trPr>
        <w:tc>
          <w:tcPr>
            <w:tcW w:w="3043" w:type="dxa"/>
            <w:vAlign w:val="center"/>
          </w:tcPr>
          <w:p w14:paraId="267D6E45" w14:textId="77777777" w:rsidR="009577AC" w:rsidRPr="00B17999" w:rsidRDefault="00DF42D5">
            <w:pPr>
              <w:spacing w:after="0"/>
              <w:rPr>
                <w:rFonts w:cs="Arial"/>
                <w:b/>
                <w:bCs/>
                <w:color w:val="auto"/>
                <w:sz w:val="22"/>
                <w:szCs w:val="32"/>
              </w:rPr>
            </w:pPr>
            <w:r>
              <w:rPr>
                <w:rFonts w:cs="Arial"/>
                <w:b/>
                <w:bCs/>
                <w:color w:val="auto"/>
                <w:sz w:val="22"/>
                <w:szCs w:val="32"/>
              </w:rPr>
              <w:t>Strategic contribution to Culture is Our Plan</w:t>
            </w:r>
          </w:p>
        </w:tc>
        <w:tc>
          <w:tcPr>
            <w:tcW w:w="6768" w:type="dxa"/>
            <w:vAlign w:val="center"/>
          </w:tcPr>
          <w:p w14:paraId="34FC1D8A" w14:textId="77777777" w:rsidR="009577AC" w:rsidRPr="00554596" w:rsidRDefault="00DF42D5">
            <w:pPr>
              <w:spacing w:after="0"/>
              <w:rPr>
                <w:rFonts w:cs="Arial"/>
                <w:color w:val="auto"/>
                <w:sz w:val="22"/>
                <w:szCs w:val="32"/>
              </w:rPr>
            </w:pPr>
            <w:r w:rsidRPr="00554596">
              <w:rPr>
                <w:rFonts w:cs="Arial"/>
                <w:color w:val="auto"/>
                <w:sz w:val="22"/>
                <w:szCs w:val="32"/>
              </w:rPr>
              <w:t>A clear and credible contribution to relevant ambitions, targets and Bradford’s cultural ecology.</w:t>
            </w:r>
          </w:p>
        </w:tc>
      </w:tr>
      <w:tr w:rsidR="009577AC" w:rsidRPr="00554596" w14:paraId="2A4E40FB" w14:textId="77777777" w:rsidTr="00B17999">
        <w:trPr>
          <w:trHeight w:val="700"/>
          <w:jc w:val="center"/>
        </w:trPr>
        <w:tc>
          <w:tcPr>
            <w:tcW w:w="3043" w:type="dxa"/>
            <w:vAlign w:val="center"/>
          </w:tcPr>
          <w:p w14:paraId="4F3EACB2" w14:textId="77777777" w:rsidR="009577AC" w:rsidRPr="00B17999" w:rsidRDefault="00DF42D5">
            <w:pPr>
              <w:spacing w:after="0"/>
              <w:rPr>
                <w:rFonts w:cs="Arial"/>
                <w:b/>
                <w:bCs/>
                <w:color w:val="auto"/>
                <w:sz w:val="22"/>
                <w:szCs w:val="32"/>
              </w:rPr>
            </w:pPr>
            <w:r>
              <w:rPr>
                <w:rFonts w:cs="Arial"/>
                <w:b/>
                <w:bCs/>
                <w:color w:val="auto"/>
                <w:sz w:val="22"/>
                <w:szCs w:val="32"/>
              </w:rPr>
              <w:t>Deliverability, management and risk</w:t>
            </w:r>
          </w:p>
        </w:tc>
        <w:tc>
          <w:tcPr>
            <w:tcW w:w="6768" w:type="dxa"/>
            <w:vAlign w:val="center"/>
          </w:tcPr>
          <w:p w14:paraId="327414C9" w14:textId="77777777" w:rsidR="009577AC" w:rsidRPr="00554596" w:rsidRDefault="00DF42D5">
            <w:pPr>
              <w:spacing w:after="0"/>
              <w:rPr>
                <w:rFonts w:cs="Arial"/>
                <w:color w:val="auto"/>
                <w:sz w:val="22"/>
                <w:szCs w:val="32"/>
              </w:rPr>
            </w:pPr>
            <w:r w:rsidRPr="00554596">
              <w:rPr>
                <w:rFonts w:cs="Arial"/>
                <w:color w:val="auto"/>
                <w:sz w:val="22"/>
                <w:szCs w:val="32"/>
              </w:rPr>
              <w:t>People, experience, partnerships, timetable, budget, permissions, compliance and risk.</w:t>
            </w:r>
          </w:p>
        </w:tc>
      </w:tr>
      <w:tr w:rsidR="009577AC" w:rsidRPr="00554596" w14:paraId="77F9870C" w14:textId="77777777" w:rsidTr="00B17999">
        <w:trPr>
          <w:trHeight w:val="696"/>
          <w:jc w:val="center"/>
        </w:trPr>
        <w:tc>
          <w:tcPr>
            <w:tcW w:w="3043" w:type="dxa"/>
            <w:vAlign w:val="center"/>
          </w:tcPr>
          <w:p w14:paraId="171FAE7C" w14:textId="77777777" w:rsidR="009577AC" w:rsidRPr="00B17999" w:rsidRDefault="00DF42D5">
            <w:pPr>
              <w:spacing w:after="0"/>
              <w:rPr>
                <w:rFonts w:cs="Arial"/>
                <w:b/>
                <w:bCs/>
                <w:color w:val="auto"/>
                <w:sz w:val="22"/>
                <w:szCs w:val="32"/>
              </w:rPr>
            </w:pPr>
            <w:r>
              <w:rPr>
                <w:rFonts w:cs="Arial"/>
                <w:b/>
                <w:bCs/>
                <w:color w:val="auto"/>
                <w:sz w:val="22"/>
                <w:szCs w:val="32"/>
              </w:rPr>
              <w:t>Need, additionality and value</w:t>
            </w:r>
          </w:p>
        </w:tc>
        <w:tc>
          <w:tcPr>
            <w:tcW w:w="6768" w:type="dxa"/>
            <w:vAlign w:val="center"/>
          </w:tcPr>
          <w:p w14:paraId="35758198" w14:textId="77777777" w:rsidR="009577AC" w:rsidRPr="00554596" w:rsidRDefault="00DF42D5">
            <w:pPr>
              <w:spacing w:after="0"/>
              <w:rPr>
                <w:rFonts w:cs="Arial"/>
                <w:color w:val="auto"/>
                <w:sz w:val="22"/>
                <w:szCs w:val="32"/>
              </w:rPr>
            </w:pPr>
            <w:r w:rsidRPr="00554596">
              <w:rPr>
                <w:rFonts w:cs="Arial"/>
                <w:color w:val="auto"/>
                <w:sz w:val="22"/>
                <w:szCs w:val="32"/>
              </w:rPr>
              <w:t>Why Council investment is needed, what it adds, leverage, reasonable costs and proportional benefit.</w:t>
            </w:r>
          </w:p>
        </w:tc>
      </w:tr>
    </w:tbl>
    <w:p w14:paraId="3ABEC79A" w14:textId="77777777" w:rsidR="009577AC" w:rsidRPr="00554596" w:rsidRDefault="009577AC">
      <w:pPr>
        <w:spacing w:after="0"/>
        <w:rPr>
          <w:rFonts w:cs="Arial"/>
          <w:color w:val="auto"/>
        </w:rPr>
      </w:pPr>
    </w:p>
    <w:p w14:paraId="43FC3C88" w14:textId="4AB6501D" w:rsidR="009577AC" w:rsidRPr="00554596" w:rsidRDefault="00DF42D5">
      <w:pPr>
        <w:pStyle w:val="Heading1"/>
        <w:rPr>
          <w:rFonts w:ascii="Arial" w:hAnsi="Arial" w:cs="Arial"/>
          <w:color w:val="auto"/>
        </w:rPr>
      </w:pPr>
      <w:r>
        <w:rPr>
          <w:rFonts w:ascii="Arial" w:hAnsi="Arial" w:cs="Arial"/>
          <w:color w:val="auto"/>
        </w:rPr>
        <w:t>1: Applicant Details and Application Route</w:t>
      </w:r>
    </w:p>
    <w:tbl>
      <w:tblPr>
        <w:tblW w:w="9841" w:type="dxa"/>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604"/>
        <w:gridCol w:w="6237"/>
      </w:tblGrid>
      <w:tr w:rsidR="001F6DE0" w:rsidRPr="00554596" w14:paraId="0468EBDF" w14:textId="77777777" w:rsidTr="001F6DE0">
        <w:trPr>
          <w:trHeight w:val="165"/>
          <w:jc w:val="center"/>
        </w:trPr>
        <w:tc>
          <w:tcPr>
            <w:tcW w:w="3604" w:type="dxa"/>
            <w:shd w:val="clear" w:color="auto" w:fill="F2F2F2" w:themeFill="background1" w:themeFillShade="F2"/>
            <w:tcMar>
              <w:top w:w="100" w:type="dxa"/>
              <w:left w:w="120" w:type="dxa"/>
              <w:bottom w:w="100" w:type="dxa"/>
              <w:right w:w="120" w:type="dxa"/>
            </w:tcMar>
            <w:vAlign w:val="center"/>
          </w:tcPr>
          <w:p w14:paraId="289ABA24" w14:textId="4387FDF5" w:rsidR="001F6DE0" w:rsidRPr="00554596" w:rsidRDefault="000C4791" w:rsidP="009D1752">
            <w:pPr>
              <w:spacing w:after="40" w:line="240" w:lineRule="auto"/>
              <w:rPr>
                <w:rFonts w:cs="Arial"/>
                <w:color w:val="auto"/>
                <w:sz w:val="22"/>
              </w:rPr>
            </w:pPr>
            <w:r>
              <w:rPr>
                <w:rFonts w:cs="Arial"/>
                <w:b/>
                <w:color w:val="auto"/>
                <w:sz w:val="22"/>
              </w:rPr>
              <w:t xml:space="preserve">Applicant name (individual or legal </w:t>
            </w:r>
            <w:proofErr w:type="spellStart"/>
            <w:r>
              <w:rPr>
                <w:rFonts w:cs="Arial"/>
                <w:b/>
                <w:color w:val="auto"/>
                <w:sz w:val="22"/>
              </w:rPr>
              <w:t>organisation</w:t>
            </w:r>
            <w:proofErr w:type="spellEnd"/>
            <w:r>
              <w:rPr>
                <w:rFonts w:cs="Arial"/>
                <w:b/>
                <w:color w:val="auto"/>
                <w:sz w:val="22"/>
              </w:rPr>
              <w:t xml:space="preserve"> name)</w:t>
            </w:r>
          </w:p>
        </w:tc>
        <w:tc>
          <w:tcPr>
            <w:tcW w:w="6237" w:type="dxa"/>
            <w:tcMar>
              <w:top w:w="100" w:type="dxa"/>
              <w:left w:w="120" w:type="dxa"/>
              <w:bottom w:w="100" w:type="dxa"/>
              <w:right w:w="120" w:type="dxa"/>
            </w:tcMar>
            <w:vAlign w:val="center"/>
          </w:tcPr>
          <w:p w14:paraId="52E3B378" w14:textId="77777777" w:rsidR="001F6DE0" w:rsidRPr="00554596" w:rsidRDefault="001F6DE0" w:rsidP="009D1752">
            <w:pPr>
              <w:spacing w:after="40" w:line="240" w:lineRule="auto"/>
              <w:rPr>
                <w:rFonts w:cs="Arial"/>
                <w:color w:val="auto"/>
                <w:sz w:val="22"/>
              </w:rPr>
            </w:pPr>
          </w:p>
        </w:tc>
      </w:tr>
      <w:tr w:rsidR="001F6DE0" w:rsidRPr="00554596" w14:paraId="6355CB89" w14:textId="77777777" w:rsidTr="001F6DE0">
        <w:trPr>
          <w:jc w:val="center"/>
        </w:trPr>
        <w:tc>
          <w:tcPr>
            <w:tcW w:w="3604" w:type="dxa"/>
            <w:shd w:val="clear" w:color="auto" w:fill="F2F2F2" w:themeFill="background1" w:themeFillShade="F2"/>
            <w:tcMar>
              <w:top w:w="100" w:type="dxa"/>
              <w:left w:w="120" w:type="dxa"/>
              <w:bottom w:w="100" w:type="dxa"/>
              <w:right w:w="120" w:type="dxa"/>
            </w:tcMar>
            <w:vAlign w:val="center"/>
          </w:tcPr>
          <w:p w14:paraId="482D855B" w14:textId="77777777" w:rsidR="001F6DE0" w:rsidRPr="00554596" w:rsidRDefault="001F6DE0" w:rsidP="009D1752">
            <w:pPr>
              <w:spacing w:after="40" w:line="240" w:lineRule="auto"/>
              <w:rPr>
                <w:rFonts w:cs="Arial"/>
                <w:color w:val="auto"/>
                <w:sz w:val="22"/>
              </w:rPr>
            </w:pPr>
            <w:r w:rsidRPr="00554596">
              <w:rPr>
                <w:rFonts w:cs="Arial"/>
                <w:b/>
                <w:color w:val="auto"/>
                <w:sz w:val="22"/>
              </w:rPr>
              <w:t>Trading name if different</w:t>
            </w:r>
          </w:p>
        </w:tc>
        <w:tc>
          <w:tcPr>
            <w:tcW w:w="6237" w:type="dxa"/>
            <w:tcMar>
              <w:top w:w="100" w:type="dxa"/>
              <w:left w:w="120" w:type="dxa"/>
              <w:bottom w:w="100" w:type="dxa"/>
              <w:right w:w="120" w:type="dxa"/>
            </w:tcMar>
            <w:vAlign w:val="center"/>
          </w:tcPr>
          <w:p w14:paraId="1561C881" w14:textId="77777777" w:rsidR="001F6DE0" w:rsidRPr="00554596" w:rsidRDefault="001F6DE0" w:rsidP="009D1752">
            <w:pPr>
              <w:spacing w:after="40" w:line="240" w:lineRule="auto"/>
              <w:rPr>
                <w:rFonts w:cs="Arial"/>
                <w:color w:val="auto"/>
                <w:sz w:val="22"/>
              </w:rPr>
            </w:pPr>
          </w:p>
        </w:tc>
      </w:tr>
      <w:tr w:rsidR="009561C8" w:rsidRPr="00554596" w14:paraId="37F1DC9C" w14:textId="77777777" w:rsidTr="001F6DE0">
        <w:trPr>
          <w:jc w:val="center"/>
        </w:trPr>
        <w:tc>
          <w:tcPr>
            <w:tcW w:w="3604" w:type="dxa"/>
            <w:shd w:val="clear" w:color="auto" w:fill="F2F2F2" w:themeFill="background1" w:themeFillShade="F2"/>
            <w:tcMar>
              <w:top w:w="100" w:type="dxa"/>
              <w:left w:w="120" w:type="dxa"/>
              <w:bottom w:w="100" w:type="dxa"/>
              <w:right w:w="120" w:type="dxa"/>
            </w:tcMar>
            <w:vAlign w:val="center"/>
          </w:tcPr>
          <w:p w14:paraId="6A9F080C" w14:textId="61D1397F" w:rsidR="009561C8" w:rsidRPr="00554596" w:rsidRDefault="009D5CF0" w:rsidP="009D1752">
            <w:pPr>
              <w:spacing w:after="40" w:line="240" w:lineRule="auto"/>
              <w:rPr>
                <w:rFonts w:cs="Arial"/>
                <w:b/>
                <w:color w:val="auto"/>
                <w:sz w:val="22"/>
              </w:rPr>
            </w:pPr>
            <w:r w:rsidRPr="00881A98">
              <w:rPr>
                <w:b/>
                <w:color w:val="auto"/>
                <w:sz w:val="22"/>
              </w:rPr>
              <w:t xml:space="preserve">Any previous </w:t>
            </w:r>
            <w:proofErr w:type="spellStart"/>
            <w:r w:rsidRPr="00881A98">
              <w:rPr>
                <w:b/>
                <w:color w:val="auto"/>
                <w:sz w:val="22"/>
              </w:rPr>
              <w:t>organisation</w:t>
            </w:r>
            <w:proofErr w:type="spellEnd"/>
            <w:r w:rsidRPr="00881A98">
              <w:rPr>
                <w:b/>
                <w:color w:val="auto"/>
                <w:sz w:val="22"/>
              </w:rPr>
              <w:t xml:space="preserve"> names</w:t>
            </w:r>
            <w:r>
              <w:rPr>
                <w:b/>
                <w:color w:val="auto"/>
                <w:sz w:val="22"/>
              </w:rPr>
              <w:t xml:space="preserve"> </w:t>
            </w:r>
            <w:r w:rsidRPr="00554596">
              <w:rPr>
                <w:rFonts w:cs="Arial"/>
                <w:bCs/>
                <w:color w:val="auto"/>
                <w:sz w:val="22"/>
              </w:rPr>
              <w:t>(if applicable)</w:t>
            </w:r>
          </w:p>
        </w:tc>
        <w:tc>
          <w:tcPr>
            <w:tcW w:w="6237" w:type="dxa"/>
            <w:tcMar>
              <w:top w:w="100" w:type="dxa"/>
              <w:left w:w="120" w:type="dxa"/>
              <w:bottom w:w="100" w:type="dxa"/>
              <w:right w:w="120" w:type="dxa"/>
            </w:tcMar>
            <w:vAlign w:val="center"/>
          </w:tcPr>
          <w:p w14:paraId="7204A9C5" w14:textId="77777777" w:rsidR="009561C8" w:rsidRPr="00554596" w:rsidRDefault="009561C8" w:rsidP="009D1752">
            <w:pPr>
              <w:spacing w:after="40" w:line="240" w:lineRule="auto"/>
              <w:rPr>
                <w:rFonts w:cs="Arial"/>
                <w:color w:val="auto"/>
                <w:sz w:val="22"/>
              </w:rPr>
            </w:pPr>
          </w:p>
        </w:tc>
      </w:tr>
      <w:tr w:rsidR="001F6DE0" w:rsidRPr="00554596" w14:paraId="51885EE7" w14:textId="77777777" w:rsidTr="001F6DE0">
        <w:trPr>
          <w:jc w:val="center"/>
        </w:trPr>
        <w:tc>
          <w:tcPr>
            <w:tcW w:w="3604" w:type="dxa"/>
            <w:shd w:val="clear" w:color="auto" w:fill="F2F2F2" w:themeFill="background1" w:themeFillShade="F2"/>
            <w:tcMar>
              <w:top w:w="100" w:type="dxa"/>
              <w:left w:w="120" w:type="dxa"/>
              <w:bottom w:w="100" w:type="dxa"/>
              <w:right w:w="120" w:type="dxa"/>
            </w:tcMar>
            <w:vAlign w:val="center"/>
          </w:tcPr>
          <w:p w14:paraId="6D6E3C54" w14:textId="77777777" w:rsidR="001F6DE0" w:rsidRPr="00554596" w:rsidRDefault="001F6DE0" w:rsidP="009D1752">
            <w:pPr>
              <w:spacing w:after="40" w:line="240" w:lineRule="auto"/>
              <w:rPr>
                <w:rFonts w:cs="Arial"/>
                <w:color w:val="auto"/>
                <w:sz w:val="22"/>
              </w:rPr>
            </w:pPr>
            <w:r w:rsidRPr="00554596">
              <w:rPr>
                <w:rFonts w:cs="Arial"/>
                <w:b/>
                <w:color w:val="auto"/>
                <w:sz w:val="22"/>
              </w:rPr>
              <w:t>Main contact name</w:t>
            </w:r>
          </w:p>
        </w:tc>
        <w:tc>
          <w:tcPr>
            <w:tcW w:w="6237" w:type="dxa"/>
            <w:tcMar>
              <w:top w:w="100" w:type="dxa"/>
              <w:left w:w="120" w:type="dxa"/>
              <w:bottom w:w="100" w:type="dxa"/>
              <w:right w:w="120" w:type="dxa"/>
            </w:tcMar>
            <w:vAlign w:val="center"/>
          </w:tcPr>
          <w:p w14:paraId="390D627E" w14:textId="77777777" w:rsidR="001F6DE0" w:rsidRPr="00554596" w:rsidRDefault="001F6DE0" w:rsidP="009D1752">
            <w:pPr>
              <w:spacing w:after="40" w:line="240" w:lineRule="auto"/>
              <w:rPr>
                <w:rFonts w:cs="Arial"/>
                <w:color w:val="auto"/>
                <w:sz w:val="22"/>
              </w:rPr>
            </w:pPr>
          </w:p>
        </w:tc>
      </w:tr>
      <w:tr w:rsidR="001F6DE0" w:rsidRPr="00554596" w14:paraId="761768E2" w14:textId="77777777" w:rsidTr="001F6DE0">
        <w:trPr>
          <w:jc w:val="center"/>
        </w:trPr>
        <w:tc>
          <w:tcPr>
            <w:tcW w:w="3604" w:type="dxa"/>
            <w:shd w:val="clear" w:color="auto" w:fill="F2F2F2" w:themeFill="background1" w:themeFillShade="F2"/>
            <w:tcMar>
              <w:top w:w="100" w:type="dxa"/>
              <w:left w:w="120" w:type="dxa"/>
              <w:bottom w:w="100" w:type="dxa"/>
              <w:right w:w="120" w:type="dxa"/>
            </w:tcMar>
            <w:vAlign w:val="center"/>
          </w:tcPr>
          <w:p w14:paraId="77ADA9AB" w14:textId="77777777" w:rsidR="001F6DE0" w:rsidRPr="00554596" w:rsidRDefault="001F6DE0" w:rsidP="009D1752">
            <w:pPr>
              <w:spacing w:after="40" w:line="240" w:lineRule="auto"/>
              <w:rPr>
                <w:rFonts w:cs="Arial"/>
                <w:color w:val="auto"/>
                <w:sz w:val="22"/>
              </w:rPr>
            </w:pPr>
            <w:r w:rsidRPr="00554596">
              <w:rPr>
                <w:rFonts w:cs="Arial"/>
                <w:b/>
                <w:color w:val="auto"/>
                <w:sz w:val="22"/>
              </w:rPr>
              <w:lastRenderedPageBreak/>
              <w:t>Job title or role</w:t>
            </w:r>
          </w:p>
        </w:tc>
        <w:tc>
          <w:tcPr>
            <w:tcW w:w="6237" w:type="dxa"/>
            <w:tcMar>
              <w:top w:w="100" w:type="dxa"/>
              <w:left w:w="120" w:type="dxa"/>
              <w:bottom w:w="100" w:type="dxa"/>
              <w:right w:w="120" w:type="dxa"/>
            </w:tcMar>
            <w:vAlign w:val="center"/>
          </w:tcPr>
          <w:p w14:paraId="5C52F896" w14:textId="77777777" w:rsidR="001F6DE0" w:rsidRPr="00554596" w:rsidRDefault="001F6DE0" w:rsidP="009D1752">
            <w:pPr>
              <w:spacing w:after="40" w:line="240" w:lineRule="auto"/>
              <w:rPr>
                <w:rFonts w:cs="Arial"/>
                <w:color w:val="auto"/>
                <w:sz w:val="22"/>
              </w:rPr>
            </w:pPr>
          </w:p>
        </w:tc>
      </w:tr>
      <w:tr w:rsidR="001F6DE0" w:rsidRPr="00554596" w14:paraId="1F9D5803" w14:textId="77777777" w:rsidTr="001F6DE0">
        <w:trPr>
          <w:jc w:val="center"/>
        </w:trPr>
        <w:tc>
          <w:tcPr>
            <w:tcW w:w="3604" w:type="dxa"/>
            <w:shd w:val="clear" w:color="auto" w:fill="F2F2F2" w:themeFill="background1" w:themeFillShade="F2"/>
            <w:tcMar>
              <w:top w:w="100" w:type="dxa"/>
              <w:left w:w="120" w:type="dxa"/>
              <w:bottom w:w="100" w:type="dxa"/>
              <w:right w:w="120" w:type="dxa"/>
            </w:tcMar>
            <w:vAlign w:val="center"/>
          </w:tcPr>
          <w:p w14:paraId="7B1F907F" w14:textId="77777777" w:rsidR="001F6DE0" w:rsidRPr="00554596" w:rsidRDefault="001F6DE0" w:rsidP="009D1752">
            <w:pPr>
              <w:spacing w:after="40" w:line="240" w:lineRule="auto"/>
              <w:rPr>
                <w:rFonts w:cs="Arial"/>
                <w:color w:val="auto"/>
                <w:sz w:val="22"/>
              </w:rPr>
            </w:pPr>
            <w:r w:rsidRPr="00554596">
              <w:rPr>
                <w:rFonts w:cs="Arial"/>
                <w:b/>
                <w:color w:val="auto"/>
                <w:sz w:val="22"/>
              </w:rPr>
              <w:t>Email address</w:t>
            </w:r>
          </w:p>
        </w:tc>
        <w:tc>
          <w:tcPr>
            <w:tcW w:w="6237" w:type="dxa"/>
            <w:tcMar>
              <w:top w:w="100" w:type="dxa"/>
              <w:left w:w="120" w:type="dxa"/>
              <w:bottom w:w="100" w:type="dxa"/>
              <w:right w:w="120" w:type="dxa"/>
            </w:tcMar>
            <w:vAlign w:val="center"/>
          </w:tcPr>
          <w:p w14:paraId="04F755A5" w14:textId="77777777" w:rsidR="001F6DE0" w:rsidRPr="00554596" w:rsidRDefault="001F6DE0" w:rsidP="009D1752">
            <w:pPr>
              <w:spacing w:after="40" w:line="240" w:lineRule="auto"/>
              <w:rPr>
                <w:rFonts w:cs="Arial"/>
                <w:color w:val="auto"/>
                <w:sz w:val="22"/>
              </w:rPr>
            </w:pPr>
          </w:p>
        </w:tc>
      </w:tr>
      <w:tr w:rsidR="001F6DE0" w:rsidRPr="00554596" w14:paraId="25DC75B9" w14:textId="77777777" w:rsidTr="001F6DE0">
        <w:trPr>
          <w:jc w:val="center"/>
        </w:trPr>
        <w:tc>
          <w:tcPr>
            <w:tcW w:w="3604" w:type="dxa"/>
            <w:shd w:val="clear" w:color="auto" w:fill="F2F2F2" w:themeFill="background1" w:themeFillShade="F2"/>
            <w:tcMar>
              <w:top w:w="100" w:type="dxa"/>
              <w:left w:w="120" w:type="dxa"/>
              <w:bottom w:w="100" w:type="dxa"/>
              <w:right w:w="120" w:type="dxa"/>
            </w:tcMar>
            <w:vAlign w:val="center"/>
          </w:tcPr>
          <w:p w14:paraId="72461FFD" w14:textId="77777777" w:rsidR="001F6DE0" w:rsidRPr="00554596" w:rsidRDefault="001F6DE0" w:rsidP="009D1752">
            <w:pPr>
              <w:spacing w:after="40" w:line="240" w:lineRule="auto"/>
              <w:rPr>
                <w:rFonts w:cs="Arial"/>
                <w:color w:val="auto"/>
                <w:sz w:val="22"/>
              </w:rPr>
            </w:pPr>
            <w:r w:rsidRPr="00554596">
              <w:rPr>
                <w:rFonts w:cs="Arial"/>
                <w:b/>
                <w:color w:val="auto"/>
                <w:sz w:val="22"/>
              </w:rPr>
              <w:t>Telephone number</w:t>
            </w:r>
          </w:p>
        </w:tc>
        <w:tc>
          <w:tcPr>
            <w:tcW w:w="6237" w:type="dxa"/>
            <w:tcMar>
              <w:top w:w="100" w:type="dxa"/>
              <w:left w:w="120" w:type="dxa"/>
              <w:bottom w:w="100" w:type="dxa"/>
              <w:right w:w="120" w:type="dxa"/>
            </w:tcMar>
            <w:vAlign w:val="center"/>
          </w:tcPr>
          <w:p w14:paraId="07460FE5" w14:textId="77777777" w:rsidR="001F6DE0" w:rsidRPr="00554596" w:rsidRDefault="001F6DE0" w:rsidP="009D1752">
            <w:pPr>
              <w:spacing w:after="40" w:line="240" w:lineRule="auto"/>
              <w:rPr>
                <w:rFonts w:cs="Arial"/>
                <w:color w:val="auto"/>
                <w:sz w:val="22"/>
              </w:rPr>
            </w:pPr>
          </w:p>
        </w:tc>
      </w:tr>
      <w:tr w:rsidR="001F6DE0" w:rsidRPr="00554596" w14:paraId="212A04AC" w14:textId="77777777" w:rsidTr="001F6DE0">
        <w:trPr>
          <w:jc w:val="center"/>
        </w:trPr>
        <w:tc>
          <w:tcPr>
            <w:tcW w:w="3604" w:type="dxa"/>
            <w:shd w:val="clear" w:color="auto" w:fill="F2F2F2" w:themeFill="background1" w:themeFillShade="F2"/>
            <w:tcMar>
              <w:top w:w="100" w:type="dxa"/>
              <w:left w:w="120" w:type="dxa"/>
              <w:bottom w:w="100" w:type="dxa"/>
              <w:right w:w="120" w:type="dxa"/>
            </w:tcMar>
            <w:vAlign w:val="center"/>
          </w:tcPr>
          <w:p w14:paraId="159CF029" w14:textId="77777777" w:rsidR="001F6DE0" w:rsidRPr="00554596" w:rsidRDefault="001F6DE0" w:rsidP="009D1752">
            <w:pPr>
              <w:spacing w:after="40" w:line="240" w:lineRule="auto"/>
              <w:rPr>
                <w:rFonts w:cs="Arial"/>
                <w:color w:val="auto"/>
                <w:sz w:val="22"/>
              </w:rPr>
            </w:pPr>
            <w:r w:rsidRPr="00554596">
              <w:rPr>
                <w:rFonts w:cs="Arial"/>
                <w:b/>
                <w:color w:val="auto"/>
                <w:sz w:val="22"/>
              </w:rPr>
              <w:t>Registered address</w:t>
            </w:r>
          </w:p>
        </w:tc>
        <w:tc>
          <w:tcPr>
            <w:tcW w:w="6237" w:type="dxa"/>
            <w:tcMar>
              <w:top w:w="100" w:type="dxa"/>
              <w:left w:w="120" w:type="dxa"/>
              <w:bottom w:w="100" w:type="dxa"/>
              <w:right w:w="120" w:type="dxa"/>
            </w:tcMar>
            <w:vAlign w:val="center"/>
          </w:tcPr>
          <w:p w14:paraId="40B5FFFB" w14:textId="77777777" w:rsidR="001F6DE0" w:rsidRPr="00554596" w:rsidRDefault="001F6DE0" w:rsidP="009D1752">
            <w:pPr>
              <w:spacing w:after="40" w:line="240" w:lineRule="auto"/>
              <w:rPr>
                <w:rFonts w:cs="Arial"/>
                <w:color w:val="auto"/>
                <w:sz w:val="22"/>
              </w:rPr>
            </w:pPr>
          </w:p>
        </w:tc>
      </w:tr>
      <w:tr w:rsidR="001F6DE0" w:rsidRPr="00554596" w14:paraId="6F5123ED" w14:textId="77777777" w:rsidTr="001F6DE0">
        <w:trPr>
          <w:jc w:val="center"/>
        </w:trPr>
        <w:tc>
          <w:tcPr>
            <w:tcW w:w="3604" w:type="dxa"/>
            <w:shd w:val="clear" w:color="auto" w:fill="F2F2F2" w:themeFill="background1" w:themeFillShade="F2"/>
            <w:tcMar>
              <w:top w:w="100" w:type="dxa"/>
              <w:left w:w="120" w:type="dxa"/>
              <w:bottom w:w="100" w:type="dxa"/>
              <w:right w:w="120" w:type="dxa"/>
            </w:tcMar>
            <w:vAlign w:val="center"/>
          </w:tcPr>
          <w:p w14:paraId="6401EEB5" w14:textId="77777777" w:rsidR="001F6DE0" w:rsidRPr="00554596" w:rsidRDefault="001F6DE0" w:rsidP="009D1752">
            <w:pPr>
              <w:spacing w:after="40" w:line="240" w:lineRule="auto"/>
              <w:rPr>
                <w:rFonts w:cs="Arial"/>
                <w:color w:val="auto"/>
                <w:sz w:val="22"/>
              </w:rPr>
            </w:pPr>
            <w:r w:rsidRPr="00554596">
              <w:rPr>
                <w:rFonts w:cs="Arial"/>
                <w:b/>
                <w:color w:val="auto"/>
                <w:sz w:val="22"/>
              </w:rPr>
              <w:t>Postcode</w:t>
            </w:r>
          </w:p>
        </w:tc>
        <w:tc>
          <w:tcPr>
            <w:tcW w:w="6237" w:type="dxa"/>
            <w:tcMar>
              <w:top w:w="100" w:type="dxa"/>
              <w:left w:w="120" w:type="dxa"/>
              <w:bottom w:w="100" w:type="dxa"/>
              <w:right w:w="120" w:type="dxa"/>
            </w:tcMar>
            <w:vAlign w:val="center"/>
          </w:tcPr>
          <w:p w14:paraId="392F86BF" w14:textId="77777777" w:rsidR="001F6DE0" w:rsidRPr="00554596" w:rsidRDefault="001F6DE0" w:rsidP="009D1752">
            <w:pPr>
              <w:spacing w:after="40" w:line="240" w:lineRule="auto"/>
              <w:rPr>
                <w:rFonts w:cs="Arial"/>
                <w:color w:val="auto"/>
                <w:sz w:val="22"/>
              </w:rPr>
            </w:pPr>
          </w:p>
        </w:tc>
      </w:tr>
      <w:tr w:rsidR="001F6DE0" w:rsidRPr="00554596" w14:paraId="651886CF" w14:textId="77777777" w:rsidTr="001F6DE0">
        <w:trPr>
          <w:jc w:val="center"/>
        </w:trPr>
        <w:tc>
          <w:tcPr>
            <w:tcW w:w="3604" w:type="dxa"/>
            <w:shd w:val="clear" w:color="auto" w:fill="F2F2F2" w:themeFill="background1" w:themeFillShade="F2"/>
            <w:tcMar>
              <w:top w:w="100" w:type="dxa"/>
              <w:left w:w="120" w:type="dxa"/>
              <w:bottom w:w="100" w:type="dxa"/>
              <w:right w:w="120" w:type="dxa"/>
            </w:tcMar>
            <w:vAlign w:val="center"/>
          </w:tcPr>
          <w:p w14:paraId="16DC336F" w14:textId="3B204A2E" w:rsidR="001F6DE0" w:rsidRPr="00554596" w:rsidRDefault="001F6DE0" w:rsidP="009D1752">
            <w:pPr>
              <w:spacing w:after="40" w:line="240" w:lineRule="auto"/>
              <w:rPr>
                <w:rFonts w:cs="Arial"/>
                <w:color w:val="auto"/>
                <w:sz w:val="22"/>
              </w:rPr>
            </w:pPr>
            <w:r w:rsidRPr="00554596">
              <w:rPr>
                <w:rFonts w:cs="Arial"/>
                <w:b/>
                <w:color w:val="auto"/>
                <w:sz w:val="22"/>
              </w:rPr>
              <w:t xml:space="preserve">Company number </w:t>
            </w:r>
            <w:r w:rsidRPr="00554596">
              <w:rPr>
                <w:rFonts w:cs="Arial"/>
                <w:bCs/>
                <w:color w:val="auto"/>
                <w:sz w:val="22"/>
              </w:rPr>
              <w:t>(if applicable)</w:t>
            </w:r>
          </w:p>
        </w:tc>
        <w:tc>
          <w:tcPr>
            <w:tcW w:w="6237" w:type="dxa"/>
            <w:tcMar>
              <w:top w:w="100" w:type="dxa"/>
              <w:left w:w="120" w:type="dxa"/>
              <w:bottom w:w="100" w:type="dxa"/>
              <w:right w:w="120" w:type="dxa"/>
            </w:tcMar>
            <w:vAlign w:val="center"/>
          </w:tcPr>
          <w:p w14:paraId="18ADF83A" w14:textId="77777777" w:rsidR="001F6DE0" w:rsidRPr="00554596" w:rsidRDefault="001F6DE0" w:rsidP="009D1752">
            <w:pPr>
              <w:spacing w:after="40" w:line="240" w:lineRule="auto"/>
              <w:rPr>
                <w:rFonts w:cs="Arial"/>
                <w:color w:val="auto"/>
                <w:sz w:val="22"/>
              </w:rPr>
            </w:pPr>
          </w:p>
        </w:tc>
      </w:tr>
      <w:tr w:rsidR="001F6DE0" w:rsidRPr="00554596" w14:paraId="6C2FF61C" w14:textId="77777777" w:rsidTr="001F6DE0">
        <w:trPr>
          <w:jc w:val="center"/>
        </w:trPr>
        <w:tc>
          <w:tcPr>
            <w:tcW w:w="3604" w:type="dxa"/>
            <w:shd w:val="clear" w:color="auto" w:fill="F2F2F2" w:themeFill="background1" w:themeFillShade="F2"/>
            <w:tcMar>
              <w:top w:w="100" w:type="dxa"/>
              <w:left w:w="120" w:type="dxa"/>
              <w:bottom w:w="100" w:type="dxa"/>
              <w:right w:w="120" w:type="dxa"/>
            </w:tcMar>
            <w:vAlign w:val="center"/>
          </w:tcPr>
          <w:p w14:paraId="78F8A6CF" w14:textId="0EBF2B6A" w:rsidR="001F6DE0" w:rsidRPr="00554596" w:rsidRDefault="001F6DE0" w:rsidP="009D1752">
            <w:pPr>
              <w:spacing w:after="40" w:line="240" w:lineRule="auto"/>
              <w:rPr>
                <w:rFonts w:cs="Arial"/>
                <w:color w:val="auto"/>
                <w:sz w:val="22"/>
              </w:rPr>
            </w:pPr>
            <w:r w:rsidRPr="00554596">
              <w:rPr>
                <w:rFonts w:cs="Arial"/>
                <w:b/>
                <w:color w:val="auto"/>
                <w:sz w:val="22"/>
              </w:rPr>
              <w:t xml:space="preserve">Charity number </w:t>
            </w:r>
            <w:r w:rsidR="00554596" w:rsidRPr="00554596">
              <w:rPr>
                <w:rFonts w:cs="Arial"/>
                <w:bCs/>
                <w:color w:val="auto"/>
                <w:sz w:val="22"/>
              </w:rPr>
              <w:t>(if applicable)</w:t>
            </w:r>
          </w:p>
        </w:tc>
        <w:tc>
          <w:tcPr>
            <w:tcW w:w="6237" w:type="dxa"/>
            <w:tcMar>
              <w:top w:w="100" w:type="dxa"/>
              <w:left w:w="120" w:type="dxa"/>
              <w:bottom w:w="100" w:type="dxa"/>
              <w:right w:w="120" w:type="dxa"/>
            </w:tcMar>
            <w:vAlign w:val="center"/>
          </w:tcPr>
          <w:p w14:paraId="76245DD0" w14:textId="77777777" w:rsidR="001F6DE0" w:rsidRPr="00554596" w:rsidRDefault="001F6DE0" w:rsidP="009D1752">
            <w:pPr>
              <w:spacing w:after="40" w:line="240" w:lineRule="auto"/>
              <w:rPr>
                <w:rFonts w:cs="Arial"/>
                <w:color w:val="auto"/>
                <w:sz w:val="22"/>
              </w:rPr>
            </w:pPr>
          </w:p>
        </w:tc>
      </w:tr>
      <w:tr w:rsidR="001F6DE0" w:rsidRPr="00554596" w14:paraId="018910D8" w14:textId="77777777" w:rsidTr="001F6DE0">
        <w:trPr>
          <w:jc w:val="center"/>
        </w:trPr>
        <w:tc>
          <w:tcPr>
            <w:tcW w:w="3604" w:type="dxa"/>
            <w:shd w:val="clear" w:color="auto" w:fill="F2F2F2" w:themeFill="background1" w:themeFillShade="F2"/>
            <w:tcMar>
              <w:top w:w="100" w:type="dxa"/>
              <w:left w:w="120" w:type="dxa"/>
              <w:bottom w:w="100" w:type="dxa"/>
              <w:right w:w="120" w:type="dxa"/>
            </w:tcMar>
            <w:vAlign w:val="center"/>
          </w:tcPr>
          <w:p w14:paraId="070192A0" w14:textId="458447C2" w:rsidR="001F6DE0" w:rsidRPr="00554596" w:rsidRDefault="001F6DE0" w:rsidP="009D1752">
            <w:pPr>
              <w:spacing w:after="40" w:line="240" w:lineRule="auto"/>
              <w:rPr>
                <w:rFonts w:cs="Arial"/>
                <w:color w:val="auto"/>
                <w:sz w:val="22"/>
              </w:rPr>
            </w:pPr>
            <w:r w:rsidRPr="00554596">
              <w:rPr>
                <w:rFonts w:cs="Arial"/>
                <w:b/>
                <w:color w:val="auto"/>
                <w:sz w:val="22"/>
              </w:rPr>
              <w:t xml:space="preserve">VAT number </w:t>
            </w:r>
            <w:r w:rsidR="00554596" w:rsidRPr="00554596">
              <w:rPr>
                <w:rFonts w:cs="Arial"/>
                <w:bCs/>
                <w:color w:val="auto"/>
                <w:sz w:val="22"/>
              </w:rPr>
              <w:t>(if applicable)</w:t>
            </w:r>
          </w:p>
        </w:tc>
        <w:tc>
          <w:tcPr>
            <w:tcW w:w="6237" w:type="dxa"/>
            <w:tcMar>
              <w:top w:w="100" w:type="dxa"/>
              <w:left w:w="120" w:type="dxa"/>
              <w:bottom w:w="100" w:type="dxa"/>
              <w:right w:w="120" w:type="dxa"/>
            </w:tcMar>
            <w:vAlign w:val="center"/>
          </w:tcPr>
          <w:p w14:paraId="6262C0BD" w14:textId="77777777" w:rsidR="001F6DE0" w:rsidRPr="00554596" w:rsidRDefault="001F6DE0" w:rsidP="009D1752">
            <w:pPr>
              <w:spacing w:after="40" w:line="240" w:lineRule="auto"/>
              <w:rPr>
                <w:rFonts w:cs="Arial"/>
                <w:color w:val="auto"/>
                <w:sz w:val="22"/>
              </w:rPr>
            </w:pPr>
          </w:p>
        </w:tc>
      </w:tr>
      <w:tr w:rsidR="001F6DE0" w:rsidRPr="00554596" w14:paraId="341617D6" w14:textId="77777777" w:rsidTr="001F6DE0">
        <w:trPr>
          <w:jc w:val="center"/>
        </w:trPr>
        <w:tc>
          <w:tcPr>
            <w:tcW w:w="3604" w:type="dxa"/>
            <w:shd w:val="clear" w:color="auto" w:fill="F2F2F2" w:themeFill="background1" w:themeFillShade="F2"/>
            <w:tcMar>
              <w:top w:w="100" w:type="dxa"/>
              <w:left w:w="120" w:type="dxa"/>
              <w:bottom w:w="100" w:type="dxa"/>
              <w:right w:w="120" w:type="dxa"/>
            </w:tcMar>
            <w:vAlign w:val="center"/>
          </w:tcPr>
          <w:p w14:paraId="1991540F" w14:textId="002A0885" w:rsidR="001F6DE0" w:rsidRPr="00554596" w:rsidRDefault="001F6DE0" w:rsidP="009D1752">
            <w:pPr>
              <w:spacing w:after="40" w:line="240" w:lineRule="auto"/>
              <w:rPr>
                <w:rFonts w:cs="Arial"/>
                <w:b/>
                <w:color w:val="auto"/>
                <w:sz w:val="22"/>
              </w:rPr>
            </w:pPr>
            <w:r>
              <w:rPr>
                <w:rFonts w:cs="Arial"/>
                <w:b/>
                <w:color w:val="auto"/>
                <w:sz w:val="22"/>
              </w:rPr>
              <w:t xml:space="preserve">Year the </w:t>
            </w:r>
            <w:proofErr w:type="spellStart"/>
            <w:r>
              <w:rPr>
                <w:rFonts w:cs="Arial"/>
                <w:b/>
                <w:color w:val="auto"/>
                <w:sz w:val="22"/>
              </w:rPr>
              <w:t>organisation</w:t>
            </w:r>
            <w:proofErr w:type="spellEnd"/>
            <w:r>
              <w:rPr>
                <w:rFonts w:cs="Arial"/>
                <w:b/>
                <w:color w:val="auto"/>
                <w:sz w:val="22"/>
              </w:rPr>
              <w:t xml:space="preserve"> was established or professional practice began</w:t>
            </w:r>
          </w:p>
        </w:tc>
        <w:tc>
          <w:tcPr>
            <w:tcW w:w="6237" w:type="dxa"/>
            <w:tcMar>
              <w:top w:w="100" w:type="dxa"/>
              <w:left w:w="120" w:type="dxa"/>
              <w:bottom w:w="100" w:type="dxa"/>
              <w:right w:w="120" w:type="dxa"/>
            </w:tcMar>
            <w:vAlign w:val="center"/>
          </w:tcPr>
          <w:p w14:paraId="7752871B" w14:textId="77777777" w:rsidR="001F6DE0" w:rsidRPr="00554596" w:rsidRDefault="001F6DE0" w:rsidP="009D1752">
            <w:pPr>
              <w:spacing w:after="40" w:line="240" w:lineRule="auto"/>
              <w:rPr>
                <w:rFonts w:cs="Arial"/>
                <w:color w:val="auto"/>
                <w:sz w:val="22"/>
              </w:rPr>
            </w:pPr>
          </w:p>
        </w:tc>
      </w:tr>
    </w:tbl>
    <w:p w14:paraId="0257DD74" w14:textId="77777777" w:rsidR="001F6DE0" w:rsidRPr="00554596" w:rsidRDefault="001F6DE0" w:rsidP="001F6DE0">
      <w:pPr>
        <w:spacing w:after="0"/>
        <w:rPr>
          <w:rFonts w:cs="Arial"/>
          <w:color w:val="auto"/>
          <w:sz w:val="22"/>
        </w:rPr>
      </w:pPr>
    </w:p>
    <w:p w14:paraId="1D3A7DEB" w14:textId="77777777" w:rsidR="001F6DE0" w:rsidRPr="00290C98" w:rsidRDefault="001F6DE0" w:rsidP="001F6DE0">
      <w:pPr>
        <w:keepNext/>
        <w:spacing w:before="140" w:after="60"/>
        <w:rPr>
          <w:rFonts w:cs="Arial"/>
          <w:color w:val="595959" w:themeColor="text1" w:themeTint="A6"/>
          <w:sz w:val="22"/>
          <w:szCs w:val="24"/>
        </w:rPr>
      </w:pPr>
      <w:r>
        <w:rPr>
          <w:rFonts w:cs="Arial"/>
          <w:b/>
          <w:color w:val="BE4067"/>
          <w:sz w:val="23"/>
        </w:rPr>
        <w:t>WEBSITE AND SOCIAL MEDIA</w:t>
      </w:r>
      <w:r>
        <w:rPr>
          <w:rFonts w:cs="Arial"/>
          <w:color w:val="BE4067"/>
          <w:sz w:val="23"/>
        </w:rPr>
        <w:br/>
      </w:r>
      <w:r w:rsidRPr="00290C98">
        <w:rPr>
          <w:rFonts w:cs="Arial"/>
          <w:color w:val="595959" w:themeColor="text1" w:themeTint="A6"/>
          <w:sz w:val="23"/>
        </w:rPr>
        <w:t>Provide links or handles for your main public-facing digital channels, where relevant.</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702"/>
        <w:gridCol w:w="6237"/>
      </w:tblGrid>
      <w:tr w:rsidR="001F6DE0" w:rsidRPr="00554596" w14:paraId="1A890A5A" w14:textId="77777777" w:rsidTr="001F6DE0">
        <w:trPr>
          <w:cantSplit/>
          <w:jc w:val="center"/>
        </w:trPr>
        <w:tc>
          <w:tcPr>
            <w:tcW w:w="3702" w:type="dxa"/>
            <w:shd w:val="clear" w:color="auto" w:fill="E7E6E6"/>
            <w:tcMar>
              <w:top w:w="90" w:type="dxa"/>
              <w:left w:w="110" w:type="dxa"/>
              <w:bottom w:w="90" w:type="dxa"/>
              <w:right w:w="110" w:type="dxa"/>
            </w:tcMar>
            <w:vAlign w:val="center"/>
          </w:tcPr>
          <w:p w14:paraId="67FD73FD" w14:textId="77777777" w:rsidR="001F6DE0" w:rsidRPr="00554596" w:rsidRDefault="001F6DE0" w:rsidP="009D1752">
            <w:pPr>
              <w:spacing w:after="20" w:line="240" w:lineRule="auto"/>
              <w:rPr>
                <w:rFonts w:cs="Arial"/>
                <w:color w:val="auto"/>
                <w:sz w:val="22"/>
              </w:rPr>
            </w:pPr>
            <w:r w:rsidRPr="00554596">
              <w:rPr>
                <w:rFonts w:cs="Arial"/>
                <w:b/>
                <w:color w:val="auto"/>
                <w:sz w:val="22"/>
              </w:rPr>
              <w:t>Website</w:t>
            </w:r>
          </w:p>
        </w:tc>
        <w:tc>
          <w:tcPr>
            <w:tcW w:w="6237" w:type="dxa"/>
            <w:shd w:val="clear" w:color="auto" w:fill="FFFFFF"/>
            <w:tcMar>
              <w:top w:w="90" w:type="dxa"/>
              <w:left w:w="110" w:type="dxa"/>
              <w:bottom w:w="90" w:type="dxa"/>
              <w:right w:w="110" w:type="dxa"/>
            </w:tcMar>
            <w:vAlign w:val="center"/>
          </w:tcPr>
          <w:p w14:paraId="0157A607" w14:textId="77777777" w:rsidR="001F6DE0" w:rsidRPr="00554596" w:rsidRDefault="001F6DE0" w:rsidP="009D1752">
            <w:pPr>
              <w:spacing w:after="20" w:line="240" w:lineRule="auto"/>
              <w:rPr>
                <w:rFonts w:cs="Arial"/>
                <w:color w:val="auto"/>
                <w:sz w:val="22"/>
              </w:rPr>
            </w:pPr>
          </w:p>
        </w:tc>
      </w:tr>
      <w:tr w:rsidR="001F6DE0" w:rsidRPr="00554596" w14:paraId="180B4BEA" w14:textId="77777777" w:rsidTr="001F6DE0">
        <w:trPr>
          <w:cantSplit/>
          <w:jc w:val="center"/>
        </w:trPr>
        <w:tc>
          <w:tcPr>
            <w:tcW w:w="3702" w:type="dxa"/>
            <w:shd w:val="clear" w:color="auto" w:fill="E7E6E6"/>
            <w:tcMar>
              <w:top w:w="90" w:type="dxa"/>
              <w:left w:w="110" w:type="dxa"/>
              <w:bottom w:w="90" w:type="dxa"/>
              <w:right w:w="110" w:type="dxa"/>
            </w:tcMar>
            <w:vAlign w:val="center"/>
          </w:tcPr>
          <w:p w14:paraId="165ECDD4" w14:textId="77777777" w:rsidR="001F6DE0" w:rsidRPr="00554596" w:rsidRDefault="001F6DE0" w:rsidP="009D1752">
            <w:pPr>
              <w:spacing w:after="20" w:line="240" w:lineRule="auto"/>
              <w:rPr>
                <w:rFonts w:cs="Arial"/>
                <w:color w:val="auto"/>
                <w:sz w:val="22"/>
              </w:rPr>
            </w:pPr>
            <w:r w:rsidRPr="00554596">
              <w:rPr>
                <w:rFonts w:cs="Arial"/>
                <w:b/>
                <w:color w:val="auto"/>
                <w:sz w:val="22"/>
              </w:rPr>
              <w:t>Instagram</w:t>
            </w:r>
          </w:p>
        </w:tc>
        <w:tc>
          <w:tcPr>
            <w:tcW w:w="6237" w:type="dxa"/>
            <w:shd w:val="clear" w:color="auto" w:fill="FFFFFF"/>
            <w:tcMar>
              <w:top w:w="90" w:type="dxa"/>
              <w:left w:w="110" w:type="dxa"/>
              <w:bottom w:w="90" w:type="dxa"/>
              <w:right w:w="110" w:type="dxa"/>
            </w:tcMar>
            <w:vAlign w:val="center"/>
          </w:tcPr>
          <w:p w14:paraId="4E0B06A8" w14:textId="77777777" w:rsidR="001F6DE0" w:rsidRPr="00554596" w:rsidRDefault="001F6DE0" w:rsidP="009D1752">
            <w:pPr>
              <w:spacing w:after="20" w:line="240" w:lineRule="auto"/>
              <w:rPr>
                <w:rFonts w:cs="Arial"/>
                <w:color w:val="auto"/>
                <w:sz w:val="22"/>
              </w:rPr>
            </w:pPr>
          </w:p>
        </w:tc>
      </w:tr>
      <w:tr w:rsidR="001F6DE0" w:rsidRPr="00554596" w14:paraId="04CE0741" w14:textId="77777777" w:rsidTr="001F6DE0">
        <w:trPr>
          <w:cantSplit/>
          <w:jc w:val="center"/>
        </w:trPr>
        <w:tc>
          <w:tcPr>
            <w:tcW w:w="3702" w:type="dxa"/>
            <w:shd w:val="clear" w:color="auto" w:fill="E7E6E6"/>
            <w:tcMar>
              <w:top w:w="90" w:type="dxa"/>
              <w:left w:w="110" w:type="dxa"/>
              <w:bottom w:w="90" w:type="dxa"/>
              <w:right w:w="110" w:type="dxa"/>
            </w:tcMar>
            <w:vAlign w:val="center"/>
          </w:tcPr>
          <w:p w14:paraId="046C08F5" w14:textId="77777777" w:rsidR="001F6DE0" w:rsidRPr="00554596" w:rsidRDefault="001F6DE0" w:rsidP="009D1752">
            <w:pPr>
              <w:spacing w:after="20" w:line="240" w:lineRule="auto"/>
              <w:rPr>
                <w:rFonts w:cs="Arial"/>
                <w:color w:val="auto"/>
                <w:sz w:val="22"/>
              </w:rPr>
            </w:pPr>
            <w:r w:rsidRPr="00554596">
              <w:rPr>
                <w:rFonts w:cs="Arial"/>
                <w:b/>
                <w:color w:val="auto"/>
                <w:sz w:val="22"/>
              </w:rPr>
              <w:t>Facebook</w:t>
            </w:r>
          </w:p>
        </w:tc>
        <w:tc>
          <w:tcPr>
            <w:tcW w:w="6237" w:type="dxa"/>
            <w:shd w:val="clear" w:color="auto" w:fill="FFFFFF"/>
            <w:tcMar>
              <w:top w:w="90" w:type="dxa"/>
              <w:left w:w="110" w:type="dxa"/>
              <w:bottom w:w="90" w:type="dxa"/>
              <w:right w:w="110" w:type="dxa"/>
            </w:tcMar>
            <w:vAlign w:val="center"/>
          </w:tcPr>
          <w:p w14:paraId="3FA05447" w14:textId="77777777" w:rsidR="001F6DE0" w:rsidRPr="00554596" w:rsidRDefault="001F6DE0" w:rsidP="009D1752">
            <w:pPr>
              <w:spacing w:after="20" w:line="240" w:lineRule="auto"/>
              <w:rPr>
                <w:rFonts w:cs="Arial"/>
                <w:color w:val="auto"/>
                <w:sz w:val="22"/>
              </w:rPr>
            </w:pPr>
          </w:p>
        </w:tc>
      </w:tr>
      <w:tr w:rsidR="001F6DE0" w:rsidRPr="00554596" w14:paraId="475B52F9" w14:textId="77777777" w:rsidTr="001F6DE0">
        <w:trPr>
          <w:cantSplit/>
          <w:jc w:val="center"/>
        </w:trPr>
        <w:tc>
          <w:tcPr>
            <w:tcW w:w="3702" w:type="dxa"/>
            <w:shd w:val="clear" w:color="auto" w:fill="E7E6E6"/>
            <w:tcMar>
              <w:top w:w="90" w:type="dxa"/>
              <w:left w:w="110" w:type="dxa"/>
              <w:bottom w:w="90" w:type="dxa"/>
              <w:right w:w="110" w:type="dxa"/>
            </w:tcMar>
            <w:vAlign w:val="center"/>
          </w:tcPr>
          <w:p w14:paraId="6EF90BD2" w14:textId="77777777" w:rsidR="001F6DE0" w:rsidRPr="00554596" w:rsidRDefault="001F6DE0" w:rsidP="009D1752">
            <w:pPr>
              <w:spacing w:after="20" w:line="240" w:lineRule="auto"/>
              <w:rPr>
                <w:rFonts w:cs="Arial"/>
                <w:color w:val="auto"/>
                <w:sz w:val="22"/>
              </w:rPr>
            </w:pPr>
            <w:r w:rsidRPr="00554596">
              <w:rPr>
                <w:rFonts w:cs="Arial"/>
                <w:b/>
                <w:color w:val="auto"/>
                <w:sz w:val="22"/>
              </w:rPr>
              <w:t>X</w:t>
            </w:r>
          </w:p>
        </w:tc>
        <w:tc>
          <w:tcPr>
            <w:tcW w:w="6237" w:type="dxa"/>
            <w:shd w:val="clear" w:color="auto" w:fill="FFFFFF"/>
            <w:tcMar>
              <w:top w:w="90" w:type="dxa"/>
              <w:left w:w="110" w:type="dxa"/>
              <w:bottom w:w="90" w:type="dxa"/>
              <w:right w:w="110" w:type="dxa"/>
            </w:tcMar>
            <w:vAlign w:val="center"/>
          </w:tcPr>
          <w:p w14:paraId="634774DE" w14:textId="77777777" w:rsidR="001F6DE0" w:rsidRPr="00554596" w:rsidRDefault="001F6DE0" w:rsidP="009D1752">
            <w:pPr>
              <w:spacing w:after="20" w:line="240" w:lineRule="auto"/>
              <w:rPr>
                <w:rFonts w:cs="Arial"/>
                <w:color w:val="auto"/>
                <w:sz w:val="22"/>
              </w:rPr>
            </w:pPr>
          </w:p>
        </w:tc>
      </w:tr>
      <w:tr w:rsidR="001F6DE0" w:rsidRPr="00554596" w14:paraId="05831CA7" w14:textId="77777777" w:rsidTr="001F6DE0">
        <w:trPr>
          <w:cantSplit/>
          <w:jc w:val="center"/>
        </w:trPr>
        <w:tc>
          <w:tcPr>
            <w:tcW w:w="3702" w:type="dxa"/>
            <w:shd w:val="clear" w:color="auto" w:fill="E7E6E6"/>
            <w:tcMar>
              <w:top w:w="90" w:type="dxa"/>
              <w:left w:w="110" w:type="dxa"/>
              <w:bottom w:w="90" w:type="dxa"/>
              <w:right w:w="110" w:type="dxa"/>
            </w:tcMar>
            <w:vAlign w:val="center"/>
          </w:tcPr>
          <w:p w14:paraId="158AEAA2" w14:textId="77777777" w:rsidR="001F6DE0" w:rsidRPr="00554596" w:rsidRDefault="001F6DE0" w:rsidP="009D1752">
            <w:pPr>
              <w:spacing w:after="20" w:line="240" w:lineRule="auto"/>
              <w:rPr>
                <w:rFonts w:cs="Arial"/>
                <w:color w:val="auto"/>
                <w:sz w:val="22"/>
              </w:rPr>
            </w:pPr>
            <w:r w:rsidRPr="00554596">
              <w:rPr>
                <w:rFonts w:cs="Arial"/>
                <w:b/>
                <w:color w:val="auto"/>
                <w:sz w:val="22"/>
              </w:rPr>
              <w:t>TikTok</w:t>
            </w:r>
          </w:p>
        </w:tc>
        <w:tc>
          <w:tcPr>
            <w:tcW w:w="6237" w:type="dxa"/>
            <w:shd w:val="clear" w:color="auto" w:fill="FFFFFF"/>
            <w:tcMar>
              <w:top w:w="90" w:type="dxa"/>
              <w:left w:w="110" w:type="dxa"/>
              <w:bottom w:w="90" w:type="dxa"/>
              <w:right w:w="110" w:type="dxa"/>
            </w:tcMar>
            <w:vAlign w:val="center"/>
          </w:tcPr>
          <w:p w14:paraId="0D5809F8" w14:textId="77777777" w:rsidR="001F6DE0" w:rsidRPr="00554596" w:rsidRDefault="001F6DE0" w:rsidP="009D1752">
            <w:pPr>
              <w:spacing w:after="20" w:line="240" w:lineRule="auto"/>
              <w:rPr>
                <w:rFonts w:cs="Arial"/>
                <w:color w:val="auto"/>
                <w:sz w:val="22"/>
              </w:rPr>
            </w:pPr>
          </w:p>
        </w:tc>
      </w:tr>
      <w:tr w:rsidR="001F6DE0" w:rsidRPr="00554596" w14:paraId="3688386F" w14:textId="77777777" w:rsidTr="001F6DE0">
        <w:trPr>
          <w:cantSplit/>
          <w:jc w:val="center"/>
        </w:trPr>
        <w:tc>
          <w:tcPr>
            <w:tcW w:w="3702" w:type="dxa"/>
            <w:shd w:val="clear" w:color="auto" w:fill="E7E6E6"/>
            <w:tcMar>
              <w:top w:w="90" w:type="dxa"/>
              <w:left w:w="110" w:type="dxa"/>
              <w:bottom w:w="90" w:type="dxa"/>
              <w:right w:w="110" w:type="dxa"/>
            </w:tcMar>
            <w:vAlign w:val="center"/>
          </w:tcPr>
          <w:p w14:paraId="11EEF6EE" w14:textId="77777777" w:rsidR="001F6DE0" w:rsidRPr="00554596" w:rsidRDefault="001F6DE0" w:rsidP="009D1752">
            <w:pPr>
              <w:spacing w:after="20" w:line="240" w:lineRule="auto"/>
              <w:rPr>
                <w:rFonts w:cs="Arial"/>
                <w:b/>
                <w:color w:val="auto"/>
                <w:sz w:val="22"/>
              </w:rPr>
            </w:pPr>
            <w:r w:rsidRPr="00554596">
              <w:rPr>
                <w:rFonts w:cs="Arial"/>
                <w:b/>
                <w:color w:val="auto"/>
                <w:sz w:val="22"/>
              </w:rPr>
              <w:t>Other</w:t>
            </w:r>
          </w:p>
        </w:tc>
        <w:tc>
          <w:tcPr>
            <w:tcW w:w="6237" w:type="dxa"/>
            <w:shd w:val="clear" w:color="auto" w:fill="FFFFFF"/>
            <w:tcMar>
              <w:top w:w="90" w:type="dxa"/>
              <w:left w:w="110" w:type="dxa"/>
              <w:bottom w:w="90" w:type="dxa"/>
              <w:right w:w="110" w:type="dxa"/>
            </w:tcMar>
            <w:vAlign w:val="center"/>
          </w:tcPr>
          <w:p w14:paraId="1783CE26" w14:textId="77777777" w:rsidR="001F6DE0" w:rsidRPr="00554596" w:rsidRDefault="001F6DE0" w:rsidP="009D1752">
            <w:pPr>
              <w:spacing w:after="20" w:line="240" w:lineRule="auto"/>
              <w:rPr>
                <w:rFonts w:cs="Arial"/>
                <w:color w:val="auto"/>
                <w:sz w:val="22"/>
              </w:rPr>
            </w:pPr>
          </w:p>
        </w:tc>
      </w:tr>
    </w:tbl>
    <w:p w14:paraId="09DA0004" w14:textId="77777777" w:rsidR="001F6DE0" w:rsidRPr="00554596" w:rsidRDefault="001F6DE0">
      <w:pPr>
        <w:keepNext/>
        <w:rPr>
          <w:rFonts w:cs="Arial"/>
          <w:b/>
          <w:color w:val="auto"/>
        </w:rPr>
      </w:pPr>
    </w:p>
    <w:p w14:paraId="2CAE9030" w14:textId="1D28EA67" w:rsidR="00DB709A" w:rsidRDefault="00DB709A" w:rsidP="00DB709A">
      <w:pPr>
        <w:keepNext/>
        <w:spacing w:before="140" w:after="60"/>
        <w:rPr>
          <w:b/>
          <w:color w:val="BE4067"/>
          <w:sz w:val="23"/>
        </w:rPr>
      </w:pPr>
      <w:r>
        <w:rPr>
          <w:b/>
          <w:color w:val="BE4067"/>
          <w:sz w:val="23"/>
        </w:rPr>
        <w:t xml:space="preserve">APPLICATION </w:t>
      </w:r>
      <w:r w:rsidR="00096AB0">
        <w:rPr>
          <w:b/>
          <w:color w:val="BE4067"/>
          <w:sz w:val="23"/>
        </w:rPr>
        <w:t>TYPE</w:t>
      </w:r>
    </w:p>
    <w:p w14:paraId="515DD679" w14:textId="6BC6D81D" w:rsidR="00096AB0" w:rsidRPr="000D5ED6" w:rsidRDefault="00096AB0" w:rsidP="00DB709A">
      <w:pPr>
        <w:keepNext/>
        <w:spacing w:before="140" w:after="60"/>
        <w:rPr>
          <w:color w:val="BE4067"/>
        </w:rPr>
      </w:pPr>
      <w:r>
        <w:rPr>
          <w:iCs/>
          <w:color w:val="auto"/>
          <w:sz w:val="22"/>
        </w:rPr>
        <w:t xml:space="preserve">Tick the option that best describes who will apply for and be responsible for the funding. Select one route. An </w:t>
      </w:r>
      <w:proofErr w:type="spellStart"/>
      <w:r>
        <w:rPr>
          <w:iCs/>
          <w:color w:val="auto"/>
          <w:sz w:val="22"/>
        </w:rPr>
        <w:t>unconstituted</w:t>
      </w:r>
      <w:proofErr w:type="spellEnd"/>
      <w:r>
        <w:rPr>
          <w:iCs/>
          <w:color w:val="auto"/>
          <w:sz w:val="22"/>
        </w:rPr>
        <w:t xml:space="preserve"> or informal community group must apply through an accountable body or project host.</w:t>
      </w:r>
      <w:r w:rsidR="00290C98">
        <w:rPr>
          <w:iCs/>
          <w:color w:val="auto"/>
          <w:sz w:val="22"/>
        </w:rPr>
        <w:br/>
      </w:r>
    </w:p>
    <w:tbl>
      <w:tblPr>
        <w:tblW w:w="9953"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9233"/>
        <w:gridCol w:w="720"/>
      </w:tblGrid>
      <w:tr w:rsidR="00DB709A" w:rsidRPr="00554596" w14:paraId="463A6666" w14:textId="77777777" w:rsidTr="00290C98">
        <w:trPr>
          <w:tblHeader/>
          <w:jc w:val="center"/>
        </w:trPr>
        <w:tc>
          <w:tcPr>
            <w:tcW w:w="9233" w:type="dxa"/>
            <w:tcBorders>
              <w:bottom w:val="single" w:sz="4" w:space="0" w:color="D9D9D9"/>
            </w:tcBorders>
            <w:shd w:val="clear" w:color="auto" w:fill="E7E6E6"/>
            <w:vAlign w:val="center"/>
          </w:tcPr>
          <w:p w14:paraId="37461D8C" w14:textId="77777777" w:rsidR="00DB709A" w:rsidRPr="00554596" w:rsidRDefault="00DB709A" w:rsidP="009D1752">
            <w:pPr>
              <w:spacing w:after="0"/>
              <w:rPr>
                <w:rFonts w:cs="Arial"/>
                <w:color w:val="auto"/>
                <w:sz w:val="22"/>
              </w:rPr>
            </w:pPr>
            <w:r w:rsidRPr="00554596">
              <w:rPr>
                <w:rFonts w:cs="Arial"/>
                <w:b/>
                <w:color w:val="auto"/>
                <w:sz w:val="22"/>
              </w:rPr>
              <w:t>Select one applicant route</w:t>
            </w:r>
          </w:p>
        </w:tc>
        <w:tc>
          <w:tcPr>
            <w:tcW w:w="720" w:type="dxa"/>
            <w:tcBorders>
              <w:bottom w:val="single" w:sz="4" w:space="0" w:color="D9D9D9"/>
            </w:tcBorders>
            <w:shd w:val="clear" w:color="auto" w:fill="E7E6E6"/>
            <w:vAlign w:val="center"/>
          </w:tcPr>
          <w:p w14:paraId="17E84F64" w14:textId="77777777" w:rsidR="00DB709A" w:rsidRPr="00554596" w:rsidRDefault="00DB709A" w:rsidP="009D1752">
            <w:pPr>
              <w:spacing w:after="0"/>
              <w:rPr>
                <w:rFonts w:cs="Arial"/>
                <w:color w:val="auto"/>
                <w:sz w:val="22"/>
              </w:rPr>
            </w:pPr>
            <w:r w:rsidRPr="00554596">
              <w:rPr>
                <w:rFonts w:cs="Arial"/>
                <w:b/>
                <w:color w:val="auto"/>
                <w:sz w:val="22"/>
              </w:rPr>
              <w:t>Tick</w:t>
            </w:r>
          </w:p>
        </w:tc>
      </w:tr>
      <w:tr w:rsidR="00DB709A" w:rsidRPr="00554596" w14:paraId="089B235C" w14:textId="77777777" w:rsidTr="00290C98">
        <w:trPr>
          <w:trHeight w:val="400"/>
          <w:jc w:val="center"/>
        </w:trPr>
        <w:tc>
          <w:tcPr>
            <w:tcW w:w="9233" w:type="dxa"/>
            <w:vAlign w:val="center"/>
          </w:tcPr>
          <w:p w14:paraId="4977444D" w14:textId="0F192323" w:rsidR="00DB709A" w:rsidRPr="00554596" w:rsidRDefault="00DB709A" w:rsidP="009D1752">
            <w:pPr>
              <w:spacing w:after="0"/>
              <w:rPr>
                <w:rFonts w:cs="Arial"/>
                <w:color w:val="auto"/>
                <w:sz w:val="22"/>
              </w:rPr>
            </w:pPr>
            <w:r>
              <w:rPr>
                <w:rFonts w:cs="Arial"/>
                <w:color w:val="auto"/>
                <w:sz w:val="22"/>
              </w:rPr>
              <w:t>Individual artist, creative practitioner or freelancer (including a sole trader)</w:t>
            </w:r>
          </w:p>
        </w:tc>
        <w:tc>
          <w:tcPr>
            <w:tcW w:w="720" w:type="dxa"/>
            <w:vAlign w:val="center"/>
          </w:tcPr>
          <w:p w14:paraId="7F84115D" w14:textId="77777777" w:rsidR="00DB709A" w:rsidRPr="00554596" w:rsidRDefault="00DB709A" w:rsidP="009D1752">
            <w:pPr>
              <w:spacing w:after="0"/>
              <w:rPr>
                <w:rFonts w:cs="Arial"/>
                <w:color w:val="auto"/>
                <w:sz w:val="22"/>
              </w:rPr>
            </w:pPr>
            <w:r w:rsidRPr="00554596">
              <w:rPr>
                <w:rFonts w:ascii="Segoe UI Symbol" w:hAnsi="Segoe UI Symbol" w:cs="Segoe UI Symbol"/>
                <w:color w:val="auto"/>
                <w:sz w:val="22"/>
              </w:rPr>
              <w:t>☐</w:t>
            </w:r>
          </w:p>
        </w:tc>
      </w:tr>
      <w:tr w:rsidR="00DB709A" w:rsidRPr="00554596" w14:paraId="08B815C8" w14:textId="77777777" w:rsidTr="00290C98">
        <w:trPr>
          <w:trHeight w:val="421"/>
          <w:jc w:val="center"/>
        </w:trPr>
        <w:tc>
          <w:tcPr>
            <w:tcW w:w="9233" w:type="dxa"/>
            <w:vAlign w:val="center"/>
          </w:tcPr>
          <w:p w14:paraId="42A83C97" w14:textId="247127EF" w:rsidR="00DB709A" w:rsidRPr="00554596" w:rsidRDefault="00032E0A" w:rsidP="009D1752">
            <w:pPr>
              <w:spacing w:after="0"/>
              <w:rPr>
                <w:rFonts w:cs="Arial"/>
                <w:color w:val="auto"/>
                <w:sz w:val="22"/>
              </w:rPr>
            </w:pPr>
            <w:proofErr w:type="spellStart"/>
            <w:r>
              <w:rPr>
                <w:rFonts w:cs="Arial"/>
                <w:color w:val="auto"/>
                <w:sz w:val="22"/>
              </w:rPr>
              <w:t>Organisation</w:t>
            </w:r>
            <w:proofErr w:type="spellEnd"/>
            <w:r>
              <w:rPr>
                <w:rFonts w:cs="Arial"/>
                <w:color w:val="auto"/>
                <w:sz w:val="22"/>
              </w:rPr>
              <w:t xml:space="preserve"> or constituted community group applying for its own project</w:t>
            </w:r>
          </w:p>
        </w:tc>
        <w:tc>
          <w:tcPr>
            <w:tcW w:w="720" w:type="dxa"/>
            <w:vAlign w:val="center"/>
          </w:tcPr>
          <w:p w14:paraId="4B294139" w14:textId="77777777" w:rsidR="00DB709A" w:rsidRPr="00554596" w:rsidRDefault="00DB709A" w:rsidP="009D1752">
            <w:pPr>
              <w:spacing w:after="0"/>
              <w:rPr>
                <w:rFonts w:cs="Arial"/>
                <w:color w:val="auto"/>
                <w:sz w:val="22"/>
              </w:rPr>
            </w:pPr>
            <w:r w:rsidRPr="00554596">
              <w:rPr>
                <w:rFonts w:ascii="Segoe UI Symbol" w:hAnsi="Segoe UI Symbol" w:cs="Segoe UI Symbol"/>
                <w:color w:val="auto"/>
                <w:sz w:val="22"/>
              </w:rPr>
              <w:t>☐</w:t>
            </w:r>
          </w:p>
        </w:tc>
      </w:tr>
      <w:tr w:rsidR="00DB709A" w:rsidRPr="00554596" w14:paraId="34AB989F" w14:textId="77777777" w:rsidTr="00290C98">
        <w:trPr>
          <w:trHeight w:val="413"/>
          <w:jc w:val="center"/>
        </w:trPr>
        <w:tc>
          <w:tcPr>
            <w:tcW w:w="9233" w:type="dxa"/>
            <w:vAlign w:val="center"/>
          </w:tcPr>
          <w:p w14:paraId="5C500B9F" w14:textId="74902DFB" w:rsidR="00DB709A" w:rsidRPr="00554596" w:rsidRDefault="00DB709A" w:rsidP="009D1752">
            <w:pPr>
              <w:spacing w:after="0"/>
              <w:rPr>
                <w:rFonts w:cs="Arial"/>
                <w:color w:val="auto"/>
                <w:sz w:val="22"/>
              </w:rPr>
            </w:pPr>
            <w:r>
              <w:rPr>
                <w:rFonts w:cs="Arial"/>
                <w:color w:val="auto"/>
                <w:sz w:val="22"/>
              </w:rPr>
              <w:t>Accountable body or project host applying for another person or group</w:t>
            </w:r>
          </w:p>
        </w:tc>
        <w:tc>
          <w:tcPr>
            <w:tcW w:w="720" w:type="dxa"/>
            <w:vAlign w:val="center"/>
          </w:tcPr>
          <w:p w14:paraId="05DAC45B" w14:textId="77777777" w:rsidR="00DB709A" w:rsidRPr="00554596" w:rsidRDefault="00DB709A" w:rsidP="009D1752">
            <w:pPr>
              <w:spacing w:after="0"/>
              <w:rPr>
                <w:rFonts w:cs="Arial"/>
                <w:color w:val="auto"/>
                <w:sz w:val="22"/>
              </w:rPr>
            </w:pPr>
            <w:r w:rsidRPr="00554596">
              <w:rPr>
                <w:rFonts w:ascii="Segoe UI Symbol" w:hAnsi="Segoe UI Symbol" w:cs="Segoe UI Symbol"/>
                <w:color w:val="auto"/>
                <w:sz w:val="22"/>
              </w:rPr>
              <w:t>☐</w:t>
            </w:r>
          </w:p>
        </w:tc>
      </w:tr>
      <w:tr w:rsidR="00DB709A" w:rsidRPr="00554596" w14:paraId="68B7DE65" w14:textId="77777777" w:rsidTr="00290C98">
        <w:trPr>
          <w:trHeight w:val="419"/>
          <w:jc w:val="center"/>
        </w:trPr>
        <w:tc>
          <w:tcPr>
            <w:tcW w:w="9233" w:type="dxa"/>
            <w:vAlign w:val="center"/>
          </w:tcPr>
          <w:p w14:paraId="360AE321" w14:textId="3FF547B4" w:rsidR="00DB709A" w:rsidRPr="00554596" w:rsidRDefault="00096AB0" w:rsidP="009D1752">
            <w:pPr>
              <w:spacing w:after="0"/>
              <w:rPr>
                <w:rFonts w:cs="Arial"/>
                <w:color w:val="auto"/>
                <w:sz w:val="22"/>
              </w:rPr>
            </w:pPr>
            <w:r>
              <w:rPr>
                <w:rFonts w:cs="Arial"/>
                <w:color w:val="auto"/>
                <w:sz w:val="22"/>
              </w:rPr>
              <w:t>Lead applicant for a partnership project</w:t>
            </w:r>
          </w:p>
        </w:tc>
        <w:tc>
          <w:tcPr>
            <w:tcW w:w="720" w:type="dxa"/>
            <w:vAlign w:val="center"/>
          </w:tcPr>
          <w:p w14:paraId="5AB83AE2" w14:textId="77777777" w:rsidR="00DB709A" w:rsidRPr="00554596" w:rsidRDefault="00DB709A" w:rsidP="009D1752">
            <w:pPr>
              <w:spacing w:after="0"/>
              <w:rPr>
                <w:rFonts w:cs="Arial"/>
                <w:color w:val="auto"/>
                <w:sz w:val="22"/>
              </w:rPr>
            </w:pPr>
            <w:r w:rsidRPr="00554596">
              <w:rPr>
                <w:rFonts w:ascii="Segoe UI Symbol" w:hAnsi="Segoe UI Symbol" w:cs="Segoe UI Symbol"/>
                <w:color w:val="auto"/>
                <w:sz w:val="22"/>
              </w:rPr>
              <w:t>☐</w:t>
            </w:r>
          </w:p>
        </w:tc>
      </w:tr>
      <w:tr w:rsidR="00DB709A" w:rsidRPr="00554596" w14:paraId="398CFCAA" w14:textId="77777777" w:rsidTr="00290C98">
        <w:trPr>
          <w:jc w:val="center"/>
        </w:trPr>
        <w:tc>
          <w:tcPr>
            <w:tcW w:w="9233" w:type="dxa"/>
            <w:vAlign w:val="center"/>
          </w:tcPr>
          <w:p w14:paraId="70DBB0EA" w14:textId="1F5E6859" w:rsidR="00DB709A" w:rsidRPr="00554596" w:rsidRDefault="00DB709A" w:rsidP="009D1752">
            <w:pPr>
              <w:spacing w:after="0"/>
              <w:rPr>
                <w:rFonts w:cs="Arial"/>
                <w:color w:val="auto"/>
                <w:sz w:val="22"/>
              </w:rPr>
            </w:pPr>
            <w:r>
              <w:rPr>
                <w:rFonts w:cs="Arial"/>
                <w:color w:val="auto"/>
                <w:sz w:val="22"/>
              </w:rPr>
              <w:t>Commercial company</w:t>
            </w:r>
          </w:p>
        </w:tc>
        <w:tc>
          <w:tcPr>
            <w:tcW w:w="720" w:type="dxa"/>
            <w:vAlign w:val="center"/>
          </w:tcPr>
          <w:p w14:paraId="371EF440" w14:textId="77777777" w:rsidR="00DB709A" w:rsidRPr="00554596" w:rsidRDefault="00DB709A" w:rsidP="009D1752">
            <w:pPr>
              <w:spacing w:after="0"/>
              <w:rPr>
                <w:rFonts w:cs="Arial"/>
                <w:color w:val="auto"/>
                <w:sz w:val="22"/>
              </w:rPr>
            </w:pPr>
            <w:r w:rsidRPr="00554596">
              <w:rPr>
                <w:rFonts w:ascii="Segoe UI Symbol" w:hAnsi="Segoe UI Symbol" w:cs="Segoe UI Symbol"/>
                <w:color w:val="auto"/>
                <w:sz w:val="22"/>
              </w:rPr>
              <w:t>☐</w:t>
            </w:r>
          </w:p>
        </w:tc>
      </w:tr>
    </w:tbl>
    <w:p w14:paraId="0D9FFF0C" w14:textId="15A550DD" w:rsidR="00114BC7" w:rsidRPr="003575F8" w:rsidRDefault="00290C98" w:rsidP="00114BC7">
      <w:pPr>
        <w:keepNext/>
        <w:rPr>
          <w:rFonts w:cs="Arial"/>
          <w:color w:val="auto"/>
          <w:sz w:val="22"/>
          <w:szCs w:val="24"/>
        </w:rPr>
      </w:pPr>
      <w:r>
        <w:rPr>
          <w:rFonts w:cs="Arial"/>
          <w:b/>
          <w:color w:val="auto"/>
        </w:rPr>
        <w:br/>
      </w:r>
      <w:r w:rsidR="00114BC7" w:rsidRPr="003575F8">
        <w:rPr>
          <w:rFonts w:cs="Arial"/>
          <w:b/>
          <w:color w:val="auto"/>
          <w:sz w:val="22"/>
          <w:szCs w:val="24"/>
        </w:rPr>
        <w:t>If applying as accountable body or project host, explain the arrangement.</w:t>
      </w:r>
    </w:p>
    <w:p w14:paraId="6FE02F09" w14:textId="47005A5E" w:rsidR="00290C98" w:rsidRPr="00290C98" w:rsidRDefault="00114BC7" w:rsidP="00290C98">
      <w:pPr>
        <w:pStyle w:val="Helptext"/>
        <w:spacing w:after="0" w:line="240" w:lineRule="auto"/>
        <w:rPr>
          <w:rFonts w:cs="Arial"/>
          <w:i w:val="0"/>
          <w:iCs/>
          <w:color w:val="595959" w:themeColor="text1" w:themeTint="A6"/>
          <w:sz w:val="22"/>
        </w:rPr>
      </w:pPr>
      <w:r w:rsidRPr="00A55BFC">
        <w:rPr>
          <w:rFonts w:cs="Arial"/>
          <w:i w:val="0"/>
          <w:iCs/>
          <w:color w:val="595959" w:themeColor="text1" w:themeTint="A6"/>
          <w:sz w:val="22"/>
        </w:rPr>
        <w:t xml:space="preserve">Name the project lead and host; explain why a host is needed, how the project lead developed this application, the responsibilities of each party and the proposed hosting fee. Enter “Not applicable” if </w:t>
      </w:r>
      <w:r w:rsidRPr="00A55BFC">
        <w:rPr>
          <w:rFonts w:cs="Arial"/>
          <w:i w:val="0"/>
          <w:iCs/>
          <w:color w:val="595959" w:themeColor="text1" w:themeTint="A6"/>
          <w:sz w:val="22"/>
        </w:rPr>
        <w:lastRenderedPageBreak/>
        <w:t>this does not apply.</w:t>
      </w:r>
      <w:r w:rsidR="00290C98">
        <w:rPr>
          <w:rFonts w:cs="Arial"/>
          <w:iCs/>
          <w:color w:val="595959" w:themeColor="text1" w:themeTint="A6"/>
          <w:sz w:val="22"/>
        </w:rPr>
        <w:br/>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9856"/>
      </w:tblGrid>
      <w:tr w:rsidR="00290C98" w:rsidRPr="00554596" w14:paraId="5641EB4F" w14:textId="77777777" w:rsidTr="009D1752">
        <w:tc>
          <w:tcPr>
            <w:tcW w:w="9856" w:type="dxa"/>
            <w:shd w:val="clear" w:color="auto" w:fill="FFFFFF"/>
            <w:vAlign w:val="center"/>
          </w:tcPr>
          <w:p w14:paraId="06797026" w14:textId="77777777" w:rsidR="00290C98" w:rsidRDefault="00290C98" w:rsidP="009D1752">
            <w:pPr>
              <w:spacing w:after="0"/>
              <w:rPr>
                <w:rFonts w:cs="Arial"/>
                <w:color w:val="auto"/>
              </w:rPr>
            </w:pPr>
          </w:p>
          <w:p w14:paraId="7BD0094A" w14:textId="77777777" w:rsidR="00290C98" w:rsidRDefault="00290C98" w:rsidP="009D1752">
            <w:pPr>
              <w:spacing w:after="0"/>
              <w:rPr>
                <w:rFonts w:cs="Arial"/>
                <w:color w:val="auto"/>
              </w:rPr>
            </w:pPr>
          </w:p>
          <w:p w14:paraId="77015184" w14:textId="77777777" w:rsidR="00290C98" w:rsidRDefault="00290C98" w:rsidP="009D1752">
            <w:pPr>
              <w:spacing w:after="0"/>
              <w:rPr>
                <w:rFonts w:cs="Arial"/>
                <w:color w:val="auto"/>
              </w:rPr>
            </w:pPr>
          </w:p>
          <w:p w14:paraId="08A13BE7" w14:textId="77777777" w:rsidR="00290C98" w:rsidRDefault="00290C98" w:rsidP="009D1752">
            <w:pPr>
              <w:spacing w:after="0"/>
              <w:rPr>
                <w:rFonts w:cs="Arial"/>
                <w:color w:val="auto"/>
              </w:rPr>
            </w:pPr>
          </w:p>
          <w:p w14:paraId="2C83C5A4" w14:textId="77777777" w:rsidR="00290C98" w:rsidRPr="00554596" w:rsidRDefault="00290C98" w:rsidP="009D1752">
            <w:pPr>
              <w:spacing w:after="0"/>
              <w:rPr>
                <w:rFonts w:cs="Arial"/>
                <w:color w:val="auto"/>
              </w:rPr>
            </w:pPr>
          </w:p>
        </w:tc>
      </w:tr>
    </w:tbl>
    <w:p w14:paraId="39ED2186" w14:textId="77777777" w:rsidR="00290C98" w:rsidRPr="00554596" w:rsidRDefault="00290C98" w:rsidP="00290C98">
      <w:pPr>
        <w:spacing w:after="0"/>
        <w:rPr>
          <w:rFonts w:cs="Arial"/>
          <w:color w:val="auto"/>
        </w:rPr>
      </w:pPr>
      <w:r w:rsidRPr="00A55BFC">
        <w:rPr>
          <w:rFonts w:cs="Arial"/>
          <w:color w:val="595959" w:themeColor="text1" w:themeTint="A6"/>
          <w:sz w:val="22"/>
        </w:rPr>
        <w:t>Maximum 250 words.</w:t>
      </w:r>
      <w:r>
        <w:rPr>
          <w:rFonts w:cs="Arial"/>
          <w:color w:val="auto"/>
          <w:sz w:val="22"/>
        </w:rPr>
        <w:br/>
      </w:r>
    </w:p>
    <w:p w14:paraId="672BEECB" w14:textId="3D83444E" w:rsidR="00114BC7" w:rsidRPr="00A55BFC" w:rsidRDefault="00114BC7" w:rsidP="00290C98">
      <w:pPr>
        <w:spacing w:after="0"/>
        <w:rPr>
          <w:rFonts w:cs="Arial"/>
          <w:color w:val="595959" w:themeColor="text1" w:themeTint="A6"/>
          <w:sz w:val="22"/>
        </w:rPr>
      </w:pPr>
      <w:r w:rsidRPr="00554596">
        <w:rPr>
          <w:rFonts w:cs="Arial"/>
          <w:b/>
          <w:color w:val="auto"/>
          <w:sz w:val="22"/>
        </w:rPr>
        <w:t>If applying as the lead applicant for a partnership, explain the arrangement.</w:t>
      </w:r>
    </w:p>
    <w:p w14:paraId="1B74C27B" w14:textId="77777777" w:rsidR="00114BC7" w:rsidRPr="00A55BFC" w:rsidRDefault="00114BC7" w:rsidP="00114BC7">
      <w:pPr>
        <w:pStyle w:val="Helptext"/>
        <w:spacing w:after="0" w:line="240" w:lineRule="auto"/>
        <w:rPr>
          <w:rFonts w:cs="Arial"/>
          <w:i w:val="0"/>
          <w:color w:val="595959" w:themeColor="text1" w:themeTint="A6"/>
          <w:sz w:val="22"/>
        </w:rPr>
      </w:pPr>
      <w:r w:rsidRPr="00A55BFC">
        <w:rPr>
          <w:rFonts w:cs="Arial"/>
          <w:i w:val="0"/>
          <w:color w:val="595959" w:themeColor="text1" w:themeTint="A6"/>
          <w:sz w:val="22"/>
        </w:rPr>
        <w:t>Name the formal delivery partners, their roles, whether their involvement is confirmed, and how decisions, funding and accountability will be managed. Enter “Not applicable” if this does not apply.</w:t>
      </w:r>
    </w:p>
    <w:p w14:paraId="6955AF44" w14:textId="77777777" w:rsidR="00114BC7" w:rsidRPr="00554596" w:rsidRDefault="00114BC7" w:rsidP="00114BC7">
      <w:pPr>
        <w:pStyle w:val="Helptext"/>
        <w:spacing w:after="0" w:line="240" w:lineRule="auto"/>
        <w:rPr>
          <w:rFonts w:cs="Arial"/>
          <w:i w:val="0"/>
          <w:color w:val="auto"/>
          <w:sz w:val="22"/>
        </w:rPr>
      </w:pP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9856"/>
      </w:tblGrid>
      <w:tr w:rsidR="00114BC7" w:rsidRPr="00554596" w14:paraId="6610E82F" w14:textId="77777777" w:rsidTr="009D1752">
        <w:tc>
          <w:tcPr>
            <w:tcW w:w="9856" w:type="dxa"/>
            <w:shd w:val="clear" w:color="auto" w:fill="FFFFFF"/>
            <w:vAlign w:val="center"/>
          </w:tcPr>
          <w:p w14:paraId="5AD7D21E" w14:textId="77777777" w:rsidR="00114BC7" w:rsidRDefault="00114BC7" w:rsidP="009D1752">
            <w:pPr>
              <w:spacing w:after="0"/>
              <w:rPr>
                <w:rFonts w:cs="Arial"/>
                <w:color w:val="auto"/>
              </w:rPr>
            </w:pPr>
          </w:p>
          <w:p w14:paraId="5DA4A011" w14:textId="77777777" w:rsidR="00290C98" w:rsidRDefault="00290C98" w:rsidP="009D1752">
            <w:pPr>
              <w:spacing w:after="0"/>
              <w:rPr>
                <w:rFonts w:cs="Arial"/>
                <w:color w:val="auto"/>
              </w:rPr>
            </w:pPr>
          </w:p>
          <w:p w14:paraId="2E1060BE" w14:textId="77777777" w:rsidR="00290C98" w:rsidRDefault="00290C98" w:rsidP="009D1752">
            <w:pPr>
              <w:spacing w:after="0"/>
              <w:rPr>
                <w:rFonts w:cs="Arial"/>
                <w:color w:val="auto"/>
              </w:rPr>
            </w:pPr>
          </w:p>
          <w:p w14:paraId="78389215" w14:textId="77777777" w:rsidR="00290C98" w:rsidRDefault="00290C98" w:rsidP="009D1752">
            <w:pPr>
              <w:spacing w:after="0"/>
              <w:rPr>
                <w:rFonts w:cs="Arial"/>
                <w:color w:val="auto"/>
              </w:rPr>
            </w:pPr>
          </w:p>
          <w:p w14:paraId="1731A197" w14:textId="138F4982" w:rsidR="00290C98" w:rsidRPr="00554596" w:rsidRDefault="00290C98" w:rsidP="009D1752">
            <w:pPr>
              <w:spacing w:after="0"/>
              <w:rPr>
                <w:rFonts w:cs="Arial"/>
                <w:color w:val="auto"/>
              </w:rPr>
            </w:pPr>
          </w:p>
        </w:tc>
      </w:tr>
    </w:tbl>
    <w:p w14:paraId="31A8341C" w14:textId="352BFA63" w:rsidR="00114BC7" w:rsidRPr="00554596" w:rsidRDefault="00114BC7" w:rsidP="00114BC7">
      <w:pPr>
        <w:spacing w:after="0"/>
        <w:rPr>
          <w:rFonts w:cs="Arial"/>
          <w:color w:val="auto"/>
        </w:rPr>
      </w:pPr>
      <w:r w:rsidRPr="00A55BFC">
        <w:rPr>
          <w:rFonts w:cs="Arial"/>
          <w:color w:val="595959" w:themeColor="text1" w:themeTint="A6"/>
          <w:sz w:val="22"/>
        </w:rPr>
        <w:t>Maximum 250 words.</w:t>
      </w:r>
      <w:r w:rsidR="00655544">
        <w:rPr>
          <w:rFonts w:cs="Arial"/>
          <w:color w:val="auto"/>
          <w:sz w:val="22"/>
        </w:rPr>
        <w:br/>
      </w:r>
    </w:p>
    <w:p w14:paraId="4D80C637" w14:textId="6629F10A" w:rsidR="000D5ED6" w:rsidRPr="000D5ED6" w:rsidRDefault="000D5ED6" w:rsidP="000D5ED6">
      <w:pPr>
        <w:keepNext/>
        <w:spacing w:before="140" w:after="60"/>
        <w:rPr>
          <w:color w:val="BE4067"/>
        </w:rPr>
      </w:pPr>
      <w:r w:rsidRPr="000D5ED6">
        <w:rPr>
          <w:b/>
          <w:color w:val="BE4067"/>
          <w:sz w:val="23"/>
        </w:rPr>
        <w:t>LEGAL STATUS</w:t>
      </w:r>
    </w:p>
    <w:p w14:paraId="60411780" w14:textId="3B485105" w:rsidR="000D5ED6" w:rsidRPr="00881A98" w:rsidRDefault="000D5ED6" w:rsidP="000D5ED6">
      <w:pPr>
        <w:spacing w:after="80"/>
        <w:rPr>
          <w:iCs/>
          <w:color w:val="auto"/>
          <w:sz w:val="22"/>
        </w:rPr>
      </w:pPr>
      <w:r>
        <w:rPr>
          <w:iCs/>
          <w:color w:val="auto"/>
          <w:sz w:val="22"/>
        </w:rPr>
        <w:t>Tick the option that best describes your legal status. Your selection should be consistent with the application route above.</w:t>
      </w:r>
    </w:p>
    <w:tbl>
      <w:tblPr>
        <w:tblW w:w="9781" w:type="dxa"/>
        <w:tblInd w:w="-8" w:type="dxa"/>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4941"/>
        <w:gridCol w:w="4840"/>
      </w:tblGrid>
      <w:tr w:rsidR="00096AB0" w:rsidRPr="00881A98" w14:paraId="28BE8A93" w14:textId="77777777" w:rsidTr="00096AB0">
        <w:trPr>
          <w:cantSplit/>
        </w:trPr>
        <w:tc>
          <w:tcPr>
            <w:tcW w:w="4941" w:type="dxa"/>
            <w:tcMar>
              <w:top w:w="120" w:type="dxa"/>
              <w:left w:w="130" w:type="dxa"/>
              <w:bottom w:w="120" w:type="dxa"/>
              <w:right w:w="130" w:type="dxa"/>
            </w:tcMar>
            <w:vAlign w:val="center"/>
          </w:tcPr>
          <w:p w14:paraId="16957AA6" w14:textId="021BDA32" w:rsidR="00096AB0" w:rsidRDefault="005C6638" w:rsidP="009D1752">
            <w:pPr>
              <w:spacing w:after="20" w:line="240" w:lineRule="auto"/>
              <w:rPr>
                <w:color w:val="auto"/>
                <w:sz w:val="22"/>
              </w:rPr>
            </w:pPr>
            <w:sdt>
              <w:sdtPr>
                <w:rPr>
                  <w:color w:val="auto"/>
                  <w:sz w:val="22"/>
                </w:rPr>
                <w:id w:val="-405766986"/>
                <w14:checkbox>
                  <w14:checked w14:val="0"/>
                  <w14:checkedState w14:val="2612" w14:font="MS Gothic"/>
                  <w14:uncheckedState w14:val="2610" w14:font="MS Gothic"/>
                </w14:checkbox>
              </w:sdtPr>
              <w:sdtEndPr/>
              <w:sdtContent>
                <w:r w:rsidR="00096AB0" w:rsidRPr="00881A98">
                  <w:rPr>
                    <w:rFonts w:ascii="Segoe UI Symbol" w:hAnsi="Segoe UI Symbol" w:cs="Segoe UI Symbol"/>
                    <w:color w:val="auto"/>
                    <w:sz w:val="22"/>
                  </w:rPr>
                  <w:t>☐</w:t>
                </w:r>
              </w:sdtContent>
            </w:sdt>
            <w:r w:rsidR="00290C98">
              <w:rPr>
                <w:color w:val="auto"/>
                <w:sz w:val="22"/>
              </w:rPr>
              <w:t xml:space="preserve"> </w:t>
            </w:r>
            <w:r w:rsidR="00096AB0">
              <w:rPr>
                <w:color w:val="auto"/>
                <w:sz w:val="22"/>
              </w:rPr>
              <w:t>Individual artist, creative practitioner or freelancer</w:t>
            </w:r>
          </w:p>
        </w:tc>
        <w:tc>
          <w:tcPr>
            <w:tcW w:w="4840" w:type="dxa"/>
            <w:tcMar>
              <w:top w:w="120" w:type="dxa"/>
              <w:left w:w="130" w:type="dxa"/>
              <w:bottom w:w="120" w:type="dxa"/>
              <w:right w:w="130" w:type="dxa"/>
            </w:tcMar>
            <w:vAlign w:val="center"/>
          </w:tcPr>
          <w:p w14:paraId="7F8EEA46" w14:textId="0AF9A70F" w:rsidR="00096AB0" w:rsidRDefault="00096AB0" w:rsidP="009D1752">
            <w:pPr>
              <w:spacing w:after="20" w:line="240" w:lineRule="auto"/>
              <w:rPr>
                <w:color w:val="auto"/>
                <w:sz w:val="22"/>
              </w:rPr>
            </w:pPr>
            <w:r>
              <w:rPr>
                <w:color w:val="auto"/>
                <w:sz w:val="22"/>
              </w:rPr>
              <w:t>Sole trader</w:t>
            </w:r>
          </w:p>
        </w:tc>
      </w:tr>
      <w:tr w:rsidR="000D5ED6" w:rsidRPr="00881A98" w14:paraId="326E588E" w14:textId="77777777" w:rsidTr="00096AB0">
        <w:trPr>
          <w:cantSplit/>
        </w:trPr>
        <w:tc>
          <w:tcPr>
            <w:tcW w:w="4941" w:type="dxa"/>
            <w:tcMar>
              <w:top w:w="120" w:type="dxa"/>
              <w:left w:w="130" w:type="dxa"/>
              <w:bottom w:w="120" w:type="dxa"/>
              <w:right w:w="130" w:type="dxa"/>
            </w:tcMar>
            <w:vAlign w:val="center"/>
          </w:tcPr>
          <w:p w14:paraId="3C2F7C71" w14:textId="7CC152C3" w:rsidR="000D5ED6" w:rsidRPr="00881A98" w:rsidRDefault="005C6638" w:rsidP="009D1752">
            <w:pPr>
              <w:spacing w:after="20" w:line="240" w:lineRule="auto"/>
              <w:rPr>
                <w:color w:val="auto"/>
                <w:sz w:val="22"/>
              </w:rPr>
            </w:pPr>
            <w:sdt>
              <w:sdtPr>
                <w:rPr>
                  <w:color w:val="auto"/>
                  <w:sz w:val="22"/>
                </w:rPr>
                <w:id w:val="1027"/>
                <w14:checkbox>
                  <w14:checked w14:val="0"/>
                  <w14:checkedState w14:val="2612" w14:font="MS Gothic"/>
                  <w14:uncheckedState w14:val="2610" w14:font="MS Gothic"/>
                </w14:checkbox>
              </w:sdtPr>
              <w:sdtEndPr/>
              <w:sdtContent>
                <w:r w:rsidR="000D5ED6" w:rsidRPr="00881A98">
                  <w:rPr>
                    <w:rFonts w:ascii="Segoe UI Symbol" w:hAnsi="Segoe UI Symbol" w:cs="Segoe UI Symbol"/>
                    <w:color w:val="auto"/>
                    <w:sz w:val="22"/>
                  </w:rPr>
                  <w:t>☐</w:t>
                </w:r>
              </w:sdtContent>
            </w:sdt>
            <w:r w:rsidR="00290C98">
              <w:rPr>
                <w:color w:val="auto"/>
                <w:sz w:val="22"/>
              </w:rPr>
              <w:t xml:space="preserve"> </w:t>
            </w:r>
            <w:r w:rsidR="000D5ED6">
              <w:rPr>
                <w:color w:val="auto"/>
                <w:sz w:val="22"/>
              </w:rPr>
              <w:t xml:space="preserve">Charitable Incorporated </w:t>
            </w:r>
            <w:proofErr w:type="spellStart"/>
            <w:r w:rsidR="000D5ED6">
              <w:rPr>
                <w:color w:val="auto"/>
                <w:sz w:val="22"/>
              </w:rPr>
              <w:t>Organisation</w:t>
            </w:r>
            <w:proofErr w:type="spellEnd"/>
            <w:r w:rsidR="000D5ED6">
              <w:rPr>
                <w:color w:val="auto"/>
                <w:sz w:val="22"/>
              </w:rPr>
              <w:t xml:space="preserve"> (CIO)</w:t>
            </w:r>
          </w:p>
        </w:tc>
        <w:tc>
          <w:tcPr>
            <w:tcW w:w="4840" w:type="dxa"/>
            <w:tcMar>
              <w:top w:w="120" w:type="dxa"/>
              <w:left w:w="130" w:type="dxa"/>
              <w:bottom w:w="120" w:type="dxa"/>
              <w:right w:w="130" w:type="dxa"/>
            </w:tcMar>
            <w:vAlign w:val="center"/>
          </w:tcPr>
          <w:p w14:paraId="04C5C6F5" w14:textId="47EFD667" w:rsidR="000D5ED6" w:rsidRPr="00881A98" w:rsidRDefault="005C6638" w:rsidP="009D1752">
            <w:pPr>
              <w:spacing w:after="20" w:line="240" w:lineRule="auto"/>
              <w:rPr>
                <w:color w:val="auto"/>
                <w:sz w:val="22"/>
              </w:rPr>
            </w:pPr>
            <w:sdt>
              <w:sdtPr>
                <w:rPr>
                  <w:color w:val="auto"/>
                  <w:sz w:val="22"/>
                </w:rPr>
                <w:id w:val="1031"/>
                <w14:checkbox>
                  <w14:checked w14:val="0"/>
                  <w14:checkedState w14:val="2612" w14:font="MS Gothic"/>
                  <w14:uncheckedState w14:val="2610" w14:font="MS Gothic"/>
                </w14:checkbox>
              </w:sdtPr>
              <w:sdtEndPr/>
              <w:sdtContent>
                <w:r w:rsidR="000D5ED6" w:rsidRPr="00881A98">
                  <w:rPr>
                    <w:rFonts w:ascii="Segoe UI Symbol" w:hAnsi="Segoe UI Symbol" w:cs="Segoe UI Symbol"/>
                    <w:color w:val="auto"/>
                    <w:sz w:val="22"/>
                  </w:rPr>
                  <w:t>☐</w:t>
                </w:r>
              </w:sdtContent>
            </w:sdt>
            <w:r w:rsidR="00290C98">
              <w:rPr>
                <w:color w:val="auto"/>
                <w:sz w:val="22"/>
              </w:rPr>
              <w:t xml:space="preserve"> </w:t>
            </w:r>
            <w:r w:rsidR="000D5ED6">
              <w:rPr>
                <w:color w:val="auto"/>
                <w:sz w:val="22"/>
              </w:rPr>
              <w:t>Registered charity</w:t>
            </w:r>
          </w:p>
        </w:tc>
      </w:tr>
      <w:tr w:rsidR="000D5ED6" w:rsidRPr="00881A98" w14:paraId="3C225E35" w14:textId="77777777" w:rsidTr="00096AB0">
        <w:trPr>
          <w:cantSplit/>
        </w:trPr>
        <w:tc>
          <w:tcPr>
            <w:tcW w:w="4941" w:type="dxa"/>
            <w:tcMar>
              <w:top w:w="120" w:type="dxa"/>
              <w:left w:w="130" w:type="dxa"/>
              <w:bottom w:w="120" w:type="dxa"/>
              <w:right w:w="130" w:type="dxa"/>
            </w:tcMar>
            <w:vAlign w:val="center"/>
          </w:tcPr>
          <w:p w14:paraId="4E48183A" w14:textId="1F90FACD" w:rsidR="000D5ED6" w:rsidRPr="00881A98" w:rsidRDefault="005C6638" w:rsidP="009D1752">
            <w:pPr>
              <w:spacing w:after="20" w:line="240" w:lineRule="auto"/>
              <w:rPr>
                <w:color w:val="auto"/>
                <w:sz w:val="22"/>
              </w:rPr>
            </w:pPr>
            <w:sdt>
              <w:sdtPr>
                <w:rPr>
                  <w:color w:val="auto"/>
                  <w:sz w:val="22"/>
                </w:rPr>
                <w:id w:val="1028"/>
                <w14:checkbox>
                  <w14:checked w14:val="0"/>
                  <w14:checkedState w14:val="2612" w14:font="MS Gothic"/>
                  <w14:uncheckedState w14:val="2610" w14:font="MS Gothic"/>
                </w14:checkbox>
              </w:sdtPr>
              <w:sdtEndPr/>
              <w:sdtContent>
                <w:r w:rsidR="000D5ED6" w:rsidRPr="00881A98">
                  <w:rPr>
                    <w:rFonts w:ascii="Segoe UI Symbol" w:hAnsi="Segoe UI Symbol" w:cs="Segoe UI Symbol"/>
                    <w:color w:val="auto"/>
                    <w:sz w:val="22"/>
                  </w:rPr>
                  <w:t>☐</w:t>
                </w:r>
              </w:sdtContent>
            </w:sdt>
            <w:r w:rsidR="00290C98">
              <w:rPr>
                <w:color w:val="auto"/>
                <w:sz w:val="22"/>
              </w:rPr>
              <w:t xml:space="preserve"> </w:t>
            </w:r>
            <w:r w:rsidR="000D5ED6">
              <w:rPr>
                <w:color w:val="auto"/>
                <w:sz w:val="22"/>
              </w:rPr>
              <w:t>Company Limited by Guarantee</w:t>
            </w:r>
          </w:p>
        </w:tc>
        <w:tc>
          <w:tcPr>
            <w:tcW w:w="4840" w:type="dxa"/>
            <w:tcMar>
              <w:top w:w="120" w:type="dxa"/>
              <w:left w:w="130" w:type="dxa"/>
              <w:bottom w:w="120" w:type="dxa"/>
              <w:right w:w="130" w:type="dxa"/>
            </w:tcMar>
            <w:vAlign w:val="center"/>
          </w:tcPr>
          <w:p w14:paraId="3ED63E57" w14:textId="5700FD4A" w:rsidR="000D5ED6" w:rsidRPr="00881A98" w:rsidRDefault="005C6638" w:rsidP="009D1752">
            <w:pPr>
              <w:spacing w:after="20" w:line="240" w:lineRule="auto"/>
              <w:rPr>
                <w:color w:val="auto"/>
                <w:sz w:val="22"/>
              </w:rPr>
            </w:pPr>
            <w:sdt>
              <w:sdtPr>
                <w:rPr>
                  <w:color w:val="auto"/>
                  <w:sz w:val="22"/>
                </w:rPr>
                <w:id w:val="1032"/>
                <w14:checkbox>
                  <w14:checked w14:val="0"/>
                  <w14:checkedState w14:val="2612" w14:font="MS Gothic"/>
                  <w14:uncheckedState w14:val="2610" w14:font="MS Gothic"/>
                </w14:checkbox>
              </w:sdtPr>
              <w:sdtEndPr/>
              <w:sdtContent>
                <w:r w:rsidR="000D5ED6" w:rsidRPr="00881A98">
                  <w:rPr>
                    <w:rFonts w:ascii="Segoe UI Symbol" w:hAnsi="Segoe UI Symbol" w:cs="Segoe UI Symbol"/>
                    <w:color w:val="auto"/>
                    <w:sz w:val="22"/>
                  </w:rPr>
                  <w:t>☐</w:t>
                </w:r>
              </w:sdtContent>
            </w:sdt>
            <w:r w:rsidR="00290C98">
              <w:rPr>
                <w:color w:val="auto"/>
                <w:sz w:val="22"/>
              </w:rPr>
              <w:t xml:space="preserve"> </w:t>
            </w:r>
            <w:r w:rsidR="000D5ED6">
              <w:rPr>
                <w:color w:val="auto"/>
                <w:sz w:val="22"/>
              </w:rPr>
              <w:t>Company Limited by Shares</w:t>
            </w:r>
          </w:p>
        </w:tc>
      </w:tr>
      <w:tr w:rsidR="000D5ED6" w:rsidRPr="00881A98" w14:paraId="37795C6A" w14:textId="77777777" w:rsidTr="00096AB0">
        <w:trPr>
          <w:cantSplit/>
        </w:trPr>
        <w:tc>
          <w:tcPr>
            <w:tcW w:w="4941" w:type="dxa"/>
            <w:tcMar>
              <w:top w:w="120" w:type="dxa"/>
              <w:left w:w="130" w:type="dxa"/>
              <w:bottom w:w="120" w:type="dxa"/>
              <w:right w:w="130" w:type="dxa"/>
            </w:tcMar>
            <w:vAlign w:val="center"/>
          </w:tcPr>
          <w:p w14:paraId="0D84DF7D" w14:textId="17F25CF9" w:rsidR="000D5ED6" w:rsidRPr="00881A98" w:rsidRDefault="005C6638" w:rsidP="009D1752">
            <w:pPr>
              <w:spacing w:after="20" w:line="240" w:lineRule="auto"/>
              <w:rPr>
                <w:color w:val="auto"/>
                <w:sz w:val="22"/>
              </w:rPr>
            </w:pPr>
            <w:sdt>
              <w:sdtPr>
                <w:rPr>
                  <w:color w:val="auto"/>
                  <w:sz w:val="22"/>
                </w:rPr>
                <w:id w:val="1029"/>
                <w14:checkbox>
                  <w14:checked w14:val="0"/>
                  <w14:checkedState w14:val="2612" w14:font="MS Gothic"/>
                  <w14:uncheckedState w14:val="2610" w14:font="MS Gothic"/>
                </w14:checkbox>
              </w:sdtPr>
              <w:sdtEndPr/>
              <w:sdtContent>
                <w:r w:rsidR="000D5ED6" w:rsidRPr="00881A98">
                  <w:rPr>
                    <w:rFonts w:ascii="Segoe UI Symbol" w:hAnsi="Segoe UI Symbol" w:cs="Segoe UI Symbol"/>
                    <w:color w:val="auto"/>
                    <w:sz w:val="22"/>
                  </w:rPr>
                  <w:t>☐</w:t>
                </w:r>
              </w:sdtContent>
            </w:sdt>
            <w:r w:rsidR="00290C98">
              <w:rPr>
                <w:color w:val="auto"/>
                <w:sz w:val="22"/>
              </w:rPr>
              <w:t xml:space="preserve"> </w:t>
            </w:r>
            <w:r w:rsidR="000D5ED6">
              <w:rPr>
                <w:color w:val="auto"/>
                <w:sz w:val="22"/>
              </w:rPr>
              <w:t>Co-operative or Community Benefit Society</w:t>
            </w:r>
          </w:p>
        </w:tc>
        <w:tc>
          <w:tcPr>
            <w:tcW w:w="4840" w:type="dxa"/>
            <w:tcMar>
              <w:top w:w="120" w:type="dxa"/>
              <w:left w:w="130" w:type="dxa"/>
              <w:bottom w:w="120" w:type="dxa"/>
              <w:right w:w="130" w:type="dxa"/>
            </w:tcMar>
            <w:vAlign w:val="center"/>
          </w:tcPr>
          <w:p w14:paraId="3D7E75C8" w14:textId="5C01F1D9" w:rsidR="000D5ED6" w:rsidRPr="00881A98" w:rsidRDefault="005C6638" w:rsidP="009D1752">
            <w:pPr>
              <w:spacing w:after="20" w:line="240" w:lineRule="auto"/>
              <w:rPr>
                <w:color w:val="auto"/>
                <w:sz w:val="22"/>
              </w:rPr>
            </w:pPr>
            <w:sdt>
              <w:sdtPr>
                <w:rPr>
                  <w:color w:val="auto"/>
                  <w:sz w:val="22"/>
                </w:rPr>
                <w:id w:val="1033"/>
                <w14:checkbox>
                  <w14:checked w14:val="0"/>
                  <w14:checkedState w14:val="2612" w14:font="MS Gothic"/>
                  <w14:uncheckedState w14:val="2610" w14:font="MS Gothic"/>
                </w14:checkbox>
              </w:sdtPr>
              <w:sdtEndPr/>
              <w:sdtContent>
                <w:r w:rsidR="000D5ED6" w:rsidRPr="00881A98">
                  <w:rPr>
                    <w:rFonts w:ascii="Segoe UI Symbol" w:hAnsi="Segoe UI Symbol" w:cs="Segoe UI Symbol"/>
                    <w:color w:val="auto"/>
                    <w:sz w:val="22"/>
                  </w:rPr>
                  <w:t>☐</w:t>
                </w:r>
              </w:sdtContent>
            </w:sdt>
            <w:r w:rsidR="00290C98">
              <w:rPr>
                <w:color w:val="auto"/>
                <w:sz w:val="22"/>
              </w:rPr>
              <w:t xml:space="preserve"> </w:t>
            </w:r>
            <w:r w:rsidR="000D5ED6">
              <w:rPr>
                <w:color w:val="auto"/>
                <w:sz w:val="22"/>
              </w:rPr>
              <w:t>Community Interest Company (CIC)</w:t>
            </w:r>
          </w:p>
        </w:tc>
      </w:tr>
      <w:tr w:rsidR="000D5ED6" w:rsidRPr="00881A98" w14:paraId="02ED5D37" w14:textId="77777777" w:rsidTr="00096AB0">
        <w:trPr>
          <w:cantSplit/>
        </w:trPr>
        <w:tc>
          <w:tcPr>
            <w:tcW w:w="4941" w:type="dxa"/>
            <w:tcMar>
              <w:top w:w="120" w:type="dxa"/>
              <w:left w:w="130" w:type="dxa"/>
              <w:bottom w:w="120" w:type="dxa"/>
              <w:right w:w="130" w:type="dxa"/>
            </w:tcMar>
            <w:vAlign w:val="center"/>
          </w:tcPr>
          <w:p w14:paraId="45DB116B" w14:textId="47E56F68" w:rsidR="000D5ED6" w:rsidRPr="00881A98" w:rsidRDefault="005C6638" w:rsidP="009D1752">
            <w:pPr>
              <w:spacing w:after="20" w:line="240" w:lineRule="auto"/>
              <w:rPr>
                <w:color w:val="auto"/>
                <w:sz w:val="22"/>
              </w:rPr>
            </w:pPr>
            <w:sdt>
              <w:sdtPr>
                <w:rPr>
                  <w:color w:val="auto"/>
                  <w:sz w:val="22"/>
                </w:rPr>
                <w:id w:val="1030"/>
                <w14:checkbox>
                  <w14:checked w14:val="0"/>
                  <w14:checkedState w14:val="2612" w14:font="MS Gothic"/>
                  <w14:uncheckedState w14:val="2610" w14:font="MS Gothic"/>
                </w14:checkbox>
              </w:sdtPr>
              <w:sdtEndPr/>
              <w:sdtContent>
                <w:r w:rsidR="000D5ED6" w:rsidRPr="00881A98">
                  <w:rPr>
                    <w:rFonts w:ascii="Segoe UI Symbol" w:hAnsi="Segoe UI Symbol" w:cs="Segoe UI Symbol"/>
                    <w:color w:val="auto"/>
                    <w:sz w:val="22"/>
                  </w:rPr>
                  <w:t>☐</w:t>
                </w:r>
              </w:sdtContent>
            </w:sdt>
            <w:r w:rsidR="00290C98">
              <w:rPr>
                <w:color w:val="auto"/>
                <w:sz w:val="22"/>
              </w:rPr>
              <w:t xml:space="preserve"> </w:t>
            </w:r>
            <w:r w:rsidR="000D5ED6">
              <w:rPr>
                <w:color w:val="auto"/>
                <w:sz w:val="22"/>
              </w:rPr>
              <w:t>Constituted unincorporated association or community group</w:t>
            </w:r>
          </w:p>
        </w:tc>
        <w:tc>
          <w:tcPr>
            <w:tcW w:w="4840" w:type="dxa"/>
            <w:tcMar>
              <w:top w:w="120" w:type="dxa"/>
              <w:left w:w="130" w:type="dxa"/>
              <w:bottom w:w="120" w:type="dxa"/>
              <w:right w:w="130" w:type="dxa"/>
            </w:tcMar>
            <w:vAlign w:val="center"/>
          </w:tcPr>
          <w:p w14:paraId="00381795" w14:textId="51A7F63C" w:rsidR="000D5ED6" w:rsidRPr="00881A98" w:rsidRDefault="005C6638" w:rsidP="009D1752">
            <w:pPr>
              <w:spacing w:after="20" w:line="240" w:lineRule="auto"/>
              <w:rPr>
                <w:color w:val="auto"/>
                <w:sz w:val="22"/>
              </w:rPr>
            </w:pPr>
            <w:sdt>
              <w:sdtPr>
                <w:rPr>
                  <w:color w:val="auto"/>
                  <w:sz w:val="22"/>
                </w:rPr>
                <w:id w:val="1034"/>
                <w14:checkbox>
                  <w14:checked w14:val="0"/>
                  <w14:checkedState w14:val="2612" w14:font="MS Gothic"/>
                  <w14:uncheckedState w14:val="2610" w14:font="MS Gothic"/>
                </w14:checkbox>
              </w:sdtPr>
              <w:sdtEndPr/>
              <w:sdtContent>
                <w:r w:rsidR="000D5ED6" w:rsidRPr="00881A98">
                  <w:rPr>
                    <w:rFonts w:ascii="Segoe UI Symbol" w:hAnsi="Segoe UI Symbol" w:cs="Segoe UI Symbol"/>
                    <w:color w:val="auto"/>
                    <w:sz w:val="22"/>
                  </w:rPr>
                  <w:t>☐</w:t>
                </w:r>
              </w:sdtContent>
            </w:sdt>
            <w:r w:rsidR="00290C98">
              <w:rPr>
                <w:color w:val="auto"/>
                <w:sz w:val="22"/>
              </w:rPr>
              <w:t xml:space="preserve"> </w:t>
            </w:r>
            <w:r w:rsidR="000D5ED6">
              <w:rPr>
                <w:color w:val="auto"/>
                <w:sz w:val="22"/>
              </w:rPr>
              <w:t>Charitable company</w:t>
            </w:r>
          </w:p>
        </w:tc>
      </w:tr>
      <w:tr w:rsidR="000D5ED6" w:rsidRPr="00881A98" w14:paraId="784B262E" w14:textId="77777777" w:rsidTr="00096AB0">
        <w:tblPrEx>
          <w:jc w:val="center"/>
          <w:tblInd w:w="0" w:type="dxa"/>
        </w:tblPrEx>
        <w:trPr>
          <w:cantSplit/>
          <w:jc w:val="center"/>
        </w:trPr>
        <w:tc>
          <w:tcPr>
            <w:tcW w:w="4941" w:type="dxa"/>
            <w:shd w:val="clear" w:color="auto" w:fill="E7E6E6"/>
            <w:tcMar>
              <w:top w:w="90" w:type="dxa"/>
              <w:left w:w="110" w:type="dxa"/>
              <w:bottom w:w="90" w:type="dxa"/>
              <w:right w:w="110" w:type="dxa"/>
            </w:tcMar>
            <w:vAlign w:val="center"/>
          </w:tcPr>
          <w:p w14:paraId="671DAF4B" w14:textId="77777777" w:rsidR="000D5ED6" w:rsidRPr="00881A98" w:rsidRDefault="000D5ED6" w:rsidP="009D1752">
            <w:pPr>
              <w:spacing w:after="20" w:line="240" w:lineRule="auto"/>
              <w:rPr>
                <w:color w:val="auto"/>
                <w:sz w:val="22"/>
              </w:rPr>
            </w:pPr>
            <w:r w:rsidRPr="00881A98">
              <w:rPr>
                <w:b/>
                <w:color w:val="auto"/>
                <w:sz w:val="22"/>
              </w:rPr>
              <w:t>Company registration number</w:t>
            </w:r>
          </w:p>
        </w:tc>
        <w:tc>
          <w:tcPr>
            <w:tcW w:w="4840" w:type="dxa"/>
            <w:shd w:val="clear" w:color="auto" w:fill="FFFFFF"/>
            <w:tcMar>
              <w:top w:w="90" w:type="dxa"/>
              <w:left w:w="110" w:type="dxa"/>
              <w:bottom w:w="90" w:type="dxa"/>
              <w:right w:w="110" w:type="dxa"/>
            </w:tcMar>
            <w:vAlign w:val="center"/>
          </w:tcPr>
          <w:p w14:paraId="78DAADD1" w14:textId="77777777" w:rsidR="000D5ED6" w:rsidRPr="00881A98" w:rsidRDefault="000D5ED6" w:rsidP="009D1752">
            <w:pPr>
              <w:spacing w:after="20" w:line="240" w:lineRule="auto"/>
              <w:rPr>
                <w:color w:val="auto"/>
                <w:sz w:val="22"/>
              </w:rPr>
            </w:pPr>
            <w:r w:rsidRPr="0016104D">
              <w:rPr>
                <w:color w:val="595959" w:themeColor="text1" w:themeTint="A6"/>
                <w:sz w:val="22"/>
              </w:rPr>
              <w:t>Enter number if applicable</w:t>
            </w:r>
          </w:p>
        </w:tc>
      </w:tr>
      <w:tr w:rsidR="000D5ED6" w:rsidRPr="00881A98" w14:paraId="162677B4" w14:textId="77777777" w:rsidTr="00096AB0">
        <w:tblPrEx>
          <w:jc w:val="center"/>
          <w:tblInd w:w="0" w:type="dxa"/>
        </w:tblPrEx>
        <w:trPr>
          <w:cantSplit/>
          <w:jc w:val="center"/>
        </w:trPr>
        <w:tc>
          <w:tcPr>
            <w:tcW w:w="4941" w:type="dxa"/>
            <w:shd w:val="clear" w:color="auto" w:fill="E7E6E6"/>
            <w:tcMar>
              <w:top w:w="90" w:type="dxa"/>
              <w:left w:w="110" w:type="dxa"/>
              <w:bottom w:w="90" w:type="dxa"/>
              <w:right w:w="110" w:type="dxa"/>
            </w:tcMar>
            <w:vAlign w:val="center"/>
          </w:tcPr>
          <w:p w14:paraId="7604AB45" w14:textId="77777777" w:rsidR="000D5ED6" w:rsidRPr="00881A98" w:rsidRDefault="000D5ED6" w:rsidP="009D1752">
            <w:pPr>
              <w:spacing w:after="20" w:line="240" w:lineRule="auto"/>
              <w:rPr>
                <w:color w:val="auto"/>
                <w:sz w:val="22"/>
              </w:rPr>
            </w:pPr>
            <w:r w:rsidRPr="00881A98">
              <w:rPr>
                <w:b/>
                <w:color w:val="auto"/>
                <w:sz w:val="22"/>
              </w:rPr>
              <w:t>Charity registration number</w:t>
            </w:r>
          </w:p>
        </w:tc>
        <w:tc>
          <w:tcPr>
            <w:tcW w:w="4840" w:type="dxa"/>
            <w:shd w:val="clear" w:color="auto" w:fill="FFFFFF"/>
            <w:tcMar>
              <w:top w:w="90" w:type="dxa"/>
              <w:left w:w="110" w:type="dxa"/>
              <w:bottom w:w="90" w:type="dxa"/>
              <w:right w:w="110" w:type="dxa"/>
            </w:tcMar>
            <w:vAlign w:val="center"/>
          </w:tcPr>
          <w:p w14:paraId="2C2B59F3" w14:textId="77777777" w:rsidR="000D5ED6" w:rsidRPr="00881A98" w:rsidRDefault="000D5ED6" w:rsidP="009D1752">
            <w:pPr>
              <w:spacing w:after="20" w:line="240" w:lineRule="auto"/>
              <w:rPr>
                <w:color w:val="auto"/>
                <w:sz w:val="22"/>
              </w:rPr>
            </w:pPr>
            <w:r w:rsidRPr="0016104D">
              <w:rPr>
                <w:color w:val="595959" w:themeColor="text1" w:themeTint="A6"/>
                <w:sz w:val="22"/>
              </w:rPr>
              <w:t>Enter number if applicable</w:t>
            </w:r>
          </w:p>
        </w:tc>
      </w:tr>
      <w:tr w:rsidR="000D5ED6" w:rsidRPr="00881A98" w14:paraId="4953EEC1" w14:textId="77777777" w:rsidTr="00096AB0">
        <w:tblPrEx>
          <w:jc w:val="center"/>
          <w:tblInd w:w="0" w:type="dxa"/>
        </w:tblPrEx>
        <w:trPr>
          <w:cantSplit/>
          <w:jc w:val="center"/>
        </w:trPr>
        <w:tc>
          <w:tcPr>
            <w:tcW w:w="4941" w:type="dxa"/>
            <w:shd w:val="clear" w:color="auto" w:fill="E7E6E6"/>
            <w:tcMar>
              <w:top w:w="90" w:type="dxa"/>
              <w:left w:w="110" w:type="dxa"/>
              <w:bottom w:w="90" w:type="dxa"/>
              <w:right w:w="110" w:type="dxa"/>
            </w:tcMar>
            <w:vAlign w:val="center"/>
          </w:tcPr>
          <w:p w14:paraId="5CCADF40" w14:textId="77777777" w:rsidR="000D5ED6" w:rsidRPr="00881A98" w:rsidRDefault="000D5ED6" w:rsidP="009D1752">
            <w:pPr>
              <w:spacing w:after="20" w:line="240" w:lineRule="auto"/>
              <w:rPr>
                <w:color w:val="auto"/>
                <w:sz w:val="22"/>
              </w:rPr>
            </w:pPr>
            <w:r>
              <w:rPr>
                <w:b/>
                <w:color w:val="auto"/>
                <w:sz w:val="22"/>
              </w:rPr>
              <w:t>Other legal status</w:t>
            </w:r>
          </w:p>
        </w:tc>
        <w:tc>
          <w:tcPr>
            <w:tcW w:w="4840" w:type="dxa"/>
            <w:shd w:val="clear" w:color="auto" w:fill="FFFFFF"/>
            <w:tcMar>
              <w:top w:w="90" w:type="dxa"/>
              <w:left w:w="110" w:type="dxa"/>
              <w:bottom w:w="90" w:type="dxa"/>
              <w:right w:w="110" w:type="dxa"/>
            </w:tcMar>
            <w:vAlign w:val="center"/>
          </w:tcPr>
          <w:p w14:paraId="6DE37031" w14:textId="77777777" w:rsidR="000D5ED6" w:rsidRPr="00881A98" w:rsidRDefault="000D5ED6" w:rsidP="009D1752">
            <w:pPr>
              <w:spacing w:after="20" w:line="240" w:lineRule="auto"/>
              <w:rPr>
                <w:color w:val="auto"/>
                <w:sz w:val="22"/>
              </w:rPr>
            </w:pPr>
            <w:r w:rsidRPr="0016104D">
              <w:rPr>
                <w:color w:val="595959" w:themeColor="text1" w:themeTint="A6"/>
                <w:sz w:val="22"/>
              </w:rPr>
              <w:t>Describe the structure and give any registration number or regulator</w:t>
            </w:r>
          </w:p>
        </w:tc>
      </w:tr>
      <w:tr w:rsidR="000D5ED6" w:rsidRPr="00881A98" w14:paraId="386F974A" w14:textId="77777777" w:rsidTr="00096AB0">
        <w:tblPrEx>
          <w:jc w:val="center"/>
          <w:tblInd w:w="0" w:type="dxa"/>
        </w:tblPrEx>
        <w:trPr>
          <w:cantSplit/>
          <w:jc w:val="center"/>
        </w:trPr>
        <w:tc>
          <w:tcPr>
            <w:tcW w:w="4941" w:type="dxa"/>
            <w:shd w:val="clear" w:color="auto" w:fill="E7E6E6"/>
            <w:tcMar>
              <w:top w:w="90" w:type="dxa"/>
              <w:left w:w="110" w:type="dxa"/>
              <w:bottom w:w="90" w:type="dxa"/>
              <w:right w:w="110" w:type="dxa"/>
            </w:tcMar>
            <w:vAlign w:val="center"/>
          </w:tcPr>
          <w:p w14:paraId="33FB2B9E" w14:textId="77777777" w:rsidR="000D5ED6" w:rsidRPr="00881A98" w:rsidRDefault="000D5ED6" w:rsidP="009D1752">
            <w:pPr>
              <w:spacing w:after="20" w:line="240" w:lineRule="auto"/>
              <w:rPr>
                <w:color w:val="auto"/>
                <w:sz w:val="22"/>
              </w:rPr>
            </w:pPr>
            <w:r w:rsidRPr="00881A98">
              <w:rPr>
                <w:b/>
                <w:color w:val="auto"/>
                <w:sz w:val="22"/>
              </w:rPr>
              <w:t xml:space="preserve">Part of a group or parent </w:t>
            </w:r>
            <w:proofErr w:type="spellStart"/>
            <w:r w:rsidRPr="00881A98">
              <w:rPr>
                <w:b/>
                <w:color w:val="auto"/>
                <w:sz w:val="22"/>
              </w:rPr>
              <w:t>organisation</w:t>
            </w:r>
            <w:proofErr w:type="spellEnd"/>
            <w:r w:rsidRPr="00881A98">
              <w:rPr>
                <w:b/>
                <w:color w:val="auto"/>
                <w:sz w:val="22"/>
              </w:rPr>
              <w:t>?</w:t>
            </w:r>
          </w:p>
        </w:tc>
        <w:tc>
          <w:tcPr>
            <w:tcW w:w="4840" w:type="dxa"/>
            <w:shd w:val="clear" w:color="auto" w:fill="FFFFFF"/>
            <w:tcMar>
              <w:top w:w="90" w:type="dxa"/>
              <w:left w:w="110" w:type="dxa"/>
              <w:bottom w:w="90" w:type="dxa"/>
              <w:right w:w="110" w:type="dxa"/>
            </w:tcMar>
            <w:vAlign w:val="center"/>
          </w:tcPr>
          <w:p w14:paraId="45C52D81" w14:textId="77777777" w:rsidR="000D5ED6" w:rsidRPr="00881A98" w:rsidRDefault="000D5ED6" w:rsidP="009D1752">
            <w:pPr>
              <w:spacing w:after="20" w:line="240" w:lineRule="auto"/>
              <w:rPr>
                <w:color w:val="auto"/>
                <w:sz w:val="22"/>
              </w:rPr>
            </w:pPr>
            <w:r w:rsidRPr="0016104D">
              <w:rPr>
                <w:color w:val="595959" w:themeColor="text1" w:themeTint="A6"/>
                <w:sz w:val="22"/>
              </w:rPr>
              <w:t xml:space="preserve">Yes or </w:t>
            </w:r>
            <w:proofErr w:type="gramStart"/>
            <w:r w:rsidRPr="0016104D">
              <w:rPr>
                <w:color w:val="595959" w:themeColor="text1" w:themeTint="A6"/>
                <w:sz w:val="22"/>
              </w:rPr>
              <w:t>No</w:t>
            </w:r>
            <w:proofErr w:type="gramEnd"/>
            <w:r w:rsidRPr="0016104D">
              <w:rPr>
                <w:color w:val="595959" w:themeColor="text1" w:themeTint="A6"/>
                <w:sz w:val="22"/>
              </w:rPr>
              <w:t xml:space="preserve"> </w:t>
            </w:r>
          </w:p>
        </w:tc>
      </w:tr>
      <w:tr w:rsidR="000D5ED6" w:rsidRPr="00881A98" w14:paraId="09BCAC4B" w14:textId="77777777" w:rsidTr="00096AB0">
        <w:tblPrEx>
          <w:jc w:val="center"/>
          <w:tblInd w:w="0" w:type="dxa"/>
        </w:tblPrEx>
        <w:trPr>
          <w:cantSplit/>
          <w:jc w:val="center"/>
        </w:trPr>
        <w:tc>
          <w:tcPr>
            <w:tcW w:w="4941" w:type="dxa"/>
            <w:shd w:val="clear" w:color="auto" w:fill="E7E6E6"/>
            <w:tcMar>
              <w:top w:w="90" w:type="dxa"/>
              <w:left w:w="110" w:type="dxa"/>
              <w:bottom w:w="90" w:type="dxa"/>
              <w:right w:w="110" w:type="dxa"/>
            </w:tcMar>
            <w:vAlign w:val="center"/>
          </w:tcPr>
          <w:p w14:paraId="2C0BBB2A" w14:textId="77777777" w:rsidR="000D5ED6" w:rsidRPr="00881A98" w:rsidRDefault="000D5ED6" w:rsidP="009D1752">
            <w:pPr>
              <w:spacing w:after="20" w:line="240" w:lineRule="auto"/>
              <w:rPr>
                <w:color w:val="auto"/>
                <w:sz w:val="22"/>
              </w:rPr>
            </w:pPr>
            <w:r w:rsidRPr="00881A98">
              <w:rPr>
                <w:b/>
                <w:color w:val="auto"/>
                <w:sz w:val="22"/>
              </w:rPr>
              <w:t xml:space="preserve">Applying as the lead </w:t>
            </w:r>
            <w:proofErr w:type="spellStart"/>
            <w:r w:rsidRPr="00881A98">
              <w:rPr>
                <w:b/>
                <w:color w:val="auto"/>
                <w:sz w:val="22"/>
              </w:rPr>
              <w:t>organisation</w:t>
            </w:r>
            <w:proofErr w:type="spellEnd"/>
            <w:r w:rsidRPr="00881A98">
              <w:rPr>
                <w:b/>
                <w:color w:val="auto"/>
                <w:sz w:val="22"/>
              </w:rPr>
              <w:t xml:space="preserve"> for a partnership?</w:t>
            </w:r>
          </w:p>
        </w:tc>
        <w:tc>
          <w:tcPr>
            <w:tcW w:w="4840" w:type="dxa"/>
            <w:shd w:val="clear" w:color="auto" w:fill="FFFFFF"/>
            <w:tcMar>
              <w:top w:w="90" w:type="dxa"/>
              <w:left w:w="110" w:type="dxa"/>
              <w:bottom w:w="90" w:type="dxa"/>
              <w:right w:w="110" w:type="dxa"/>
            </w:tcMar>
            <w:vAlign w:val="center"/>
          </w:tcPr>
          <w:p w14:paraId="59180675" w14:textId="77777777" w:rsidR="000D5ED6" w:rsidRPr="00881A98" w:rsidRDefault="000D5ED6" w:rsidP="009D1752">
            <w:pPr>
              <w:spacing w:after="20" w:line="240" w:lineRule="auto"/>
              <w:rPr>
                <w:color w:val="auto"/>
                <w:sz w:val="22"/>
              </w:rPr>
            </w:pPr>
            <w:r w:rsidRPr="0016104D">
              <w:rPr>
                <w:color w:val="595959" w:themeColor="text1" w:themeTint="A6"/>
                <w:sz w:val="22"/>
              </w:rPr>
              <w:t xml:space="preserve">Yes or </w:t>
            </w:r>
            <w:proofErr w:type="gramStart"/>
            <w:r w:rsidRPr="0016104D">
              <w:rPr>
                <w:color w:val="595959" w:themeColor="text1" w:themeTint="A6"/>
                <w:sz w:val="22"/>
              </w:rPr>
              <w:t>No</w:t>
            </w:r>
            <w:proofErr w:type="gramEnd"/>
          </w:p>
        </w:tc>
      </w:tr>
    </w:tbl>
    <w:p w14:paraId="262A8167" w14:textId="77777777" w:rsidR="000D5ED6" w:rsidRPr="00881A98" w:rsidRDefault="000D5ED6" w:rsidP="000D5ED6">
      <w:pPr>
        <w:spacing w:after="60" w:line="120" w:lineRule="auto"/>
        <w:rPr>
          <w:color w:val="auto"/>
          <w:sz w:val="22"/>
        </w:rPr>
      </w:pPr>
    </w:p>
    <w:p w14:paraId="47B3232F" w14:textId="77777777" w:rsidR="000D5ED6" w:rsidRPr="00E10AF5" w:rsidRDefault="000D5ED6" w:rsidP="000D5ED6">
      <w:pPr>
        <w:keepNext/>
        <w:keepLines/>
        <w:spacing w:before="100" w:after="20" w:line="240" w:lineRule="auto"/>
        <w:rPr>
          <w:sz w:val="22"/>
        </w:rPr>
      </w:pPr>
      <w:r>
        <w:rPr>
          <w:rFonts w:eastAsia="Arial"/>
          <w:b/>
          <w:color w:val="000000"/>
          <w:sz w:val="22"/>
        </w:rPr>
        <w:lastRenderedPageBreak/>
        <w:t xml:space="preserve">If you selected Company Limited by Guarantee, is the company </w:t>
      </w:r>
      <w:proofErr w:type="gramStart"/>
      <w:r>
        <w:rPr>
          <w:rFonts w:eastAsia="Arial"/>
          <w:b/>
          <w:color w:val="000000"/>
          <w:sz w:val="22"/>
        </w:rPr>
        <w:t>established</w:t>
      </w:r>
      <w:proofErr w:type="gramEnd"/>
      <w:r>
        <w:rPr>
          <w:rFonts w:eastAsia="Arial"/>
          <w:b/>
          <w:color w:val="000000"/>
          <w:sz w:val="22"/>
        </w:rPr>
        <w:t xml:space="preserve"> and operated on a not-for-profit basis?</w:t>
      </w:r>
    </w:p>
    <w:p w14:paraId="3E59A8F4" w14:textId="77777777" w:rsidR="000D5ED6" w:rsidRPr="00C1450F" w:rsidRDefault="000D5ED6" w:rsidP="000D5ED6">
      <w:pPr>
        <w:keepNext/>
        <w:keepLines/>
        <w:spacing w:after="40" w:line="240" w:lineRule="auto"/>
        <w:rPr>
          <w:color w:val="595959" w:themeColor="text1" w:themeTint="A6"/>
          <w:sz w:val="22"/>
        </w:rPr>
      </w:pPr>
      <w:r>
        <w:rPr>
          <w:rFonts w:eastAsia="Arial"/>
          <w:color w:val="595959" w:themeColor="text1" w:themeTint="A6"/>
          <w:sz w:val="22"/>
        </w:rPr>
        <w:t>This means that any surplus is reinvested in the company’s purposes and is not distributed for private benefit. If this question does not apply, leave it blank.</w:t>
      </w:r>
    </w:p>
    <w:p w14:paraId="10B35B2E" w14:textId="77777777" w:rsidR="000D5ED6" w:rsidRPr="007874BF" w:rsidRDefault="000D5ED6" w:rsidP="000D5ED6">
      <w:pPr>
        <w:keepNext/>
        <w:spacing w:after="0" w:line="240" w:lineRule="auto"/>
        <w:rPr>
          <w:bCs/>
          <w:color w:val="7F7F7F" w:themeColor="text1" w:themeTint="80"/>
          <w:sz w:val="22"/>
          <w:szCs w:val="24"/>
        </w:rPr>
      </w:pPr>
      <w:r w:rsidRPr="00C1450F">
        <w:rPr>
          <w:bCs/>
          <w:color w:val="595959" w:themeColor="text1" w:themeTint="A6"/>
          <w:sz w:val="22"/>
          <w:szCs w:val="24"/>
        </w:rPr>
        <w:t>Enter x in the appropriate corresponding box.</w:t>
      </w:r>
      <w:r>
        <w:rPr>
          <w:bCs/>
          <w:color w:val="7F7F7F" w:themeColor="text1" w:themeTint="80"/>
          <w:sz w:val="22"/>
          <w:szCs w:val="24"/>
        </w:rPr>
        <w:br/>
      </w:r>
    </w:p>
    <w:tbl>
      <w:tblPr>
        <w:tblStyle w:val="TableGrid"/>
        <w:tblW w:w="0" w:type="auto"/>
        <w:tblLook w:val="04A0" w:firstRow="1" w:lastRow="0" w:firstColumn="1" w:lastColumn="0" w:noHBand="0" w:noVBand="1"/>
      </w:tblPr>
      <w:tblGrid>
        <w:gridCol w:w="737"/>
        <w:gridCol w:w="737"/>
        <w:gridCol w:w="737"/>
        <w:gridCol w:w="737"/>
      </w:tblGrid>
      <w:tr w:rsidR="000D5ED6" w:rsidRPr="002F28A4" w14:paraId="31EDFCF9" w14:textId="77777777" w:rsidTr="009D1752">
        <w:tc>
          <w:tcPr>
            <w:tcW w:w="737" w:type="dxa"/>
            <w:tcBorders>
              <w:top w:val="single" w:sz="6" w:space="0" w:color="D9D9D9"/>
              <w:left w:val="single" w:sz="6" w:space="0" w:color="D9D9D9"/>
              <w:bottom w:val="single" w:sz="6" w:space="0" w:color="D9D9D9"/>
              <w:right w:val="single" w:sz="6" w:space="0" w:color="D9D9D9"/>
            </w:tcBorders>
          </w:tcPr>
          <w:p w14:paraId="4BBDB293" w14:textId="77777777" w:rsidR="000D5ED6" w:rsidRPr="002F28A4" w:rsidRDefault="000D5ED6" w:rsidP="009D1752">
            <w:pPr>
              <w:keepNext/>
              <w:spacing w:after="0" w:line="240" w:lineRule="auto"/>
              <w:rPr>
                <w:b/>
                <w:color w:val="auto"/>
                <w:sz w:val="22"/>
                <w:szCs w:val="24"/>
              </w:rPr>
            </w:pPr>
            <w:r w:rsidRPr="002F28A4">
              <w:rPr>
                <w:b/>
                <w:color w:val="auto"/>
                <w:sz w:val="22"/>
                <w:szCs w:val="24"/>
              </w:rPr>
              <w:t>Yes</w:t>
            </w:r>
          </w:p>
        </w:tc>
        <w:tc>
          <w:tcPr>
            <w:tcW w:w="737" w:type="dxa"/>
            <w:tcBorders>
              <w:top w:val="single" w:sz="6" w:space="0" w:color="D9D9D9"/>
              <w:left w:val="single" w:sz="6" w:space="0" w:color="D9D9D9"/>
              <w:bottom w:val="single" w:sz="6" w:space="0" w:color="D9D9D9"/>
              <w:right w:val="single" w:sz="6" w:space="0" w:color="D9D9D9"/>
            </w:tcBorders>
          </w:tcPr>
          <w:p w14:paraId="47789A74" w14:textId="77777777" w:rsidR="000D5ED6" w:rsidRPr="00553642" w:rsidRDefault="000D5ED6" w:rsidP="009D1752">
            <w:pPr>
              <w:keepNext/>
              <w:spacing w:after="0" w:line="240" w:lineRule="auto"/>
              <w:rPr>
                <w:bCs/>
                <w:color w:val="auto"/>
                <w:sz w:val="22"/>
                <w:szCs w:val="24"/>
              </w:rPr>
            </w:pPr>
          </w:p>
        </w:tc>
        <w:tc>
          <w:tcPr>
            <w:tcW w:w="737" w:type="dxa"/>
            <w:tcBorders>
              <w:top w:val="single" w:sz="6" w:space="0" w:color="D9D9D9"/>
              <w:left w:val="single" w:sz="6" w:space="0" w:color="D9D9D9"/>
              <w:bottom w:val="single" w:sz="6" w:space="0" w:color="D9D9D9"/>
              <w:right w:val="single" w:sz="6" w:space="0" w:color="D9D9D9"/>
            </w:tcBorders>
          </w:tcPr>
          <w:p w14:paraId="78CA20F0" w14:textId="77777777" w:rsidR="000D5ED6" w:rsidRPr="002F28A4" w:rsidRDefault="000D5ED6" w:rsidP="009D1752">
            <w:pPr>
              <w:keepNext/>
              <w:spacing w:after="0" w:line="240" w:lineRule="auto"/>
              <w:rPr>
                <w:b/>
                <w:color w:val="auto"/>
                <w:sz w:val="22"/>
                <w:szCs w:val="24"/>
              </w:rPr>
            </w:pPr>
            <w:r w:rsidRPr="002F28A4">
              <w:rPr>
                <w:b/>
                <w:color w:val="auto"/>
                <w:sz w:val="22"/>
                <w:szCs w:val="24"/>
              </w:rPr>
              <w:t>No</w:t>
            </w:r>
          </w:p>
        </w:tc>
        <w:tc>
          <w:tcPr>
            <w:tcW w:w="737" w:type="dxa"/>
            <w:tcBorders>
              <w:top w:val="single" w:sz="6" w:space="0" w:color="D9D9D9"/>
              <w:left w:val="single" w:sz="6" w:space="0" w:color="D9D9D9"/>
              <w:bottom w:val="single" w:sz="6" w:space="0" w:color="D9D9D9"/>
              <w:right w:val="single" w:sz="6" w:space="0" w:color="D9D9D9"/>
            </w:tcBorders>
          </w:tcPr>
          <w:p w14:paraId="7D5E9E5B" w14:textId="77777777" w:rsidR="000D5ED6" w:rsidRPr="00553642" w:rsidRDefault="000D5ED6" w:rsidP="009D1752">
            <w:pPr>
              <w:keepNext/>
              <w:spacing w:after="0" w:line="240" w:lineRule="auto"/>
              <w:rPr>
                <w:bCs/>
                <w:color w:val="auto"/>
                <w:sz w:val="22"/>
                <w:szCs w:val="24"/>
              </w:rPr>
            </w:pPr>
          </w:p>
        </w:tc>
      </w:tr>
    </w:tbl>
    <w:p w14:paraId="120EB64D" w14:textId="77777777" w:rsidR="000D5ED6" w:rsidRDefault="000D5ED6" w:rsidP="000D5ED6">
      <w:pPr>
        <w:keepNext/>
        <w:spacing w:after="40" w:line="240" w:lineRule="auto"/>
        <w:rPr>
          <w:b/>
          <w:color w:val="auto"/>
          <w:sz w:val="22"/>
          <w:szCs w:val="24"/>
        </w:rPr>
      </w:pPr>
    </w:p>
    <w:p w14:paraId="59745348" w14:textId="77777777" w:rsidR="000D5ED6" w:rsidRPr="00600D38" w:rsidRDefault="000D5ED6" w:rsidP="000D5ED6">
      <w:pPr>
        <w:keepNext/>
        <w:spacing w:after="40" w:line="240" w:lineRule="auto"/>
        <w:rPr>
          <w:iCs/>
          <w:color w:val="7F7F7F" w:themeColor="text1" w:themeTint="80"/>
          <w:sz w:val="32"/>
          <w:szCs w:val="36"/>
        </w:rPr>
      </w:pPr>
      <w:r w:rsidRPr="00600D38">
        <w:rPr>
          <w:b/>
          <w:color w:val="auto"/>
          <w:sz w:val="22"/>
          <w:szCs w:val="24"/>
        </w:rPr>
        <w:t xml:space="preserve">If you answered “Yes” to being part of a group or parent </w:t>
      </w:r>
      <w:proofErr w:type="spellStart"/>
      <w:r w:rsidRPr="00600D38">
        <w:rPr>
          <w:b/>
          <w:color w:val="auto"/>
          <w:sz w:val="22"/>
          <w:szCs w:val="24"/>
        </w:rPr>
        <w:t>organisation</w:t>
      </w:r>
      <w:proofErr w:type="spellEnd"/>
      <w:r w:rsidRPr="00600D38">
        <w:rPr>
          <w:b/>
          <w:color w:val="auto"/>
          <w:sz w:val="22"/>
          <w:szCs w:val="24"/>
        </w:rPr>
        <w:t xml:space="preserve">, explain the legal or group structure below. </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9773"/>
      </w:tblGrid>
      <w:tr w:rsidR="000D5ED6" w:rsidRPr="00BC4503" w14:paraId="28DF758A" w14:textId="77777777" w:rsidTr="009D1752">
        <w:trPr>
          <w:cantSplit/>
          <w:jc w:val="center"/>
        </w:trPr>
        <w:tc>
          <w:tcPr>
            <w:tcW w:w="9773" w:type="dxa"/>
            <w:shd w:val="clear" w:color="auto" w:fill="FFFFFF"/>
            <w:tcMar>
              <w:top w:w="130" w:type="dxa"/>
              <w:left w:w="140" w:type="dxa"/>
              <w:bottom w:w="130" w:type="dxa"/>
              <w:right w:w="140" w:type="dxa"/>
            </w:tcMar>
            <w:vAlign w:val="center"/>
          </w:tcPr>
          <w:p w14:paraId="5EABCA8B" w14:textId="77777777" w:rsidR="000D5ED6" w:rsidRDefault="000D5ED6" w:rsidP="009D1752">
            <w:pPr>
              <w:spacing w:after="20" w:line="240" w:lineRule="auto"/>
              <w:rPr>
                <w:color w:val="auto"/>
                <w:sz w:val="22"/>
                <w:szCs w:val="24"/>
              </w:rPr>
            </w:pPr>
          </w:p>
          <w:p w14:paraId="7F862B15" w14:textId="77777777" w:rsidR="000D5ED6" w:rsidRDefault="000D5ED6" w:rsidP="009D1752">
            <w:pPr>
              <w:spacing w:after="20" w:line="240" w:lineRule="auto"/>
              <w:ind w:right="241"/>
              <w:rPr>
                <w:color w:val="auto"/>
                <w:sz w:val="22"/>
                <w:szCs w:val="24"/>
              </w:rPr>
            </w:pPr>
          </w:p>
          <w:p w14:paraId="592FB6BE" w14:textId="77777777" w:rsidR="000D5ED6" w:rsidRDefault="000D5ED6" w:rsidP="009D1752">
            <w:pPr>
              <w:spacing w:after="20" w:line="240" w:lineRule="auto"/>
              <w:rPr>
                <w:color w:val="auto"/>
                <w:sz w:val="22"/>
                <w:szCs w:val="24"/>
              </w:rPr>
            </w:pPr>
          </w:p>
          <w:p w14:paraId="16828971" w14:textId="77777777" w:rsidR="000D5ED6" w:rsidRPr="00BC4503" w:rsidRDefault="000D5ED6" w:rsidP="009D1752">
            <w:pPr>
              <w:spacing w:after="20" w:line="240" w:lineRule="auto"/>
              <w:rPr>
                <w:color w:val="auto"/>
                <w:sz w:val="22"/>
                <w:szCs w:val="24"/>
              </w:rPr>
            </w:pPr>
          </w:p>
        </w:tc>
      </w:tr>
    </w:tbl>
    <w:p w14:paraId="1FACFF88" w14:textId="59B4DE7E" w:rsidR="000D5ED6" w:rsidRDefault="000D5ED6" w:rsidP="000D5ED6">
      <w:pPr>
        <w:keepNext/>
        <w:spacing w:before="80" w:after="120" w:line="240" w:lineRule="auto"/>
        <w:rPr>
          <w:color w:val="7F7F7F" w:themeColor="text1" w:themeTint="80"/>
          <w:szCs w:val="32"/>
        </w:rPr>
      </w:pPr>
      <w:r w:rsidRPr="00C1450F">
        <w:rPr>
          <w:color w:val="595959" w:themeColor="text1" w:themeTint="A6"/>
          <w:szCs w:val="32"/>
        </w:rPr>
        <w:t xml:space="preserve">Maximum </w:t>
      </w:r>
      <w:r w:rsidR="00F6128D">
        <w:rPr>
          <w:color w:val="595959" w:themeColor="text1" w:themeTint="A6"/>
          <w:szCs w:val="32"/>
        </w:rPr>
        <w:t>300</w:t>
      </w:r>
      <w:r w:rsidRPr="00C1450F">
        <w:rPr>
          <w:color w:val="595959" w:themeColor="text1" w:themeTint="A6"/>
          <w:szCs w:val="32"/>
        </w:rPr>
        <w:t xml:space="preserve"> words.</w:t>
      </w:r>
    </w:p>
    <w:p w14:paraId="3FF3E188" w14:textId="77777777" w:rsidR="009577AC" w:rsidRPr="00554596" w:rsidRDefault="00DF42D5">
      <w:pPr>
        <w:pStyle w:val="Heading1"/>
        <w:rPr>
          <w:rFonts w:ascii="Arial" w:hAnsi="Arial" w:cs="Arial"/>
          <w:color w:val="auto"/>
        </w:rPr>
      </w:pPr>
      <w:r w:rsidRPr="00554596">
        <w:rPr>
          <w:rFonts w:ascii="Arial" w:hAnsi="Arial" w:cs="Arial"/>
          <w:color w:val="auto"/>
        </w:rPr>
        <w:t xml:space="preserve">2: About You or Your </w:t>
      </w:r>
      <w:proofErr w:type="spellStart"/>
      <w:r w:rsidRPr="00554596">
        <w:rPr>
          <w:rFonts w:ascii="Arial" w:hAnsi="Arial" w:cs="Arial"/>
          <w:color w:val="auto"/>
        </w:rPr>
        <w:t>Organisation</w:t>
      </w:r>
      <w:proofErr w:type="spellEnd"/>
    </w:p>
    <w:p w14:paraId="0A1FFBFF" w14:textId="77777777" w:rsidR="009577AC" w:rsidRPr="00554596" w:rsidRDefault="00DF42D5" w:rsidP="00554596">
      <w:pPr>
        <w:keepNext/>
        <w:spacing w:after="0" w:line="240" w:lineRule="auto"/>
        <w:rPr>
          <w:rFonts w:cs="Arial"/>
          <w:color w:val="auto"/>
          <w:sz w:val="22"/>
        </w:rPr>
      </w:pPr>
      <w:r w:rsidRPr="00554596">
        <w:rPr>
          <w:rFonts w:cs="Arial"/>
          <w:b/>
          <w:color w:val="auto"/>
          <w:sz w:val="22"/>
        </w:rPr>
        <w:t xml:space="preserve">Tell us about you or your </w:t>
      </w:r>
      <w:proofErr w:type="spellStart"/>
      <w:r w:rsidRPr="00554596">
        <w:rPr>
          <w:rFonts w:cs="Arial"/>
          <w:b/>
          <w:color w:val="auto"/>
          <w:sz w:val="22"/>
        </w:rPr>
        <w:t>organisation</w:t>
      </w:r>
      <w:proofErr w:type="spellEnd"/>
      <w:r w:rsidRPr="00554596">
        <w:rPr>
          <w:rFonts w:cs="Arial"/>
          <w:b/>
          <w:color w:val="auto"/>
          <w:sz w:val="22"/>
        </w:rPr>
        <w:t>.</w:t>
      </w:r>
    </w:p>
    <w:p w14:paraId="08131419" w14:textId="77777777" w:rsidR="009577AC" w:rsidRPr="0010435C" w:rsidRDefault="00DF42D5" w:rsidP="00554596">
      <w:pPr>
        <w:pStyle w:val="Helptext"/>
        <w:spacing w:after="0" w:line="240" w:lineRule="auto"/>
        <w:rPr>
          <w:rFonts w:cs="Arial"/>
          <w:i w:val="0"/>
          <w:color w:val="595959" w:themeColor="text1" w:themeTint="A6"/>
          <w:sz w:val="22"/>
        </w:rPr>
      </w:pPr>
      <w:r w:rsidRPr="0010435C">
        <w:rPr>
          <w:rFonts w:cs="Arial"/>
          <w:i w:val="0"/>
          <w:color w:val="595959" w:themeColor="text1" w:themeTint="A6"/>
          <w:sz w:val="22"/>
        </w:rPr>
        <w:t>Describe your purpose and cultural practice; the work you create, produce, present, curate or enable; the people and places you work with and for; your relevant experience and track record; and the difference your work currently makes.</w:t>
      </w:r>
    </w:p>
    <w:p w14:paraId="5EF6A7DF" w14:textId="2C6EFD7C" w:rsidR="009577AC" w:rsidRPr="00554596" w:rsidRDefault="009577AC" w:rsidP="00554596">
      <w:pPr>
        <w:pStyle w:val="Helptext"/>
        <w:spacing w:after="0" w:line="240" w:lineRule="auto"/>
        <w:rPr>
          <w:rFonts w:cs="Arial"/>
          <w:i w:val="0"/>
          <w:color w:val="auto"/>
          <w:sz w:val="22"/>
        </w:rPr>
      </w:pP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9856"/>
      </w:tblGrid>
      <w:tr w:rsidR="009577AC" w:rsidRPr="00554596" w14:paraId="1C196395" w14:textId="77777777" w:rsidTr="00554596">
        <w:tc>
          <w:tcPr>
            <w:tcW w:w="9856" w:type="dxa"/>
            <w:shd w:val="clear" w:color="auto" w:fill="FFFFFF"/>
            <w:vAlign w:val="center"/>
          </w:tcPr>
          <w:p w14:paraId="19F94015" w14:textId="77777777" w:rsidR="00290C98" w:rsidRDefault="00290C98">
            <w:pPr>
              <w:spacing w:after="0"/>
              <w:rPr>
                <w:rFonts w:cs="Arial"/>
                <w:color w:val="auto"/>
                <w:sz w:val="20"/>
              </w:rPr>
            </w:pPr>
          </w:p>
          <w:p w14:paraId="757FD582" w14:textId="77777777" w:rsidR="00290C98" w:rsidRDefault="00290C98">
            <w:pPr>
              <w:spacing w:after="0"/>
              <w:rPr>
                <w:rFonts w:cs="Arial"/>
                <w:color w:val="auto"/>
                <w:sz w:val="20"/>
              </w:rPr>
            </w:pPr>
          </w:p>
          <w:p w14:paraId="545DFE9F" w14:textId="77777777" w:rsidR="00290C98" w:rsidRDefault="00290C98">
            <w:pPr>
              <w:spacing w:after="0"/>
              <w:rPr>
                <w:rFonts w:cs="Arial"/>
                <w:color w:val="auto"/>
                <w:sz w:val="20"/>
              </w:rPr>
            </w:pPr>
          </w:p>
          <w:p w14:paraId="0EE9FBF0" w14:textId="77777777" w:rsidR="00290C98" w:rsidRDefault="00290C98">
            <w:pPr>
              <w:spacing w:after="0"/>
              <w:rPr>
                <w:rFonts w:cs="Arial"/>
                <w:color w:val="auto"/>
                <w:sz w:val="20"/>
              </w:rPr>
            </w:pPr>
          </w:p>
          <w:p w14:paraId="3792F6F8" w14:textId="4537119F" w:rsidR="00290C98" w:rsidRPr="00290C98" w:rsidRDefault="00290C98">
            <w:pPr>
              <w:spacing w:after="0"/>
              <w:rPr>
                <w:rFonts w:cs="Arial"/>
                <w:color w:val="auto"/>
                <w:sz w:val="20"/>
              </w:rPr>
            </w:pPr>
          </w:p>
        </w:tc>
      </w:tr>
    </w:tbl>
    <w:p w14:paraId="150E1CA7" w14:textId="3A95EED1" w:rsidR="009577AC" w:rsidRPr="00C1450F" w:rsidRDefault="00554596">
      <w:pPr>
        <w:spacing w:after="0"/>
        <w:rPr>
          <w:rFonts w:cs="Arial"/>
          <w:color w:val="595959" w:themeColor="text1" w:themeTint="A6"/>
          <w:sz w:val="22"/>
        </w:rPr>
      </w:pPr>
      <w:r w:rsidRPr="00C1450F">
        <w:rPr>
          <w:rFonts w:cs="Arial"/>
          <w:color w:val="595959" w:themeColor="text1" w:themeTint="A6"/>
          <w:sz w:val="22"/>
        </w:rPr>
        <w:t xml:space="preserve">Maximum </w:t>
      </w:r>
      <w:r w:rsidR="00C1450F" w:rsidRPr="00C1450F">
        <w:rPr>
          <w:rFonts w:cs="Arial"/>
          <w:color w:val="595959" w:themeColor="text1" w:themeTint="A6"/>
          <w:sz w:val="22"/>
        </w:rPr>
        <w:t>450</w:t>
      </w:r>
      <w:r w:rsidRPr="00C1450F">
        <w:rPr>
          <w:rFonts w:cs="Arial"/>
          <w:color w:val="595959" w:themeColor="text1" w:themeTint="A6"/>
          <w:sz w:val="22"/>
        </w:rPr>
        <w:t xml:space="preserve"> words.</w:t>
      </w:r>
    </w:p>
    <w:p w14:paraId="65372D5A" w14:textId="77777777" w:rsidR="00554596" w:rsidRPr="00554596" w:rsidRDefault="00554596">
      <w:pPr>
        <w:spacing w:after="0"/>
        <w:rPr>
          <w:rFonts w:cs="Arial"/>
          <w:color w:val="auto"/>
        </w:rPr>
      </w:pPr>
    </w:p>
    <w:p w14:paraId="07584451" w14:textId="49A77B49" w:rsidR="00112B1D" w:rsidRDefault="00112B1D" w:rsidP="00112B1D">
      <w:pPr>
        <w:keepNext/>
        <w:spacing w:after="0" w:line="240" w:lineRule="auto"/>
        <w:rPr>
          <w:b/>
          <w:color w:val="auto"/>
          <w:sz w:val="22"/>
        </w:rPr>
      </w:pPr>
      <w:r>
        <w:rPr>
          <w:b/>
          <w:color w:val="auto"/>
          <w:sz w:val="22"/>
        </w:rPr>
        <w:t>What is your primary cultural discipline or area of work?</w:t>
      </w:r>
      <w:r>
        <w:rPr>
          <w:color w:val="auto"/>
          <w:sz w:val="22"/>
        </w:rPr>
        <w:br/>
        <w:t xml:space="preserve">Tick one option that best represents your main practice or your </w:t>
      </w:r>
      <w:proofErr w:type="spellStart"/>
      <w:r>
        <w:rPr>
          <w:color w:val="auto"/>
          <w:sz w:val="22"/>
        </w:rPr>
        <w:t>organisation’s</w:t>
      </w:r>
      <w:proofErr w:type="spellEnd"/>
      <w:r>
        <w:rPr>
          <w:color w:val="auto"/>
          <w:sz w:val="22"/>
        </w:rPr>
        <w:t xml:space="preserve"> main purpose and public offer.</w:t>
      </w:r>
    </w:p>
    <w:p w14:paraId="60419E15" w14:textId="77777777" w:rsidR="00112B1D" w:rsidRDefault="00112B1D" w:rsidP="00112B1D">
      <w:pPr>
        <w:keepNext/>
        <w:spacing w:after="0" w:line="240" w:lineRule="auto"/>
        <w:rPr>
          <w:b/>
          <w:color w:val="auto"/>
          <w:sz w:val="22"/>
        </w:rPr>
      </w:pPr>
    </w:p>
    <w:tbl>
      <w:tblPr>
        <w:tblW w:w="9781" w:type="dxa"/>
        <w:tblInd w:w="-8" w:type="dxa"/>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456"/>
        <w:gridCol w:w="2150"/>
        <w:gridCol w:w="2610"/>
        <w:gridCol w:w="2565"/>
      </w:tblGrid>
      <w:tr w:rsidR="00112B1D" w:rsidRPr="00881A98" w14:paraId="125018E9" w14:textId="77777777" w:rsidTr="009D1752">
        <w:trPr>
          <w:cantSplit/>
          <w:trHeight w:val="15"/>
        </w:trPr>
        <w:tc>
          <w:tcPr>
            <w:tcW w:w="2456" w:type="dxa"/>
            <w:tcMar>
              <w:top w:w="120" w:type="dxa"/>
              <w:left w:w="130" w:type="dxa"/>
              <w:bottom w:w="120" w:type="dxa"/>
              <w:right w:w="130" w:type="dxa"/>
            </w:tcMar>
            <w:vAlign w:val="center"/>
          </w:tcPr>
          <w:p w14:paraId="505A707B" w14:textId="77777777" w:rsidR="00112B1D" w:rsidRPr="00881A98" w:rsidRDefault="005C6638" w:rsidP="009D1752">
            <w:pPr>
              <w:spacing w:after="20" w:line="240" w:lineRule="auto"/>
              <w:rPr>
                <w:color w:val="auto"/>
                <w:sz w:val="22"/>
              </w:rPr>
            </w:pPr>
            <w:sdt>
              <w:sdtPr>
                <w:rPr>
                  <w:color w:val="auto"/>
                  <w:sz w:val="22"/>
                </w:rPr>
                <w:id w:val="1319304002"/>
                <w14:checkbox>
                  <w14:checked w14:val="0"/>
                  <w14:checkedState w14:val="2612" w14:font="MS Gothic"/>
                  <w14:uncheckedState w14:val="2610" w14:font="MS Gothic"/>
                </w14:checkbox>
              </w:sdtPr>
              <w:sdtEndPr/>
              <w:sdtContent>
                <w:r w:rsidR="00112B1D" w:rsidRPr="00881A98">
                  <w:rPr>
                    <w:rFonts w:ascii="Segoe UI Symbol" w:hAnsi="Segoe UI Symbol" w:cs="Segoe UI Symbol"/>
                    <w:color w:val="auto"/>
                    <w:sz w:val="22"/>
                  </w:rPr>
                  <w:t>☐</w:t>
                </w:r>
              </w:sdtContent>
            </w:sdt>
            <w:r w:rsidR="00112B1D" w:rsidRPr="00881A98">
              <w:rPr>
                <w:color w:val="auto"/>
                <w:sz w:val="22"/>
              </w:rPr>
              <w:t xml:space="preserve">  </w:t>
            </w:r>
            <w:r w:rsidR="00112B1D">
              <w:rPr>
                <w:color w:val="auto"/>
                <w:sz w:val="22"/>
              </w:rPr>
              <w:t>Archive</w:t>
            </w:r>
          </w:p>
        </w:tc>
        <w:tc>
          <w:tcPr>
            <w:tcW w:w="2150" w:type="dxa"/>
            <w:tcMar>
              <w:top w:w="120" w:type="dxa"/>
              <w:left w:w="130" w:type="dxa"/>
              <w:bottom w:w="120" w:type="dxa"/>
              <w:right w:w="130" w:type="dxa"/>
            </w:tcMar>
            <w:vAlign w:val="center"/>
          </w:tcPr>
          <w:p w14:paraId="389A0B41" w14:textId="77777777" w:rsidR="00112B1D" w:rsidRPr="00881A98" w:rsidRDefault="005C6638" w:rsidP="009D1752">
            <w:pPr>
              <w:spacing w:after="20" w:line="240" w:lineRule="auto"/>
              <w:rPr>
                <w:color w:val="auto"/>
                <w:sz w:val="22"/>
              </w:rPr>
            </w:pPr>
            <w:sdt>
              <w:sdtPr>
                <w:rPr>
                  <w:color w:val="auto"/>
                  <w:sz w:val="22"/>
                </w:rPr>
                <w:id w:val="-1881233874"/>
                <w14:checkbox>
                  <w14:checked w14:val="0"/>
                  <w14:checkedState w14:val="2612" w14:font="MS Gothic"/>
                  <w14:uncheckedState w14:val="2610" w14:font="MS Gothic"/>
                </w14:checkbox>
              </w:sdtPr>
              <w:sdtEndPr/>
              <w:sdtContent>
                <w:r w:rsidR="00112B1D" w:rsidRPr="00881A98">
                  <w:rPr>
                    <w:rFonts w:ascii="Segoe UI Symbol" w:hAnsi="Segoe UI Symbol" w:cs="Segoe UI Symbol"/>
                    <w:color w:val="auto"/>
                    <w:sz w:val="22"/>
                  </w:rPr>
                  <w:t>☐</w:t>
                </w:r>
              </w:sdtContent>
            </w:sdt>
            <w:r w:rsidR="00112B1D" w:rsidRPr="00881A98">
              <w:rPr>
                <w:color w:val="auto"/>
                <w:sz w:val="22"/>
              </w:rPr>
              <w:t xml:space="preserve">  </w:t>
            </w:r>
            <w:r w:rsidR="00112B1D">
              <w:rPr>
                <w:color w:val="auto"/>
                <w:sz w:val="22"/>
              </w:rPr>
              <w:t>Fashion</w:t>
            </w:r>
          </w:p>
        </w:tc>
        <w:tc>
          <w:tcPr>
            <w:tcW w:w="2610" w:type="dxa"/>
            <w:vAlign w:val="center"/>
          </w:tcPr>
          <w:p w14:paraId="08AE9E06" w14:textId="77777777" w:rsidR="00112B1D" w:rsidRPr="00881A98" w:rsidRDefault="005C6638" w:rsidP="009D1752">
            <w:pPr>
              <w:spacing w:after="20" w:line="240" w:lineRule="auto"/>
              <w:rPr>
                <w:color w:val="auto"/>
                <w:sz w:val="22"/>
              </w:rPr>
            </w:pPr>
            <w:sdt>
              <w:sdtPr>
                <w:rPr>
                  <w:color w:val="auto"/>
                  <w:sz w:val="22"/>
                </w:rPr>
                <w:id w:val="1274134352"/>
                <w14:checkbox>
                  <w14:checked w14:val="0"/>
                  <w14:checkedState w14:val="2612" w14:font="MS Gothic"/>
                  <w14:uncheckedState w14:val="2610" w14:font="MS Gothic"/>
                </w14:checkbox>
              </w:sdtPr>
              <w:sdtEndPr/>
              <w:sdtContent>
                <w:r w:rsidR="00112B1D" w:rsidRPr="00881A98">
                  <w:rPr>
                    <w:rFonts w:ascii="Segoe UI Symbol" w:hAnsi="Segoe UI Symbol" w:cs="Segoe UI Symbol"/>
                    <w:color w:val="auto"/>
                    <w:sz w:val="22"/>
                  </w:rPr>
                  <w:t>☐</w:t>
                </w:r>
              </w:sdtContent>
            </w:sdt>
            <w:r w:rsidR="00112B1D" w:rsidRPr="00881A98">
              <w:rPr>
                <w:color w:val="auto"/>
                <w:sz w:val="22"/>
              </w:rPr>
              <w:t xml:space="preserve">  </w:t>
            </w:r>
            <w:r w:rsidR="00112B1D">
              <w:rPr>
                <w:color w:val="auto"/>
                <w:sz w:val="22"/>
              </w:rPr>
              <w:t>Library</w:t>
            </w:r>
          </w:p>
        </w:tc>
        <w:tc>
          <w:tcPr>
            <w:tcW w:w="2565" w:type="dxa"/>
            <w:vAlign w:val="center"/>
          </w:tcPr>
          <w:p w14:paraId="2DF104C1" w14:textId="77777777" w:rsidR="00112B1D" w:rsidRPr="00881A98" w:rsidRDefault="005C6638" w:rsidP="009D1752">
            <w:pPr>
              <w:spacing w:after="20" w:line="240" w:lineRule="auto"/>
              <w:rPr>
                <w:color w:val="auto"/>
                <w:sz w:val="22"/>
              </w:rPr>
            </w:pPr>
            <w:sdt>
              <w:sdtPr>
                <w:rPr>
                  <w:color w:val="auto"/>
                  <w:sz w:val="22"/>
                </w:rPr>
                <w:id w:val="1389304826"/>
                <w14:checkbox>
                  <w14:checked w14:val="0"/>
                  <w14:checkedState w14:val="2612" w14:font="MS Gothic"/>
                  <w14:uncheckedState w14:val="2610" w14:font="MS Gothic"/>
                </w14:checkbox>
              </w:sdtPr>
              <w:sdtEndPr/>
              <w:sdtContent>
                <w:r w:rsidR="00112B1D" w:rsidRPr="00881A98">
                  <w:rPr>
                    <w:rFonts w:ascii="Segoe UI Symbol" w:hAnsi="Segoe UI Symbol" w:cs="Segoe UI Symbol"/>
                    <w:color w:val="auto"/>
                    <w:sz w:val="22"/>
                  </w:rPr>
                  <w:t>☐</w:t>
                </w:r>
              </w:sdtContent>
            </w:sdt>
            <w:r w:rsidR="00112B1D" w:rsidRPr="00881A98">
              <w:rPr>
                <w:color w:val="auto"/>
                <w:sz w:val="22"/>
              </w:rPr>
              <w:t xml:space="preserve">  </w:t>
            </w:r>
            <w:r w:rsidR="00112B1D">
              <w:rPr>
                <w:color w:val="auto"/>
                <w:sz w:val="22"/>
              </w:rPr>
              <w:t>Radio</w:t>
            </w:r>
          </w:p>
        </w:tc>
      </w:tr>
      <w:tr w:rsidR="00112B1D" w:rsidRPr="00881A98" w14:paraId="5BE26A06" w14:textId="77777777" w:rsidTr="009D1752">
        <w:trPr>
          <w:cantSplit/>
          <w:trHeight w:val="20"/>
        </w:trPr>
        <w:tc>
          <w:tcPr>
            <w:tcW w:w="2456" w:type="dxa"/>
            <w:tcMar>
              <w:top w:w="120" w:type="dxa"/>
              <w:left w:w="130" w:type="dxa"/>
              <w:bottom w:w="120" w:type="dxa"/>
              <w:right w:w="130" w:type="dxa"/>
            </w:tcMar>
            <w:vAlign w:val="center"/>
          </w:tcPr>
          <w:p w14:paraId="25D87059" w14:textId="77777777" w:rsidR="00112B1D" w:rsidRPr="00881A98" w:rsidRDefault="005C6638" w:rsidP="009D1752">
            <w:pPr>
              <w:spacing w:after="20" w:line="240" w:lineRule="auto"/>
              <w:rPr>
                <w:color w:val="auto"/>
                <w:sz w:val="22"/>
              </w:rPr>
            </w:pPr>
            <w:sdt>
              <w:sdtPr>
                <w:rPr>
                  <w:color w:val="auto"/>
                  <w:sz w:val="22"/>
                </w:rPr>
                <w:id w:val="-2085758924"/>
                <w14:checkbox>
                  <w14:checked w14:val="0"/>
                  <w14:checkedState w14:val="2612" w14:font="MS Gothic"/>
                  <w14:uncheckedState w14:val="2610" w14:font="MS Gothic"/>
                </w14:checkbox>
              </w:sdtPr>
              <w:sdtEndPr/>
              <w:sdtContent>
                <w:r w:rsidR="00112B1D" w:rsidRPr="00881A98">
                  <w:rPr>
                    <w:rFonts w:ascii="Segoe UI Symbol" w:hAnsi="Segoe UI Symbol" w:cs="Segoe UI Symbol"/>
                    <w:color w:val="auto"/>
                    <w:sz w:val="22"/>
                  </w:rPr>
                  <w:t>☐</w:t>
                </w:r>
              </w:sdtContent>
            </w:sdt>
            <w:r w:rsidR="00112B1D" w:rsidRPr="00881A98">
              <w:rPr>
                <w:color w:val="auto"/>
                <w:sz w:val="22"/>
              </w:rPr>
              <w:t xml:space="preserve">  </w:t>
            </w:r>
            <w:r w:rsidR="00112B1D">
              <w:rPr>
                <w:color w:val="auto"/>
                <w:sz w:val="22"/>
              </w:rPr>
              <w:t>Attraction</w:t>
            </w:r>
          </w:p>
        </w:tc>
        <w:tc>
          <w:tcPr>
            <w:tcW w:w="2150" w:type="dxa"/>
            <w:tcMar>
              <w:top w:w="120" w:type="dxa"/>
              <w:left w:w="130" w:type="dxa"/>
              <w:bottom w:w="120" w:type="dxa"/>
              <w:right w:w="130" w:type="dxa"/>
            </w:tcMar>
            <w:vAlign w:val="center"/>
          </w:tcPr>
          <w:p w14:paraId="7B5AC7AB" w14:textId="77777777" w:rsidR="00112B1D" w:rsidRPr="00881A98" w:rsidRDefault="005C6638" w:rsidP="009D1752">
            <w:pPr>
              <w:spacing w:after="20" w:line="240" w:lineRule="auto"/>
              <w:rPr>
                <w:color w:val="auto"/>
                <w:sz w:val="22"/>
              </w:rPr>
            </w:pPr>
            <w:sdt>
              <w:sdtPr>
                <w:rPr>
                  <w:color w:val="auto"/>
                  <w:sz w:val="22"/>
                </w:rPr>
                <w:id w:val="57611407"/>
                <w14:checkbox>
                  <w14:checked w14:val="0"/>
                  <w14:checkedState w14:val="2612" w14:font="MS Gothic"/>
                  <w14:uncheckedState w14:val="2610" w14:font="MS Gothic"/>
                </w14:checkbox>
              </w:sdtPr>
              <w:sdtEndPr/>
              <w:sdtContent>
                <w:r w:rsidR="00112B1D" w:rsidRPr="00881A98">
                  <w:rPr>
                    <w:rFonts w:ascii="Segoe UI Symbol" w:hAnsi="Segoe UI Symbol" w:cs="Segoe UI Symbol"/>
                    <w:color w:val="auto"/>
                    <w:sz w:val="22"/>
                  </w:rPr>
                  <w:t>☐</w:t>
                </w:r>
              </w:sdtContent>
            </w:sdt>
            <w:r w:rsidR="00112B1D" w:rsidRPr="00881A98">
              <w:rPr>
                <w:color w:val="auto"/>
                <w:sz w:val="22"/>
              </w:rPr>
              <w:t xml:space="preserve">  </w:t>
            </w:r>
            <w:r w:rsidR="00112B1D">
              <w:rPr>
                <w:color w:val="auto"/>
                <w:sz w:val="22"/>
              </w:rPr>
              <w:t>Festival</w:t>
            </w:r>
          </w:p>
        </w:tc>
        <w:tc>
          <w:tcPr>
            <w:tcW w:w="2610" w:type="dxa"/>
            <w:vAlign w:val="center"/>
          </w:tcPr>
          <w:p w14:paraId="64AAD3F2" w14:textId="77777777" w:rsidR="00112B1D" w:rsidRPr="00881A98" w:rsidRDefault="005C6638" w:rsidP="009D1752">
            <w:pPr>
              <w:spacing w:after="20" w:line="240" w:lineRule="auto"/>
              <w:rPr>
                <w:color w:val="auto"/>
                <w:sz w:val="22"/>
              </w:rPr>
            </w:pPr>
            <w:sdt>
              <w:sdtPr>
                <w:rPr>
                  <w:color w:val="auto"/>
                  <w:sz w:val="22"/>
                </w:rPr>
                <w:id w:val="-880934409"/>
                <w14:checkbox>
                  <w14:checked w14:val="0"/>
                  <w14:checkedState w14:val="2612" w14:font="MS Gothic"/>
                  <w14:uncheckedState w14:val="2610" w14:font="MS Gothic"/>
                </w14:checkbox>
              </w:sdtPr>
              <w:sdtEndPr/>
              <w:sdtContent>
                <w:r w:rsidR="00112B1D" w:rsidRPr="00881A98">
                  <w:rPr>
                    <w:rFonts w:ascii="Segoe UI Symbol" w:hAnsi="Segoe UI Symbol" w:cs="Segoe UI Symbol"/>
                    <w:color w:val="auto"/>
                    <w:sz w:val="22"/>
                  </w:rPr>
                  <w:t>☐</w:t>
                </w:r>
              </w:sdtContent>
            </w:sdt>
            <w:r w:rsidR="00112B1D" w:rsidRPr="00881A98">
              <w:rPr>
                <w:color w:val="auto"/>
                <w:sz w:val="22"/>
              </w:rPr>
              <w:t xml:space="preserve">  </w:t>
            </w:r>
            <w:r w:rsidR="00112B1D">
              <w:rPr>
                <w:color w:val="auto"/>
                <w:sz w:val="22"/>
              </w:rPr>
              <w:t>Literature</w:t>
            </w:r>
          </w:p>
        </w:tc>
        <w:tc>
          <w:tcPr>
            <w:tcW w:w="2565" w:type="dxa"/>
            <w:vAlign w:val="center"/>
          </w:tcPr>
          <w:p w14:paraId="0891C941" w14:textId="77777777" w:rsidR="00112B1D" w:rsidRPr="00881A98" w:rsidRDefault="005C6638" w:rsidP="009D1752">
            <w:pPr>
              <w:spacing w:after="20" w:line="240" w:lineRule="auto"/>
              <w:rPr>
                <w:color w:val="auto"/>
                <w:sz w:val="22"/>
              </w:rPr>
            </w:pPr>
            <w:sdt>
              <w:sdtPr>
                <w:rPr>
                  <w:color w:val="auto"/>
                  <w:sz w:val="22"/>
                </w:rPr>
                <w:id w:val="-289590328"/>
                <w14:checkbox>
                  <w14:checked w14:val="0"/>
                  <w14:checkedState w14:val="2612" w14:font="MS Gothic"/>
                  <w14:uncheckedState w14:val="2610" w14:font="MS Gothic"/>
                </w14:checkbox>
              </w:sdtPr>
              <w:sdtEndPr/>
              <w:sdtContent>
                <w:r w:rsidR="00112B1D" w:rsidRPr="00881A98">
                  <w:rPr>
                    <w:rFonts w:ascii="Segoe UI Symbol" w:hAnsi="Segoe UI Symbol" w:cs="Segoe UI Symbol"/>
                    <w:color w:val="auto"/>
                    <w:sz w:val="22"/>
                  </w:rPr>
                  <w:t>☐</w:t>
                </w:r>
              </w:sdtContent>
            </w:sdt>
            <w:r w:rsidR="00112B1D" w:rsidRPr="00881A98">
              <w:rPr>
                <w:color w:val="auto"/>
                <w:sz w:val="22"/>
              </w:rPr>
              <w:t xml:space="preserve">  </w:t>
            </w:r>
            <w:r w:rsidR="00112B1D">
              <w:rPr>
                <w:color w:val="auto"/>
                <w:sz w:val="22"/>
              </w:rPr>
              <w:t>TV</w:t>
            </w:r>
          </w:p>
        </w:tc>
      </w:tr>
      <w:tr w:rsidR="00112B1D" w:rsidRPr="00881A98" w14:paraId="4F0E185C" w14:textId="77777777" w:rsidTr="009D1752">
        <w:trPr>
          <w:cantSplit/>
          <w:trHeight w:val="20"/>
        </w:trPr>
        <w:tc>
          <w:tcPr>
            <w:tcW w:w="2456" w:type="dxa"/>
            <w:tcMar>
              <w:top w:w="120" w:type="dxa"/>
              <w:left w:w="130" w:type="dxa"/>
              <w:bottom w:w="120" w:type="dxa"/>
              <w:right w:w="130" w:type="dxa"/>
            </w:tcMar>
            <w:vAlign w:val="center"/>
          </w:tcPr>
          <w:p w14:paraId="180A56DA" w14:textId="77777777" w:rsidR="00112B1D" w:rsidRPr="00881A98" w:rsidRDefault="005C6638" w:rsidP="009D1752">
            <w:pPr>
              <w:spacing w:after="20" w:line="240" w:lineRule="auto"/>
              <w:rPr>
                <w:color w:val="auto"/>
                <w:sz w:val="22"/>
              </w:rPr>
            </w:pPr>
            <w:sdt>
              <w:sdtPr>
                <w:rPr>
                  <w:color w:val="auto"/>
                  <w:sz w:val="22"/>
                </w:rPr>
                <w:id w:val="-2033487959"/>
                <w14:checkbox>
                  <w14:checked w14:val="0"/>
                  <w14:checkedState w14:val="2612" w14:font="MS Gothic"/>
                  <w14:uncheckedState w14:val="2610" w14:font="MS Gothic"/>
                </w14:checkbox>
              </w:sdtPr>
              <w:sdtEndPr/>
              <w:sdtContent>
                <w:r w:rsidR="00112B1D" w:rsidRPr="00881A98">
                  <w:rPr>
                    <w:rFonts w:ascii="Segoe UI Symbol" w:hAnsi="Segoe UI Symbol" w:cs="Segoe UI Symbol"/>
                    <w:color w:val="auto"/>
                    <w:sz w:val="22"/>
                  </w:rPr>
                  <w:t>☐</w:t>
                </w:r>
              </w:sdtContent>
            </w:sdt>
            <w:r w:rsidR="00112B1D" w:rsidRPr="00881A98">
              <w:rPr>
                <w:color w:val="auto"/>
                <w:sz w:val="22"/>
              </w:rPr>
              <w:t xml:space="preserve">  </w:t>
            </w:r>
            <w:r w:rsidR="00112B1D">
              <w:rPr>
                <w:color w:val="auto"/>
                <w:sz w:val="22"/>
              </w:rPr>
              <w:t>Collection</w:t>
            </w:r>
          </w:p>
        </w:tc>
        <w:tc>
          <w:tcPr>
            <w:tcW w:w="2150" w:type="dxa"/>
            <w:tcMar>
              <w:top w:w="120" w:type="dxa"/>
              <w:left w:w="130" w:type="dxa"/>
              <w:bottom w:w="120" w:type="dxa"/>
              <w:right w:w="130" w:type="dxa"/>
            </w:tcMar>
            <w:vAlign w:val="center"/>
          </w:tcPr>
          <w:p w14:paraId="5FB2A789" w14:textId="77777777" w:rsidR="00112B1D" w:rsidRPr="00881A98" w:rsidRDefault="005C6638" w:rsidP="009D1752">
            <w:pPr>
              <w:spacing w:after="20" w:line="240" w:lineRule="auto"/>
              <w:rPr>
                <w:color w:val="auto"/>
                <w:sz w:val="22"/>
              </w:rPr>
            </w:pPr>
            <w:sdt>
              <w:sdtPr>
                <w:rPr>
                  <w:color w:val="auto"/>
                  <w:sz w:val="22"/>
                </w:rPr>
                <w:id w:val="2137753519"/>
                <w14:checkbox>
                  <w14:checked w14:val="0"/>
                  <w14:checkedState w14:val="2612" w14:font="MS Gothic"/>
                  <w14:uncheckedState w14:val="2610" w14:font="MS Gothic"/>
                </w14:checkbox>
              </w:sdtPr>
              <w:sdtEndPr/>
              <w:sdtContent>
                <w:r w:rsidR="00112B1D" w:rsidRPr="00881A98">
                  <w:rPr>
                    <w:rFonts w:ascii="Segoe UI Symbol" w:hAnsi="Segoe UI Symbol" w:cs="Segoe UI Symbol"/>
                    <w:color w:val="auto"/>
                    <w:sz w:val="22"/>
                  </w:rPr>
                  <w:t>☐</w:t>
                </w:r>
              </w:sdtContent>
            </w:sdt>
            <w:r w:rsidR="00112B1D" w:rsidRPr="00881A98">
              <w:rPr>
                <w:color w:val="auto"/>
                <w:sz w:val="22"/>
              </w:rPr>
              <w:t xml:space="preserve">  </w:t>
            </w:r>
            <w:r w:rsidR="00112B1D">
              <w:rPr>
                <w:color w:val="auto"/>
                <w:sz w:val="22"/>
              </w:rPr>
              <w:t>Film</w:t>
            </w:r>
          </w:p>
        </w:tc>
        <w:tc>
          <w:tcPr>
            <w:tcW w:w="2610" w:type="dxa"/>
            <w:vAlign w:val="center"/>
          </w:tcPr>
          <w:p w14:paraId="63D21167" w14:textId="77777777" w:rsidR="00112B1D" w:rsidRPr="00881A98" w:rsidRDefault="005C6638" w:rsidP="009D1752">
            <w:pPr>
              <w:spacing w:after="20" w:line="240" w:lineRule="auto"/>
              <w:rPr>
                <w:color w:val="auto"/>
                <w:sz w:val="22"/>
              </w:rPr>
            </w:pPr>
            <w:sdt>
              <w:sdtPr>
                <w:rPr>
                  <w:color w:val="auto"/>
                  <w:sz w:val="22"/>
                </w:rPr>
                <w:id w:val="-1673724435"/>
                <w14:checkbox>
                  <w14:checked w14:val="0"/>
                  <w14:checkedState w14:val="2612" w14:font="MS Gothic"/>
                  <w14:uncheckedState w14:val="2610" w14:font="MS Gothic"/>
                </w14:checkbox>
              </w:sdtPr>
              <w:sdtEndPr/>
              <w:sdtContent>
                <w:r w:rsidR="00112B1D" w:rsidRPr="00881A98">
                  <w:rPr>
                    <w:rFonts w:ascii="Segoe UI Symbol" w:hAnsi="Segoe UI Symbol" w:cs="Segoe UI Symbol"/>
                    <w:color w:val="auto"/>
                    <w:sz w:val="22"/>
                  </w:rPr>
                  <w:t>☐</w:t>
                </w:r>
              </w:sdtContent>
            </w:sdt>
            <w:r w:rsidR="00112B1D" w:rsidRPr="00881A98">
              <w:rPr>
                <w:color w:val="auto"/>
                <w:sz w:val="22"/>
              </w:rPr>
              <w:t xml:space="preserve">  </w:t>
            </w:r>
            <w:r w:rsidR="00112B1D">
              <w:rPr>
                <w:color w:val="auto"/>
                <w:sz w:val="22"/>
              </w:rPr>
              <w:t>Music</w:t>
            </w:r>
          </w:p>
        </w:tc>
        <w:tc>
          <w:tcPr>
            <w:tcW w:w="2565" w:type="dxa"/>
            <w:vAlign w:val="center"/>
          </w:tcPr>
          <w:p w14:paraId="0CF28612" w14:textId="77777777" w:rsidR="00112B1D" w:rsidRPr="00881A98" w:rsidRDefault="005C6638" w:rsidP="009D1752">
            <w:pPr>
              <w:spacing w:after="20" w:line="240" w:lineRule="auto"/>
              <w:rPr>
                <w:color w:val="auto"/>
                <w:sz w:val="22"/>
              </w:rPr>
            </w:pPr>
            <w:sdt>
              <w:sdtPr>
                <w:rPr>
                  <w:color w:val="auto"/>
                  <w:sz w:val="22"/>
                </w:rPr>
                <w:id w:val="1557671589"/>
                <w14:checkbox>
                  <w14:checked w14:val="0"/>
                  <w14:checkedState w14:val="2612" w14:font="MS Gothic"/>
                  <w14:uncheckedState w14:val="2610" w14:font="MS Gothic"/>
                </w14:checkbox>
              </w:sdtPr>
              <w:sdtEndPr/>
              <w:sdtContent>
                <w:r w:rsidR="00112B1D" w:rsidRPr="00881A98">
                  <w:rPr>
                    <w:rFonts w:ascii="Segoe UI Symbol" w:hAnsi="Segoe UI Symbol" w:cs="Segoe UI Symbol"/>
                    <w:color w:val="auto"/>
                    <w:sz w:val="22"/>
                  </w:rPr>
                  <w:t>☐</w:t>
                </w:r>
              </w:sdtContent>
            </w:sdt>
            <w:r w:rsidR="00112B1D" w:rsidRPr="00881A98">
              <w:rPr>
                <w:color w:val="auto"/>
                <w:sz w:val="22"/>
              </w:rPr>
              <w:t xml:space="preserve">  </w:t>
            </w:r>
            <w:r w:rsidR="00112B1D">
              <w:rPr>
                <w:color w:val="auto"/>
                <w:sz w:val="22"/>
              </w:rPr>
              <w:t>Theatre</w:t>
            </w:r>
          </w:p>
        </w:tc>
      </w:tr>
      <w:tr w:rsidR="00112B1D" w:rsidRPr="00881A98" w14:paraId="5840FF2C" w14:textId="77777777" w:rsidTr="009D1752">
        <w:trPr>
          <w:cantSplit/>
          <w:trHeight w:val="20"/>
        </w:trPr>
        <w:tc>
          <w:tcPr>
            <w:tcW w:w="2456" w:type="dxa"/>
            <w:tcMar>
              <w:top w:w="120" w:type="dxa"/>
              <w:left w:w="130" w:type="dxa"/>
              <w:bottom w:w="120" w:type="dxa"/>
              <w:right w:w="130" w:type="dxa"/>
            </w:tcMar>
            <w:vAlign w:val="center"/>
          </w:tcPr>
          <w:p w14:paraId="6AC9679F" w14:textId="77777777" w:rsidR="00112B1D" w:rsidRPr="00881A98" w:rsidRDefault="005C6638" w:rsidP="009D1752">
            <w:pPr>
              <w:spacing w:after="20" w:line="240" w:lineRule="auto"/>
              <w:rPr>
                <w:color w:val="auto"/>
                <w:sz w:val="22"/>
              </w:rPr>
            </w:pPr>
            <w:sdt>
              <w:sdtPr>
                <w:rPr>
                  <w:color w:val="auto"/>
                  <w:sz w:val="22"/>
                </w:rPr>
                <w:id w:val="-347877339"/>
                <w14:checkbox>
                  <w14:checked w14:val="0"/>
                  <w14:checkedState w14:val="2612" w14:font="MS Gothic"/>
                  <w14:uncheckedState w14:val="2610" w14:font="MS Gothic"/>
                </w14:checkbox>
              </w:sdtPr>
              <w:sdtEndPr/>
              <w:sdtContent>
                <w:r w:rsidR="00112B1D" w:rsidRPr="00881A98">
                  <w:rPr>
                    <w:rFonts w:ascii="Segoe UI Symbol" w:hAnsi="Segoe UI Symbol" w:cs="Segoe UI Symbol"/>
                    <w:color w:val="auto"/>
                    <w:sz w:val="22"/>
                  </w:rPr>
                  <w:t>☐</w:t>
                </w:r>
              </w:sdtContent>
            </w:sdt>
            <w:r w:rsidR="00112B1D" w:rsidRPr="00881A98">
              <w:rPr>
                <w:color w:val="auto"/>
                <w:sz w:val="22"/>
              </w:rPr>
              <w:t xml:space="preserve">  </w:t>
            </w:r>
            <w:r w:rsidR="00112B1D">
              <w:rPr>
                <w:color w:val="auto"/>
                <w:sz w:val="22"/>
              </w:rPr>
              <w:t>Crafts</w:t>
            </w:r>
          </w:p>
        </w:tc>
        <w:tc>
          <w:tcPr>
            <w:tcW w:w="2150" w:type="dxa"/>
            <w:tcMar>
              <w:top w:w="120" w:type="dxa"/>
              <w:left w:w="130" w:type="dxa"/>
              <w:bottom w:w="120" w:type="dxa"/>
              <w:right w:w="130" w:type="dxa"/>
            </w:tcMar>
            <w:vAlign w:val="center"/>
          </w:tcPr>
          <w:p w14:paraId="4B9935AC" w14:textId="77777777" w:rsidR="00112B1D" w:rsidRPr="00881A98" w:rsidRDefault="005C6638" w:rsidP="009D1752">
            <w:pPr>
              <w:spacing w:after="20" w:line="240" w:lineRule="auto"/>
              <w:rPr>
                <w:color w:val="auto"/>
                <w:sz w:val="22"/>
              </w:rPr>
            </w:pPr>
            <w:sdt>
              <w:sdtPr>
                <w:rPr>
                  <w:color w:val="auto"/>
                  <w:sz w:val="22"/>
                </w:rPr>
                <w:id w:val="869263699"/>
                <w14:checkbox>
                  <w14:checked w14:val="0"/>
                  <w14:checkedState w14:val="2612" w14:font="MS Gothic"/>
                  <w14:uncheckedState w14:val="2610" w14:font="MS Gothic"/>
                </w14:checkbox>
              </w:sdtPr>
              <w:sdtEndPr/>
              <w:sdtContent>
                <w:r w:rsidR="00112B1D" w:rsidRPr="00881A98">
                  <w:rPr>
                    <w:rFonts w:ascii="Segoe UI Symbol" w:hAnsi="Segoe UI Symbol" w:cs="Segoe UI Symbol"/>
                    <w:color w:val="auto"/>
                    <w:sz w:val="22"/>
                  </w:rPr>
                  <w:t>☐</w:t>
                </w:r>
              </w:sdtContent>
            </w:sdt>
            <w:r w:rsidR="00112B1D" w:rsidRPr="00881A98">
              <w:rPr>
                <w:color w:val="auto"/>
                <w:sz w:val="22"/>
              </w:rPr>
              <w:t xml:space="preserve">  </w:t>
            </w:r>
            <w:r w:rsidR="00112B1D">
              <w:rPr>
                <w:color w:val="auto"/>
                <w:sz w:val="22"/>
              </w:rPr>
              <w:t>Food</w:t>
            </w:r>
          </w:p>
        </w:tc>
        <w:tc>
          <w:tcPr>
            <w:tcW w:w="2610" w:type="dxa"/>
            <w:vAlign w:val="center"/>
          </w:tcPr>
          <w:p w14:paraId="4FACEB83" w14:textId="77777777" w:rsidR="00112B1D" w:rsidRPr="00881A98" w:rsidRDefault="005C6638" w:rsidP="009D1752">
            <w:pPr>
              <w:spacing w:after="20" w:line="240" w:lineRule="auto"/>
              <w:rPr>
                <w:color w:val="auto"/>
                <w:sz w:val="22"/>
              </w:rPr>
            </w:pPr>
            <w:sdt>
              <w:sdtPr>
                <w:rPr>
                  <w:color w:val="auto"/>
                  <w:sz w:val="22"/>
                </w:rPr>
                <w:id w:val="146635141"/>
                <w14:checkbox>
                  <w14:checked w14:val="0"/>
                  <w14:checkedState w14:val="2612" w14:font="MS Gothic"/>
                  <w14:uncheckedState w14:val="2610" w14:font="MS Gothic"/>
                </w14:checkbox>
              </w:sdtPr>
              <w:sdtEndPr/>
              <w:sdtContent>
                <w:r w:rsidR="00112B1D" w:rsidRPr="00881A98">
                  <w:rPr>
                    <w:rFonts w:ascii="Segoe UI Symbol" w:hAnsi="Segoe UI Symbol" w:cs="Segoe UI Symbol"/>
                    <w:color w:val="auto"/>
                    <w:sz w:val="22"/>
                  </w:rPr>
                  <w:t>☐</w:t>
                </w:r>
              </w:sdtContent>
            </w:sdt>
            <w:r w:rsidR="00112B1D" w:rsidRPr="00881A98">
              <w:rPr>
                <w:color w:val="auto"/>
                <w:sz w:val="22"/>
              </w:rPr>
              <w:t xml:space="preserve">  </w:t>
            </w:r>
            <w:r w:rsidR="00112B1D">
              <w:rPr>
                <w:color w:val="auto"/>
                <w:sz w:val="22"/>
              </w:rPr>
              <w:t>Museum</w:t>
            </w:r>
          </w:p>
        </w:tc>
        <w:tc>
          <w:tcPr>
            <w:tcW w:w="2565" w:type="dxa"/>
            <w:vAlign w:val="center"/>
          </w:tcPr>
          <w:p w14:paraId="37D3ED3D" w14:textId="77777777" w:rsidR="00112B1D" w:rsidRPr="00881A98" w:rsidRDefault="005C6638" w:rsidP="009D1752">
            <w:pPr>
              <w:spacing w:after="20" w:line="240" w:lineRule="auto"/>
              <w:rPr>
                <w:color w:val="auto"/>
                <w:sz w:val="22"/>
              </w:rPr>
            </w:pPr>
            <w:sdt>
              <w:sdtPr>
                <w:rPr>
                  <w:color w:val="auto"/>
                  <w:sz w:val="22"/>
                </w:rPr>
                <w:id w:val="-1001204460"/>
                <w14:checkbox>
                  <w14:checked w14:val="0"/>
                  <w14:checkedState w14:val="2612" w14:font="MS Gothic"/>
                  <w14:uncheckedState w14:val="2610" w14:font="MS Gothic"/>
                </w14:checkbox>
              </w:sdtPr>
              <w:sdtEndPr/>
              <w:sdtContent>
                <w:r w:rsidR="00112B1D" w:rsidRPr="00881A98">
                  <w:rPr>
                    <w:rFonts w:ascii="Segoe UI Symbol" w:hAnsi="Segoe UI Symbol" w:cs="Segoe UI Symbol"/>
                    <w:color w:val="auto"/>
                    <w:sz w:val="22"/>
                  </w:rPr>
                  <w:t>☐</w:t>
                </w:r>
              </w:sdtContent>
            </w:sdt>
            <w:r w:rsidR="00112B1D" w:rsidRPr="00881A98">
              <w:rPr>
                <w:color w:val="auto"/>
                <w:sz w:val="22"/>
              </w:rPr>
              <w:t xml:space="preserve">  </w:t>
            </w:r>
            <w:r w:rsidR="00112B1D">
              <w:rPr>
                <w:color w:val="auto"/>
                <w:sz w:val="22"/>
              </w:rPr>
              <w:t>Venue (Performance)</w:t>
            </w:r>
          </w:p>
        </w:tc>
      </w:tr>
      <w:tr w:rsidR="00112B1D" w:rsidRPr="00881A98" w14:paraId="117B23C2" w14:textId="77777777" w:rsidTr="009D1752">
        <w:trPr>
          <w:cantSplit/>
          <w:trHeight w:val="20"/>
        </w:trPr>
        <w:tc>
          <w:tcPr>
            <w:tcW w:w="2456" w:type="dxa"/>
            <w:tcMar>
              <w:top w:w="120" w:type="dxa"/>
              <w:left w:w="130" w:type="dxa"/>
              <w:bottom w:w="120" w:type="dxa"/>
              <w:right w:w="130" w:type="dxa"/>
            </w:tcMar>
            <w:vAlign w:val="center"/>
          </w:tcPr>
          <w:p w14:paraId="508A15CC" w14:textId="77777777" w:rsidR="00112B1D" w:rsidRPr="00881A98" w:rsidRDefault="005C6638" w:rsidP="009D1752">
            <w:pPr>
              <w:spacing w:after="20" w:line="240" w:lineRule="auto"/>
              <w:rPr>
                <w:rFonts w:ascii="Segoe UI Symbol" w:hAnsi="Segoe UI Symbol" w:cs="Segoe UI Symbol"/>
                <w:color w:val="auto"/>
                <w:sz w:val="22"/>
              </w:rPr>
            </w:pPr>
            <w:sdt>
              <w:sdtPr>
                <w:rPr>
                  <w:color w:val="auto"/>
                  <w:sz w:val="22"/>
                </w:rPr>
                <w:id w:val="1812367877"/>
                <w14:checkbox>
                  <w14:checked w14:val="0"/>
                  <w14:checkedState w14:val="2612" w14:font="MS Gothic"/>
                  <w14:uncheckedState w14:val="2610" w14:font="MS Gothic"/>
                </w14:checkbox>
              </w:sdtPr>
              <w:sdtEndPr/>
              <w:sdtContent>
                <w:r w:rsidR="00112B1D" w:rsidRPr="00881A98">
                  <w:rPr>
                    <w:rFonts w:ascii="Segoe UI Symbol" w:hAnsi="Segoe UI Symbol" w:cs="Segoe UI Symbol"/>
                    <w:color w:val="auto"/>
                    <w:sz w:val="22"/>
                  </w:rPr>
                  <w:t>☐</w:t>
                </w:r>
              </w:sdtContent>
            </w:sdt>
            <w:r w:rsidR="00112B1D" w:rsidRPr="00881A98">
              <w:rPr>
                <w:color w:val="auto"/>
                <w:sz w:val="22"/>
              </w:rPr>
              <w:t xml:space="preserve">  </w:t>
            </w:r>
            <w:r w:rsidR="00112B1D">
              <w:rPr>
                <w:color w:val="auto"/>
                <w:sz w:val="22"/>
              </w:rPr>
              <w:t>Dance</w:t>
            </w:r>
          </w:p>
        </w:tc>
        <w:tc>
          <w:tcPr>
            <w:tcW w:w="2150" w:type="dxa"/>
            <w:tcMar>
              <w:top w:w="120" w:type="dxa"/>
              <w:left w:w="130" w:type="dxa"/>
              <w:bottom w:w="120" w:type="dxa"/>
              <w:right w:w="130" w:type="dxa"/>
            </w:tcMar>
            <w:vAlign w:val="center"/>
          </w:tcPr>
          <w:p w14:paraId="5C7312A4" w14:textId="77777777" w:rsidR="00112B1D" w:rsidRPr="00881A98" w:rsidRDefault="005C6638" w:rsidP="009D1752">
            <w:pPr>
              <w:spacing w:after="20" w:line="240" w:lineRule="auto"/>
              <w:rPr>
                <w:rFonts w:ascii="Segoe UI Symbol" w:hAnsi="Segoe UI Symbol" w:cs="Segoe UI Symbol"/>
                <w:color w:val="auto"/>
                <w:sz w:val="22"/>
              </w:rPr>
            </w:pPr>
            <w:sdt>
              <w:sdtPr>
                <w:rPr>
                  <w:color w:val="auto"/>
                  <w:sz w:val="22"/>
                </w:rPr>
                <w:id w:val="-2082282458"/>
                <w14:checkbox>
                  <w14:checked w14:val="0"/>
                  <w14:checkedState w14:val="2612" w14:font="MS Gothic"/>
                  <w14:uncheckedState w14:val="2610" w14:font="MS Gothic"/>
                </w14:checkbox>
              </w:sdtPr>
              <w:sdtEndPr/>
              <w:sdtContent>
                <w:r w:rsidR="00112B1D" w:rsidRPr="00881A98">
                  <w:rPr>
                    <w:rFonts w:ascii="Segoe UI Symbol" w:hAnsi="Segoe UI Symbol" w:cs="Segoe UI Symbol"/>
                    <w:color w:val="auto"/>
                    <w:sz w:val="22"/>
                  </w:rPr>
                  <w:t>☐</w:t>
                </w:r>
              </w:sdtContent>
            </w:sdt>
            <w:r w:rsidR="00112B1D" w:rsidRPr="00881A98">
              <w:rPr>
                <w:color w:val="auto"/>
                <w:sz w:val="22"/>
              </w:rPr>
              <w:t xml:space="preserve">  </w:t>
            </w:r>
            <w:r w:rsidR="00112B1D">
              <w:rPr>
                <w:color w:val="auto"/>
                <w:sz w:val="22"/>
              </w:rPr>
              <w:t>Gaming</w:t>
            </w:r>
          </w:p>
        </w:tc>
        <w:tc>
          <w:tcPr>
            <w:tcW w:w="2610" w:type="dxa"/>
            <w:vAlign w:val="center"/>
          </w:tcPr>
          <w:p w14:paraId="459F0E1F" w14:textId="77777777" w:rsidR="00112B1D" w:rsidRPr="00881A98" w:rsidRDefault="005C6638" w:rsidP="009D1752">
            <w:pPr>
              <w:spacing w:after="20" w:line="240" w:lineRule="auto"/>
              <w:rPr>
                <w:color w:val="auto"/>
                <w:sz w:val="22"/>
              </w:rPr>
            </w:pPr>
            <w:sdt>
              <w:sdtPr>
                <w:rPr>
                  <w:color w:val="auto"/>
                  <w:sz w:val="22"/>
                </w:rPr>
                <w:id w:val="692036031"/>
                <w14:checkbox>
                  <w14:checked w14:val="0"/>
                  <w14:checkedState w14:val="2612" w14:font="MS Gothic"/>
                  <w14:uncheckedState w14:val="2610" w14:font="MS Gothic"/>
                </w14:checkbox>
              </w:sdtPr>
              <w:sdtEndPr/>
              <w:sdtContent>
                <w:r w:rsidR="00112B1D" w:rsidRPr="00881A98">
                  <w:rPr>
                    <w:rFonts w:ascii="Segoe UI Symbol" w:hAnsi="Segoe UI Symbol" w:cs="Segoe UI Symbol"/>
                    <w:color w:val="auto"/>
                    <w:sz w:val="22"/>
                  </w:rPr>
                  <w:t>☐</w:t>
                </w:r>
              </w:sdtContent>
            </w:sdt>
            <w:r w:rsidR="00112B1D" w:rsidRPr="00881A98">
              <w:rPr>
                <w:color w:val="auto"/>
                <w:sz w:val="22"/>
              </w:rPr>
              <w:t xml:space="preserve">  </w:t>
            </w:r>
            <w:r w:rsidR="00112B1D">
              <w:rPr>
                <w:color w:val="auto"/>
                <w:sz w:val="22"/>
              </w:rPr>
              <w:t>Photography</w:t>
            </w:r>
          </w:p>
        </w:tc>
        <w:tc>
          <w:tcPr>
            <w:tcW w:w="2565" w:type="dxa"/>
            <w:vAlign w:val="center"/>
          </w:tcPr>
          <w:p w14:paraId="01ED8E5C" w14:textId="77777777" w:rsidR="00112B1D" w:rsidRPr="00881A98" w:rsidRDefault="005C6638" w:rsidP="009D1752">
            <w:pPr>
              <w:spacing w:after="20" w:line="240" w:lineRule="auto"/>
              <w:rPr>
                <w:color w:val="auto"/>
                <w:sz w:val="22"/>
              </w:rPr>
            </w:pPr>
            <w:sdt>
              <w:sdtPr>
                <w:rPr>
                  <w:color w:val="auto"/>
                  <w:sz w:val="22"/>
                </w:rPr>
                <w:id w:val="-533661502"/>
                <w14:checkbox>
                  <w14:checked w14:val="0"/>
                  <w14:checkedState w14:val="2612" w14:font="MS Gothic"/>
                  <w14:uncheckedState w14:val="2610" w14:font="MS Gothic"/>
                </w14:checkbox>
              </w:sdtPr>
              <w:sdtEndPr/>
              <w:sdtContent>
                <w:r w:rsidR="00112B1D" w:rsidRPr="00881A98">
                  <w:rPr>
                    <w:rFonts w:ascii="Segoe UI Symbol" w:hAnsi="Segoe UI Symbol" w:cs="Segoe UI Symbol"/>
                    <w:color w:val="auto"/>
                    <w:sz w:val="22"/>
                  </w:rPr>
                  <w:t>☐</w:t>
                </w:r>
              </w:sdtContent>
            </w:sdt>
            <w:r w:rsidR="00112B1D" w:rsidRPr="00881A98">
              <w:rPr>
                <w:color w:val="auto"/>
                <w:sz w:val="22"/>
              </w:rPr>
              <w:t xml:space="preserve">  </w:t>
            </w:r>
            <w:r w:rsidR="00112B1D">
              <w:rPr>
                <w:color w:val="auto"/>
                <w:sz w:val="22"/>
              </w:rPr>
              <w:t>Visual Arts</w:t>
            </w:r>
          </w:p>
        </w:tc>
      </w:tr>
      <w:tr w:rsidR="00112B1D" w:rsidRPr="00881A98" w14:paraId="42E65822" w14:textId="77777777" w:rsidTr="009D1752">
        <w:trPr>
          <w:cantSplit/>
          <w:trHeight w:val="20"/>
        </w:trPr>
        <w:tc>
          <w:tcPr>
            <w:tcW w:w="2456" w:type="dxa"/>
            <w:tcMar>
              <w:top w:w="120" w:type="dxa"/>
              <w:left w:w="130" w:type="dxa"/>
              <w:bottom w:w="120" w:type="dxa"/>
              <w:right w:w="130" w:type="dxa"/>
            </w:tcMar>
            <w:vAlign w:val="center"/>
          </w:tcPr>
          <w:p w14:paraId="3C179622" w14:textId="77777777" w:rsidR="00112B1D" w:rsidRPr="00881A98" w:rsidRDefault="005C6638" w:rsidP="009D1752">
            <w:pPr>
              <w:spacing w:after="20" w:line="240" w:lineRule="auto"/>
              <w:rPr>
                <w:rFonts w:ascii="Segoe UI Symbol" w:hAnsi="Segoe UI Symbol" w:cs="Segoe UI Symbol"/>
                <w:color w:val="auto"/>
                <w:sz w:val="22"/>
              </w:rPr>
            </w:pPr>
            <w:sdt>
              <w:sdtPr>
                <w:rPr>
                  <w:color w:val="auto"/>
                  <w:sz w:val="22"/>
                </w:rPr>
                <w:id w:val="1185935807"/>
                <w14:checkbox>
                  <w14:checked w14:val="0"/>
                  <w14:checkedState w14:val="2612" w14:font="MS Gothic"/>
                  <w14:uncheckedState w14:val="2610" w14:font="MS Gothic"/>
                </w14:checkbox>
              </w:sdtPr>
              <w:sdtEndPr/>
              <w:sdtContent>
                <w:r w:rsidR="00112B1D" w:rsidRPr="00881A98">
                  <w:rPr>
                    <w:rFonts w:ascii="Segoe UI Symbol" w:hAnsi="Segoe UI Symbol" w:cs="Segoe UI Symbol"/>
                    <w:color w:val="auto"/>
                    <w:sz w:val="22"/>
                  </w:rPr>
                  <w:t>☐</w:t>
                </w:r>
              </w:sdtContent>
            </w:sdt>
            <w:r w:rsidR="00112B1D" w:rsidRPr="00881A98">
              <w:rPr>
                <w:color w:val="auto"/>
                <w:sz w:val="22"/>
              </w:rPr>
              <w:t xml:space="preserve">  </w:t>
            </w:r>
            <w:r w:rsidR="00112B1D">
              <w:rPr>
                <w:color w:val="auto"/>
                <w:sz w:val="22"/>
              </w:rPr>
              <w:t>Design</w:t>
            </w:r>
          </w:p>
        </w:tc>
        <w:tc>
          <w:tcPr>
            <w:tcW w:w="2150" w:type="dxa"/>
            <w:tcMar>
              <w:top w:w="120" w:type="dxa"/>
              <w:left w:w="130" w:type="dxa"/>
              <w:bottom w:w="120" w:type="dxa"/>
              <w:right w:w="130" w:type="dxa"/>
            </w:tcMar>
            <w:vAlign w:val="center"/>
          </w:tcPr>
          <w:p w14:paraId="6FE759DC" w14:textId="77777777" w:rsidR="00112B1D" w:rsidRPr="00881A98" w:rsidRDefault="005C6638" w:rsidP="009D1752">
            <w:pPr>
              <w:spacing w:after="20" w:line="240" w:lineRule="auto"/>
              <w:rPr>
                <w:rFonts w:ascii="Segoe UI Symbol" w:hAnsi="Segoe UI Symbol" w:cs="Segoe UI Symbol"/>
                <w:color w:val="auto"/>
                <w:sz w:val="22"/>
              </w:rPr>
            </w:pPr>
            <w:sdt>
              <w:sdtPr>
                <w:rPr>
                  <w:color w:val="auto"/>
                  <w:sz w:val="22"/>
                </w:rPr>
                <w:id w:val="-74508242"/>
                <w14:checkbox>
                  <w14:checked w14:val="0"/>
                  <w14:checkedState w14:val="2612" w14:font="MS Gothic"/>
                  <w14:uncheckedState w14:val="2610" w14:font="MS Gothic"/>
                </w14:checkbox>
              </w:sdtPr>
              <w:sdtEndPr/>
              <w:sdtContent>
                <w:r w:rsidR="00112B1D" w:rsidRPr="00881A98">
                  <w:rPr>
                    <w:rFonts w:ascii="Segoe UI Symbol" w:hAnsi="Segoe UI Symbol" w:cs="Segoe UI Symbol"/>
                    <w:color w:val="auto"/>
                    <w:sz w:val="22"/>
                  </w:rPr>
                  <w:t>☐</w:t>
                </w:r>
              </w:sdtContent>
            </w:sdt>
            <w:r w:rsidR="00112B1D" w:rsidRPr="00881A98">
              <w:rPr>
                <w:color w:val="auto"/>
                <w:sz w:val="22"/>
              </w:rPr>
              <w:t xml:space="preserve">  </w:t>
            </w:r>
            <w:r w:rsidR="00112B1D">
              <w:rPr>
                <w:color w:val="auto"/>
                <w:sz w:val="22"/>
              </w:rPr>
              <w:t>Historic Building</w:t>
            </w:r>
          </w:p>
        </w:tc>
        <w:tc>
          <w:tcPr>
            <w:tcW w:w="2610" w:type="dxa"/>
            <w:vAlign w:val="center"/>
          </w:tcPr>
          <w:p w14:paraId="196F4004" w14:textId="77777777" w:rsidR="00112B1D" w:rsidRPr="00881A98" w:rsidRDefault="005C6638" w:rsidP="009D1752">
            <w:pPr>
              <w:spacing w:after="20" w:line="240" w:lineRule="auto"/>
              <w:rPr>
                <w:color w:val="auto"/>
                <w:sz w:val="22"/>
              </w:rPr>
            </w:pPr>
            <w:sdt>
              <w:sdtPr>
                <w:rPr>
                  <w:color w:val="auto"/>
                  <w:sz w:val="22"/>
                </w:rPr>
                <w:id w:val="1421686735"/>
                <w14:checkbox>
                  <w14:checked w14:val="0"/>
                  <w14:checkedState w14:val="2612" w14:font="MS Gothic"/>
                  <w14:uncheckedState w14:val="2610" w14:font="MS Gothic"/>
                </w14:checkbox>
              </w:sdtPr>
              <w:sdtEndPr/>
              <w:sdtContent>
                <w:r w:rsidR="00112B1D" w:rsidRPr="00881A98">
                  <w:rPr>
                    <w:rFonts w:ascii="Segoe UI Symbol" w:hAnsi="Segoe UI Symbol" w:cs="Segoe UI Symbol"/>
                    <w:color w:val="auto"/>
                    <w:sz w:val="22"/>
                  </w:rPr>
                  <w:t>☐</w:t>
                </w:r>
              </w:sdtContent>
            </w:sdt>
            <w:r w:rsidR="00112B1D" w:rsidRPr="00881A98">
              <w:rPr>
                <w:color w:val="auto"/>
                <w:sz w:val="22"/>
              </w:rPr>
              <w:t xml:space="preserve">  </w:t>
            </w:r>
            <w:r w:rsidR="00112B1D">
              <w:rPr>
                <w:color w:val="auto"/>
                <w:sz w:val="22"/>
              </w:rPr>
              <w:t>Poetry</w:t>
            </w:r>
          </w:p>
        </w:tc>
        <w:tc>
          <w:tcPr>
            <w:tcW w:w="2565" w:type="dxa"/>
            <w:vAlign w:val="center"/>
          </w:tcPr>
          <w:p w14:paraId="5BF78CED" w14:textId="58D7352B" w:rsidR="00112B1D" w:rsidRPr="00881A98" w:rsidRDefault="005C6638" w:rsidP="009D1752">
            <w:pPr>
              <w:spacing w:after="20" w:line="240" w:lineRule="auto"/>
              <w:rPr>
                <w:color w:val="auto"/>
                <w:sz w:val="22"/>
              </w:rPr>
            </w:pPr>
            <w:sdt>
              <w:sdtPr>
                <w:rPr>
                  <w:color w:val="auto"/>
                  <w:sz w:val="22"/>
                </w:rPr>
                <w:id w:val="1487899846"/>
                <w14:checkbox>
                  <w14:checked w14:val="0"/>
                  <w14:checkedState w14:val="2612" w14:font="MS Gothic"/>
                  <w14:uncheckedState w14:val="2610" w14:font="MS Gothic"/>
                </w14:checkbox>
              </w:sdtPr>
              <w:sdtEndPr/>
              <w:sdtContent>
                <w:r w:rsidR="00C90F30" w:rsidRPr="00881A98">
                  <w:rPr>
                    <w:rFonts w:ascii="Segoe UI Symbol" w:hAnsi="Segoe UI Symbol" w:cs="Segoe UI Symbol"/>
                    <w:color w:val="auto"/>
                    <w:sz w:val="22"/>
                  </w:rPr>
                  <w:t>☐</w:t>
                </w:r>
              </w:sdtContent>
            </w:sdt>
            <w:r w:rsidR="00C90F30" w:rsidRPr="00881A98">
              <w:rPr>
                <w:color w:val="auto"/>
                <w:sz w:val="22"/>
              </w:rPr>
              <w:t xml:space="preserve">  </w:t>
            </w:r>
            <w:r w:rsidR="00C90F30">
              <w:rPr>
                <w:color w:val="auto"/>
                <w:sz w:val="22"/>
              </w:rPr>
              <w:t>Other</w:t>
            </w:r>
          </w:p>
        </w:tc>
      </w:tr>
      <w:tr w:rsidR="00112B1D" w:rsidRPr="00881A98" w14:paraId="29272B7D" w14:textId="77777777" w:rsidTr="009D1752">
        <w:trPr>
          <w:cantSplit/>
          <w:trHeight w:val="20"/>
        </w:trPr>
        <w:tc>
          <w:tcPr>
            <w:tcW w:w="2456" w:type="dxa"/>
            <w:tcMar>
              <w:top w:w="120" w:type="dxa"/>
              <w:left w:w="130" w:type="dxa"/>
              <w:bottom w:w="120" w:type="dxa"/>
              <w:right w:w="130" w:type="dxa"/>
            </w:tcMar>
            <w:vAlign w:val="center"/>
          </w:tcPr>
          <w:p w14:paraId="19CFE9BE" w14:textId="77777777" w:rsidR="00112B1D" w:rsidRPr="00881A98" w:rsidRDefault="005C6638" w:rsidP="009D1752">
            <w:pPr>
              <w:spacing w:after="20" w:line="240" w:lineRule="auto"/>
              <w:rPr>
                <w:rFonts w:ascii="Segoe UI Symbol" w:hAnsi="Segoe UI Symbol" w:cs="Segoe UI Symbol"/>
                <w:color w:val="auto"/>
                <w:sz w:val="22"/>
              </w:rPr>
            </w:pPr>
            <w:sdt>
              <w:sdtPr>
                <w:rPr>
                  <w:color w:val="auto"/>
                  <w:sz w:val="22"/>
                </w:rPr>
                <w:id w:val="-1705159870"/>
                <w14:checkbox>
                  <w14:checked w14:val="0"/>
                  <w14:checkedState w14:val="2612" w14:font="MS Gothic"/>
                  <w14:uncheckedState w14:val="2610" w14:font="MS Gothic"/>
                </w14:checkbox>
              </w:sdtPr>
              <w:sdtEndPr/>
              <w:sdtContent>
                <w:r w:rsidR="00112B1D" w:rsidRPr="00881A98">
                  <w:rPr>
                    <w:rFonts w:ascii="Segoe UI Symbol" w:hAnsi="Segoe UI Symbol" w:cs="Segoe UI Symbol"/>
                    <w:color w:val="auto"/>
                    <w:sz w:val="22"/>
                  </w:rPr>
                  <w:t>☐</w:t>
                </w:r>
              </w:sdtContent>
            </w:sdt>
            <w:r w:rsidR="00112B1D" w:rsidRPr="00881A98">
              <w:rPr>
                <w:color w:val="auto"/>
                <w:sz w:val="22"/>
              </w:rPr>
              <w:t xml:space="preserve">  </w:t>
            </w:r>
            <w:r w:rsidR="00112B1D">
              <w:rPr>
                <w:color w:val="auto"/>
                <w:sz w:val="22"/>
              </w:rPr>
              <w:t>Digital</w:t>
            </w:r>
          </w:p>
        </w:tc>
        <w:tc>
          <w:tcPr>
            <w:tcW w:w="2150" w:type="dxa"/>
            <w:tcMar>
              <w:top w:w="120" w:type="dxa"/>
              <w:left w:w="130" w:type="dxa"/>
              <w:bottom w:w="120" w:type="dxa"/>
              <w:right w:w="130" w:type="dxa"/>
            </w:tcMar>
            <w:vAlign w:val="center"/>
          </w:tcPr>
          <w:p w14:paraId="5846EC3F" w14:textId="77777777" w:rsidR="00112B1D" w:rsidRPr="00881A98" w:rsidRDefault="005C6638" w:rsidP="009D1752">
            <w:pPr>
              <w:spacing w:after="20" w:line="240" w:lineRule="auto"/>
              <w:rPr>
                <w:rFonts w:ascii="Segoe UI Symbol" w:hAnsi="Segoe UI Symbol" w:cs="Segoe UI Symbol"/>
                <w:color w:val="auto"/>
                <w:sz w:val="22"/>
              </w:rPr>
            </w:pPr>
            <w:sdt>
              <w:sdtPr>
                <w:rPr>
                  <w:color w:val="auto"/>
                  <w:sz w:val="22"/>
                </w:rPr>
                <w:id w:val="-316812283"/>
                <w14:checkbox>
                  <w14:checked w14:val="0"/>
                  <w14:checkedState w14:val="2612" w14:font="MS Gothic"/>
                  <w14:uncheckedState w14:val="2610" w14:font="MS Gothic"/>
                </w14:checkbox>
              </w:sdtPr>
              <w:sdtEndPr/>
              <w:sdtContent>
                <w:r w:rsidR="00112B1D" w:rsidRPr="00881A98">
                  <w:rPr>
                    <w:rFonts w:ascii="Segoe UI Symbol" w:hAnsi="Segoe UI Symbol" w:cs="Segoe UI Symbol"/>
                    <w:color w:val="auto"/>
                    <w:sz w:val="22"/>
                  </w:rPr>
                  <w:t>☐</w:t>
                </w:r>
              </w:sdtContent>
            </w:sdt>
            <w:r w:rsidR="00112B1D" w:rsidRPr="00881A98">
              <w:rPr>
                <w:color w:val="auto"/>
                <w:sz w:val="22"/>
              </w:rPr>
              <w:t xml:space="preserve">  </w:t>
            </w:r>
            <w:r w:rsidR="00112B1D">
              <w:rPr>
                <w:color w:val="auto"/>
                <w:sz w:val="22"/>
              </w:rPr>
              <w:t>Heritage</w:t>
            </w:r>
          </w:p>
        </w:tc>
        <w:tc>
          <w:tcPr>
            <w:tcW w:w="2610" w:type="dxa"/>
            <w:vAlign w:val="center"/>
          </w:tcPr>
          <w:p w14:paraId="33E21F01" w14:textId="77777777" w:rsidR="00112B1D" w:rsidRPr="00881A98" w:rsidRDefault="005C6638" w:rsidP="009D1752">
            <w:pPr>
              <w:spacing w:after="20" w:line="240" w:lineRule="auto"/>
              <w:rPr>
                <w:color w:val="auto"/>
                <w:sz w:val="22"/>
              </w:rPr>
            </w:pPr>
            <w:sdt>
              <w:sdtPr>
                <w:rPr>
                  <w:color w:val="auto"/>
                  <w:sz w:val="22"/>
                </w:rPr>
                <w:id w:val="1526603231"/>
                <w14:checkbox>
                  <w14:checked w14:val="0"/>
                  <w14:checkedState w14:val="2612" w14:font="MS Gothic"/>
                  <w14:uncheckedState w14:val="2610" w14:font="MS Gothic"/>
                </w14:checkbox>
              </w:sdtPr>
              <w:sdtEndPr/>
              <w:sdtContent>
                <w:r w:rsidR="00112B1D" w:rsidRPr="00881A98">
                  <w:rPr>
                    <w:rFonts w:ascii="Segoe UI Symbol" w:hAnsi="Segoe UI Symbol" w:cs="Segoe UI Symbol"/>
                    <w:color w:val="auto"/>
                    <w:sz w:val="22"/>
                  </w:rPr>
                  <w:t>☐</w:t>
                </w:r>
              </w:sdtContent>
            </w:sdt>
            <w:r w:rsidR="00112B1D" w:rsidRPr="00881A98">
              <w:rPr>
                <w:color w:val="auto"/>
                <w:sz w:val="22"/>
              </w:rPr>
              <w:t xml:space="preserve">  </w:t>
            </w:r>
            <w:r w:rsidR="00112B1D">
              <w:rPr>
                <w:color w:val="auto"/>
                <w:sz w:val="22"/>
              </w:rPr>
              <w:t>Publishing</w:t>
            </w:r>
          </w:p>
        </w:tc>
        <w:tc>
          <w:tcPr>
            <w:tcW w:w="2565" w:type="dxa"/>
            <w:vAlign w:val="center"/>
          </w:tcPr>
          <w:p w14:paraId="04CC3558" w14:textId="2246CEDA" w:rsidR="00112B1D" w:rsidRPr="00881A98" w:rsidRDefault="00112B1D" w:rsidP="009D1752">
            <w:pPr>
              <w:spacing w:after="20" w:line="240" w:lineRule="auto"/>
              <w:rPr>
                <w:color w:val="auto"/>
                <w:sz w:val="22"/>
              </w:rPr>
            </w:pPr>
          </w:p>
        </w:tc>
      </w:tr>
    </w:tbl>
    <w:p w14:paraId="5EBC2EED" w14:textId="4E15368A" w:rsidR="00112B1D" w:rsidRDefault="00112B1D" w:rsidP="00B3238A">
      <w:pPr>
        <w:keepNext/>
        <w:spacing w:after="40" w:line="240" w:lineRule="auto"/>
        <w:rPr>
          <w:b/>
          <w:color w:val="auto"/>
          <w:sz w:val="22"/>
        </w:rPr>
      </w:pPr>
      <w:r w:rsidRPr="00C83537">
        <w:rPr>
          <w:b/>
          <w:color w:val="auto"/>
          <w:sz w:val="22"/>
        </w:rPr>
        <w:lastRenderedPageBreak/>
        <w:br/>
      </w:r>
      <w:r w:rsidRPr="007223CC">
        <w:rPr>
          <w:b/>
          <w:color w:val="auto"/>
          <w:sz w:val="22"/>
        </w:rPr>
        <w:t>Do</w:t>
      </w:r>
      <w:r w:rsidR="0010435C">
        <w:rPr>
          <w:b/>
          <w:color w:val="auto"/>
          <w:sz w:val="22"/>
        </w:rPr>
        <w:t xml:space="preserve"> you or your </w:t>
      </w:r>
      <w:proofErr w:type="spellStart"/>
      <w:r w:rsidRPr="007223CC">
        <w:rPr>
          <w:b/>
          <w:color w:val="auto"/>
          <w:sz w:val="22"/>
        </w:rPr>
        <w:t>organisation</w:t>
      </w:r>
      <w:proofErr w:type="spellEnd"/>
      <w:r w:rsidRPr="007223CC">
        <w:rPr>
          <w:b/>
          <w:color w:val="auto"/>
          <w:sz w:val="22"/>
        </w:rPr>
        <w:t xml:space="preserve"> work across any additional disciplines or areas?</w:t>
      </w:r>
    </w:p>
    <w:p w14:paraId="7461361A" w14:textId="77777777" w:rsidR="00112B1D" w:rsidRPr="0016104D" w:rsidRDefault="00112B1D" w:rsidP="00112B1D">
      <w:pPr>
        <w:keepNext/>
        <w:spacing w:after="0" w:line="240" w:lineRule="auto"/>
        <w:rPr>
          <w:bCs/>
          <w:color w:val="595959" w:themeColor="text1" w:themeTint="A6"/>
          <w:sz w:val="22"/>
        </w:rPr>
      </w:pPr>
      <w:proofErr w:type="gramStart"/>
      <w:r w:rsidRPr="0016104D">
        <w:rPr>
          <w:bCs/>
          <w:color w:val="595959" w:themeColor="text1" w:themeTint="A6"/>
          <w:sz w:val="22"/>
        </w:rPr>
        <w:t>Tick</w:t>
      </w:r>
      <w:proofErr w:type="gramEnd"/>
      <w:r w:rsidRPr="0016104D">
        <w:rPr>
          <w:bCs/>
          <w:color w:val="595959" w:themeColor="text1" w:themeTint="A6"/>
          <w:sz w:val="22"/>
        </w:rPr>
        <w:t xml:space="preserve"> all other options that form a significant part of your work. Do not select occasional or incidental activity, and do not re-select your primary choice. </w:t>
      </w:r>
    </w:p>
    <w:p w14:paraId="506574E3" w14:textId="77777777" w:rsidR="00112B1D" w:rsidRPr="00C83537" w:rsidRDefault="00112B1D" w:rsidP="00112B1D">
      <w:pPr>
        <w:keepNext/>
        <w:spacing w:after="0" w:line="240" w:lineRule="auto"/>
        <w:rPr>
          <w:b/>
          <w:color w:val="auto"/>
          <w:sz w:val="22"/>
        </w:rPr>
      </w:pPr>
    </w:p>
    <w:tbl>
      <w:tblPr>
        <w:tblW w:w="9781" w:type="dxa"/>
        <w:tblInd w:w="-8" w:type="dxa"/>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456"/>
        <w:gridCol w:w="2150"/>
        <w:gridCol w:w="2610"/>
        <w:gridCol w:w="2565"/>
      </w:tblGrid>
      <w:tr w:rsidR="00112B1D" w:rsidRPr="00881A98" w14:paraId="4227580B" w14:textId="77777777" w:rsidTr="009D1752">
        <w:trPr>
          <w:cantSplit/>
          <w:trHeight w:val="20"/>
        </w:trPr>
        <w:tc>
          <w:tcPr>
            <w:tcW w:w="2456" w:type="dxa"/>
            <w:tcMar>
              <w:top w:w="120" w:type="dxa"/>
              <w:left w:w="130" w:type="dxa"/>
              <w:bottom w:w="120" w:type="dxa"/>
              <w:right w:w="130" w:type="dxa"/>
            </w:tcMar>
            <w:vAlign w:val="center"/>
          </w:tcPr>
          <w:p w14:paraId="5F420274" w14:textId="77777777" w:rsidR="00112B1D" w:rsidRPr="00881A98" w:rsidRDefault="005C6638" w:rsidP="009D1752">
            <w:pPr>
              <w:spacing w:after="20" w:line="240" w:lineRule="auto"/>
              <w:rPr>
                <w:color w:val="auto"/>
                <w:sz w:val="22"/>
              </w:rPr>
            </w:pPr>
            <w:sdt>
              <w:sdtPr>
                <w:rPr>
                  <w:color w:val="auto"/>
                  <w:sz w:val="22"/>
                </w:rPr>
                <w:id w:val="-2042811961"/>
                <w14:checkbox>
                  <w14:checked w14:val="0"/>
                  <w14:checkedState w14:val="2612" w14:font="MS Gothic"/>
                  <w14:uncheckedState w14:val="2610" w14:font="MS Gothic"/>
                </w14:checkbox>
              </w:sdtPr>
              <w:sdtEndPr/>
              <w:sdtContent>
                <w:r w:rsidR="00112B1D" w:rsidRPr="00881A98">
                  <w:rPr>
                    <w:rFonts w:ascii="Segoe UI Symbol" w:hAnsi="Segoe UI Symbol" w:cs="Segoe UI Symbol"/>
                    <w:color w:val="auto"/>
                    <w:sz w:val="22"/>
                  </w:rPr>
                  <w:t>☐</w:t>
                </w:r>
              </w:sdtContent>
            </w:sdt>
            <w:r w:rsidR="00112B1D" w:rsidRPr="00881A98">
              <w:rPr>
                <w:color w:val="auto"/>
                <w:sz w:val="22"/>
              </w:rPr>
              <w:t xml:space="preserve">  </w:t>
            </w:r>
            <w:r w:rsidR="00112B1D">
              <w:rPr>
                <w:color w:val="auto"/>
                <w:sz w:val="22"/>
              </w:rPr>
              <w:t>Archive</w:t>
            </w:r>
          </w:p>
        </w:tc>
        <w:tc>
          <w:tcPr>
            <w:tcW w:w="2150" w:type="dxa"/>
            <w:tcMar>
              <w:top w:w="120" w:type="dxa"/>
              <w:left w:w="130" w:type="dxa"/>
              <w:bottom w:w="120" w:type="dxa"/>
              <w:right w:w="130" w:type="dxa"/>
            </w:tcMar>
            <w:vAlign w:val="center"/>
          </w:tcPr>
          <w:p w14:paraId="0264FBC1" w14:textId="77777777" w:rsidR="00112B1D" w:rsidRPr="00881A98" w:rsidRDefault="005C6638" w:rsidP="009D1752">
            <w:pPr>
              <w:spacing w:after="20" w:line="240" w:lineRule="auto"/>
              <w:rPr>
                <w:color w:val="auto"/>
                <w:sz w:val="22"/>
              </w:rPr>
            </w:pPr>
            <w:sdt>
              <w:sdtPr>
                <w:rPr>
                  <w:color w:val="auto"/>
                  <w:sz w:val="22"/>
                </w:rPr>
                <w:id w:val="306909572"/>
                <w14:checkbox>
                  <w14:checked w14:val="0"/>
                  <w14:checkedState w14:val="2612" w14:font="MS Gothic"/>
                  <w14:uncheckedState w14:val="2610" w14:font="MS Gothic"/>
                </w14:checkbox>
              </w:sdtPr>
              <w:sdtEndPr/>
              <w:sdtContent>
                <w:r w:rsidR="00112B1D" w:rsidRPr="00881A98">
                  <w:rPr>
                    <w:rFonts w:ascii="Segoe UI Symbol" w:hAnsi="Segoe UI Symbol" w:cs="Segoe UI Symbol"/>
                    <w:color w:val="auto"/>
                    <w:sz w:val="22"/>
                  </w:rPr>
                  <w:t>☐</w:t>
                </w:r>
              </w:sdtContent>
            </w:sdt>
            <w:r w:rsidR="00112B1D" w:rsidRPr="00881A98">
              <w:rPr>
                <w:color w:val="auto"/>
                <w:sz w:val="22"/>
              </w:rPr>
              <w:t xml:space="preserve">  </w:t>
            </w:r>
            <w:r w:rsidR="00112B1D">
              <w:rPr>
                <w:color w:val="auto"/>
                <w:sz w:val="22"/>
              </w:rPr>
              <w:t>Fashion</w:t>
            </w:r>
          </w:p>
        </w:tc>
        <w:tc>
          <w:tcPr>
            <w:tcW w:w="2610" w:type="dxa"/>
            <w:vAlign w:val="center"/>
          </w:tcPr>
          <w:p w14:paraId="771AC5E5" w14:textId="77777777" w:rsidR="00112B1D" w:rsidRPr="00881A98" w:rsidRDefault="005C6638" w:rsidP="009D1752">
            <w:pPr>
              <w:spacing w:after="20" w:line="240" w:lineRule="auto"/>
              <w:rPr>
                <w:color w:val="auto"/>
                <w:sz w:val="22"/>
              </w:rPr>
            </w:pPr>
            <w:sdt>
              <w:sdtPr>
                <w:rPr>
                  <w:color w:val="auto"/>
                  <w:sz w:val="22"/>
                </w:rPr>
                <w:id w:val="1247846768"/>
                <w14:checkbox>
                  <w14:checked w14:val="0"/>
                  <w14:checkedState w14:val="2612" w14:font="MS Gothic"/>
                  <w14:uncheckedState w14:val="2610" w14:font="MS Gothic"/>
                </w14:checkbox>
              </w:sdtPr>
              <w:sdtEndPr/>
              <w:sdtContent>
                <w:r w:rsidR="00112B1D" w:rsidRPr="00881A98">
                  <w:rPr>
                    <w:rFonts w:ascii="Segoe UI Symbol" w:hAnsi="Segoe UI Symbol" w:cs="Segoe UI Symbol"/>
                    <w:color w:val="auto"/>
                    <w:sz w:val="22"/>
                  </w:rPr>
                  <w:t>☐</w:t>
                </w:r>
              </w:sdtContent>
            </w:sdt>
            <w:r w:rsidR="00112B1D" w:rsidRPr="00881A98">
              <w:rPr>
                <w:color w:val="auto"/>
                <w:sz w:val="22"/>
              </w:rPr>
              <w:t xml:space="preserve">  </w:t>
            </w:r>
            <w:r w:rsidR="00112B1D">
              <w:rPr>
                <w:color w:val="auto"/>
                <w:sz w:val="22"/>
              </w:rPr>
              <w:t>Library</w:t>
            </w:r>
          </w:p>
        </w:tc>
        <w:tc>
          <w:tcPr>
            <w:tcW w:w="2565" w:type="dxa"/>
            <w:vAlign w:val="center"/>
          </w:tcPr>
          <w:p w14:paraId="5926D788" w14:textId="77777777" w:rsidR="00112B1D" w:rsidRPr="00881A98" w:rsidRDefault="005C6638" w:rsidP="009D1752">
            <w:pPr>
              <w:spacing w:after="20" w:line="240" w:lineRule="auto"/>
              <w:rPr>
                <w:color w:val="auto"/>
                <w:sz w:val="22"/>
              </w:rPr>
            </w:pPr>
            <w:sdt>
              <w:sdtPr>
                <w:rPr>
                  <w:color w:val="auto"/>
                  <w:sz w:val="22"/>
                </w:rPr>
                <w:id w:val="-1436290143"/>
                <w14:checkbox>
                  <w14:checked w14:val="0"/>
                  <w14:checkedState w14:val="2612" w14:font="MS Gothic"/>
                  <w14:uncheckedState w14:val="2610" w14:font="MS Gothic"/>
                </w14:checkbox>
              </w:sdtPr>
              <w:sdtEndPr/>
              <w:sdtContent>
                <w:r w:rsidR="00112B1D" w:rsidRPr="00881A98">
                  <w:rPr>
                    <w:rFonts w:ascii="Segoe UI Symbol" w:hAnsi="Segoe UI Symbol" w:cs="Segoe UI Symbol"/>
                    <w:color w:val="auto"/>
                    <w:sz w:val="22"/>
                  </w:rPr>
                  <w:t>☐</w:t>
                </w:r>
              </w:sdtContent>
            </w:sdt>
            <w:r w:rsidR="00112B1D" w:rsidRPr="00881A98">
              <w:rPr>
                <w:color w:val="auto"/>
                <w:sz w:val="22"/>
              </w:rPr>
              <w:t xml:space="preserve">  </w:t>
            </w:r>
            <w:r w:rsidR="00112B1D">
              <w:rPr>
                <w:color w:val="auto"/>
                <w:sz w:val="22"/>
              </w:rPr>
              <w:t>Radio</w:t>
            </w:r>
          </w:p>
        </w:tc>
      </w:tr>
      <w:tr w:rsidR="00112B1D" w:rsidRPr="00881A98" w14:paraId="54CBC0F9" w14:textId="77777777" w:rsidTr="009D1752">
        <w:trPr>
          <w:cantSplit/>
          <w:trHeight w:val="20"/>
        </w:trPr>
        <w:tc>
          <w:tcPr>
            <w:tcW w:w="2456" w:type="dxa"/>
            <w:tcMar>
              <w:top w:w="120" w:type="dxa"/>
              <w:left w:w="130" w:type="dxa"/>
              <w:bottom w:w="120" w:type="dxa"/>
              <w:right w:w="130" w:type="dxa"/>
            </w:tcMar>
            <w:vAlign w:val="center"/>
          </w:tcPr>
          <w:p w14:paraId="7A697D74" w14:textId="77777777" w:rsidR="00112B1D" w:rsidRPr="00881A98" w:rsidRDefault="005C6638" w:rsidP="009D1752">
            <w:pPr>
              <w:spacing w:after="20" w:line="240" w:lineRule="auto"/>
              <w:rPr>
                <w:color w:val="auto"/>
                <w:sz w:val="22"/>
              </w:rPr>
            </w:pPr>
            <w:sdt>
              <w:sdtPr>
                <w:rPr>
                  <w:color w:val="auto"/>
                  <w:sz w:val="22"/>
                </w:rPr>
                <w:id w:val="-758065110"/>
                <w14:checkbox>
                  <w14:checked w14:val="0"/>
                  <w14:checkedState w14:val="2612" w14:font="MS Gothic"/>
                  <w14:uncheckedState w14:val="2610" w14:font="MS Gothic"/>
                </w14:checkbox>
              </w:sdtPr>
              <w:sdtEndPr/>
              <w:sdtContent>
                <w:r w:rsidR="00112B1D" w:rsidRPr="00881A98">
                  <w:rPr>
                    <w:rFonts w:ascii="Segoe UI Symbol" w:hAnsi="Segoe UI Symbol" w:cs="Segoe UI Symbol"/>
                    <w:color w:val="auto"/>
                    <w:sz w:val="22"/>
                  </w:rPr>
                  <w:t>☐</w:t>
                </w:r>
              </w:sdtContent>
            </w:sdt>
            <w:r w:rsidR="00112B1D" w:rsidRPr="00881A98">
              <w:rPr>
                <w:color w:val="auto"/>
                <w:sz w:val="22"/>
              </w:rPr>
              <w:t xml:space="preserve">  </w:t>
            </w:r>
            <w:r w:rsidR="00112B1D">
              <w:rPr>
                <w:color w:val="auto"/>
                <w:sz w:val="22"/>
              </w:rPr>
              <w:t>Attraction</w:t>
            </w:r>
          </w:p>
        </w:tc>
        <w:tc>
          <w:tcPr>
            <w:tcW w:w="2150" w:type="dxa"/>
            <w:tcMar>
              <w:top w:w="120" w:type="dxa"/>
              <w:left w:w="130" w:type="dxa"/>
              <w:bottom w:w="120" w:type="dxa"/>
              <w:right w:w="130" w:type="dxa"/>
            </w:tcMar>
            <w:vAlign w:val="center"/>
          </w:tcPr>
          <w:p w14:paraId="3BFEB4B7" w14:textId="77777777" w:rsidR="00112B1D" w:rsidRPr="00881A98" w:rsidRDefault="005C6638" w:rsidP="009D1752">
            <w:pPr>
              <w:spacing w:after="20" w:line="240" w:lineRule="auto"/>
              <w:rPr>
                <w:color w:val="auto"/>
                <w:sz w:val="22"/>
              </w:rPr>
            </w:pPr>
            <w:sdt>
              <w:sdtPr>
                <w:rPr>
                  <w:color w:val="auto"/>
                  <w:sz w:val="22"/>
                </w:rPr>
                <w:id w:val="717095673"/>
                <w14:checkbox>
                  <w14:checked w14:val="0"/>
                  <w14:checkedState w14:val="2612" w14:font="MS Gothic"/>
                  <w14:uncheckedState w14:val="2610" w14:font="MS Gothic"/>
                </w14:checkbox>
              </w:sdtPr>
              <w:sdtEndPr/>
              <w:sdtContent>
                <w:r w:rsidR="00112B1D" w:rsidRPr="00881A98">
                  <w:rPr>
                    <w:rFonts w:ascii="Segoe UI Symbol" w:hAnsi="Segoe UI Symbol" w:cs="Segoe UI Symbol"/>
                    <w:color w:val="auto"/>
                    <w:sz w:val="22"/>
                  </w:rPr>
                  <w:t>☐</w:t>
                </w:r>
              </w:sdtContent>
            </w:sdt>
            <w:r w:rsidR="00112B1D" w:rsidRPr="00881A98">
              <w:rPr>
                <w:color w:val="auto"/>
                <w:sz w:val="22"/>
              </w:rPr>
              <w:t xml:space="preserve">  </w:t>
            </w:r>
            <w:r w:rsidR="00112B1D">
              <w:rPr>
                <w:color w:val="auto"/>
                <w:sz w:val="22"/>
              </w:rPr>
              <w:t>Festival</w:t>
            </w:r>
          </w:p>
        </w:tc>
        <w:tc>
          <w:tcPr>
            <w:tcW w:w="2610" w:type="dxa"/>
            <w:vAlign w:val="center"/>
          </w:tcPr>
          <w:p w14:paraId="3567A7C6" w14:textId="77777777" w:rsidR="00112B1D" w:rsidRPr="00881A98" w:rsidRDefault="005C6638" w:rsidP="009D1752">
            <w:pPr>
              <w:spacing w:after="20" w:line="240" w:lineRule="auto"/>
              <w:rPr>
                <w:color w:val="auto"/>
                <w:sz w:val="22"/>
              </w:rPr>
            </w:pPr>
            <w:sdt>
              <w:sdtPr>
                <w:rPr>
                  <w:color w:val="auto"/>
                  <w:sz w:val="22"/>
                </w:rPr>
                <w:id w:val="1494985717"/>
                <w14:checkbox>
                  <w14:checked w14:val="0"/>
                  <w14:checkedState w14:val="2612" w14:font="MS Gothic"/>
                  <w14:uncheckedState w14:val="2610" w14:font="MS Gothic"/>
                </w14:checkbox>
              </w:sdtPr>
              <w:sdtEndPr/>
              <w:sdtContent>
                <w:r w:rsidR="00112B1D" w:rsidRPr="00881A98">
                  <w:rPr>
                    <w:rFonts w:ascii="Segoe UI Symbol" w:hAnsi="Segoe UI Symbol" w:cs="Segoe UI Symbol"/>
                    <w:color w:val="auto"/>
                    <w:sz w:val="22"/>
                  </w:rPr>
                  <w:t>☐</w:t>
                </w:r>
              </w:sdtContent>
            </w:sdt>
            <w:r w:rsidR="00112B1D" w:rsidRPr="00881A98">
              <w:rPr>
                <w:color w:val="auto"/>
                <w:sz w:val="22"/>
              </w:rPr>
              <w:t xml:space="preserve">  </w:t>
            </w:r>
            <w:r w:rsidR="00112B1D">
              <w:rPr>
                <w:color w:val="auto"/>
                <w:sz w:val="22"/>
              </w:rPr>
              <w:t>Literature</w:t>
            </w:r>
          </w:p>
        </w:tc>
        <w:tc>
          <w:tcPr>
            <w:tcW w:w="2565" w:type="dxa"/>
            <w:vAlign w:val="center"/>
          </w:tcPr>
          <w:p w14:paraId="649C21DB" w14:textId="77777777" w:rsidR="00112B1D" w:rsidRPr="00881A98" w:rsidRDefault="005C6638" w:rsidP="009D1752">
            <w:pPr>
              <w:spacing w:after="20" w:line="240" w:lineRule="auto"/>
              <w:rPr>
                <w:color w:val="auto"/>
                <w:sz w:val="22"/>
              </w:rPr>
            </w:pPr>
            <w:sdt>
              <w:sdtPr>
                <w:rPr>
                  <w:color w:val="auto"/>
                  <w:sz w:val="22"/>
                </w:rPr>
                <w:id w:val="765667381"/>
                <w14:checkbox>
                  <w14:checked w14:val="0"/>
                  <w14:checkedState w14:val="2612" w14:font="MS Gothic"/>
                  <w14:uncheckedState w14:val="2610" w14:font="MS Gothic"/>
                </w14:checkbox>
              </w:sdtPr>
              <w:sdtEndPr/>
              <w:sdtContent>
                <w:r w:rsidR="00112B1D" w:rsidRPr="00881A98">
                  <w:rPr>
                    <w:rFonts w:ascii="Segoe UI Symbol" w:hAnsi="Segoe UI Symbol" w:cs="Segoe UI Symbol"/>
                    <w:color w:val="auto"/>
                    <w:sz w:val="22"/>
                  </w:rPr>
                  <w:t>☐</w:t>
                </w:r>
              </w:sdtContent>
            </w:sdt>
            <w:r w:rsidR="00112B1D" w:rsidRPr="00881A98">
              <w:rPr>
                <w:color w:val="auto"/>
                <w:sz w:val="22"/>
              </w:rPr>
              <w:t xml:space="preserve">  </w:t>
            </w:r>
            <w:r w:rsidR="00112B1D">
              <w:rPr>
                <w:color w:val="auto"/>
                <w:sz w:val="22"/>
              </w:rPr>
              <w:t>TV</w:t>
            </w:r>
          </w:p>
        </w:tc>
      </w:tr>
      <w:tr w:rsidR="00112B1D" w:rsidRPr="00881A98" w14:paraId="0BEB7CC0" w14:textId="77777777" w:rsidTr="009D1752">
        <w:trPr>
          <w:cantSplit/>
          <w:trHeight w:val="20"/>
        </w:trPr>
        <w:tc>
          <w:tcPr>
            <w:tcW w:w="2456" w:type="dxa"/>
            <w:tcMar>
              <w:top w:w="120" w:type="dxa"/>
              <w:left w:w="130" w:type="dxa"/>
              <w:bottom w:w="120" w:type="dxa"/>
              <w:right w:w="130" w:type="dxa"/>
            </w:tcMar>
            <w:vAlign w:val="center"/>
          </w:tcPr>
          <w:p w14:paraId="27B6F84F" w14:textId="77777777" w:rsidR="00112B1D" w:rsidRPr="00881A98" w:rsidRDefault="005C6638" w:rsidP="009D1752">
            <w:pPr>
              <w:spacing w:after="20" w:line="240" w:lineRule="auto"/>
              <w:rPr>
                <w:color w:val="auto"/>
                <w:sz w:val="22"/>
              </w:rPr>
            </w:pPr>
            <w:sdt>
              <w:sdtPr>
                <w:rPr>
                  <w:color w:val="auto"/>
                  <w:sz w:val="22"/>
                </w:rPr>
                <w:id w:val="-1235541401"/>
                <w14:checkbox>
                  <w14:checked w14:val="0"/>
                  <w14:checkedState w14:val="2612" w14:font="MS Gothic"/>
                  <w14:uncheckedState w14:val="2610" w14:font="MS Gothic"/>
                </w14:checkbox>
              </w:sdtPr>
              <w:sdtEndPr/>
              <w:sdtContent>
                <w:r w:rsidR="00112B1D" w:rsidRPr="00881A98">
                  <w:rPr>
                    <w:rFonts w:ascii="Segoe UI Symbol" w:hAnsi="Segoe UI Symbol" w:cs="Segoe UI Symbol"/>
                    <w:color w:val="auto"/>
                    <w:sz w:val="22"/>
                  </w:rPr>
                  <w:t>☐</w:t>
                </w:r>
              </w:sdtContent>
            </w:sdt>
            <w:r w:rsidR="00112B1D" w:rsidRPr="00881A98">
              <w:rPr>
                <w:color w:val="auto"/>
                <w:sz w:val="22"/>
              </w:rPr>
              <w:t xml:space="preserve">  </w:t>
            </w:r>
            <w:r w:rsidR="00112B1D">
              <w:rPr>
                <w:color w:val="auto"/>
                <w:sz w:val="22"/>
              </w:rPr>
              <w:t>Collection</w:t>
            </w:r>
          </w:p>
        </w:tc>
        <w:tc>
          <w:tcPr>
            <w:tcW w:w="2150" w:type="dxa"/>
            <w:tcMar>
              <w:top w:w="120" w:type="dxa"/>
              <w:left w:w="130" w:type="dxa"/>
              <w:bottom w:w="120" w:type="dxa"/>
              <w:right w:w="130" w:type="dxa"/>
            </w:tcMar>
            <w:vAlign w:val="center"/>
          </w:tcPr>
          <w:p w14:paraId="3160BF19" w14:textId="77777777" w:rsidR="00112B1D" w:rsidRPr="00881A98" w:rsidRDefault="005C6638" w:rsidP="009D1752">
            <w:pPr>
              <w:spacing w:after="20" w:line="240" w:lineRule="auto"/>
              <w:rPr>
                <w:color w:val="auto"/>
                <w:sz w:val="22"/>
              </w:rPr>
            </w:pPr>
            <w:sdt>
              <w:sdtPr>
                <w:rPr>
                  <w:color w:val="auto"/>
                  <w:sz w:val="22"/>
                </w:rPr>
                <w:id w:val="665514968"/>
                <w14:checkbox>
                  <w14:checked w14:val="0"/>
                  <w14:checkedState w14:val="2612" w14:font="MS Gothic"/>
                  <w14:uncheckedState w14:val="2610" w14:font="MS Gothic"/>
                </w14:checkbox>
              </w:sdtPr>
              <w:sdtEndPr/>
              <w:sdtContent>
                <w:r w:rsidR="00112B1D" w:rsidRPr="00881A98">
                  <w:rPr>
                    <w:rFonts w:ascii="Segoe UI Symbol" w:hAnsi="Segoe UI Symbol" w:cs="Segoe UI Symbol"/>
                    <w:color w:val="auto"/>
                    <w:sz w:val="22"/>
                  </w:rPr>
                  <w:t>☐</w:t>
                </w:r>
              </w:sdtContent>
            </w:sdt>
            <w:r w:rsidR="00112B1D" w:rsidRPr="00881A98">
              <w:rPr>
                <w:color w:val="auto"/>
                <w:sz w:val="22"/>
              </w:rPr>
              <w:t xml:space="preserve">  </w:t>
            </w:r>
            <w:r w:rsidR="00112B1D">
              <w:rPr>
                <w:color w:val="auto"/>
                <w:sz w:val="22"/>
              </w:rPr>
              <w:t>Film</w:t>
            </w:r>
          </w:p>
        </w:tc>
        <w:tc>
          <w:tcPr>
            <w:tcW w:w="2610" w:type="dxa"/>
            <w:vAlign w:val="center"/>
          </w:tcPr>
          <w:p w14:paraId="678FF819" w14:textId="77777777" w:rsidR="00112B1D" w:rsidRPr="00881A98" w:rsidRDefault="005C6638" w:rsidP="009D1752">
            <w:pPr>
              <w:spacing w:after="20" w:line="240" w:lineRule="auto"/>
              <w:rPr>
                <w:color w:val="auto"/>
                <w:sz w:val="22"/>
              </w:rPr>
            </w:pPr>
            <w:sdt>
              <w:sdtPr>
                <w:rPr>
                  <w:color w:val="auto"/>
                  <w:sz w:val="22"/>
                </w:rPr>
                <w:id w:val="223964304"/>
                <w14:checkbox>
                  <w14:checked w14:val="0"/>
                  <w14:checkedState w14:val="2612" w14:font="MS Gothic"/>
                  <w14:uncheckedState w14:val="2610" w14:font="MS Gothic"/>
                </w14:checkbox>
              </w:sdtPr>
              <w:sdtEndPr/>
              <w:sdtContent>
                <w:r w:rsidR="00112B1D" w:rsidRPr="00881A98">
                  <w:rPr>
                    <w:rFonts w:ascii="Segoe UI Symbol" w:hAnsi="Segoe UI Symbol" w:cs="Segoe UI Symbol"/>
                    <w:color w:val="auto"/>
                    <w:sz w:val="22"/>
                  </w:rPr>
                  <w:t>☐</w:t>
                </w:r>
              </w:sdtContent>
            </w:sdt>
            <w:r w:rsidR="00112B1D" w:rsidRPr="00881A98">
              <w:rPr>
                <w:color w:val="auto"/>
                <w:sz w:val="22"/>
              </w:rPr>
              <w:t xml:space="preserve">  </w:t>
            </w:r>
            <w:r w:rsidR="00112B1D">
              <w:rPr>
                <w:color w:val="auto"/>
                <w:sz w:val="22"/>
              </w:rPr>
              <w:t>Music</w:t>
            </w:r>
          </w:p>
        </w:tc>
        <w:tc>
          <w:tcPr>
            <w:tcW w:w="2565" w:type="dxa"/>
            <w:vAlign w:val="center"/>
          </w:tcPr>
          <w:p w14:paraId="192DC501" w14:textId="77777777" w:rsidR="00112B1D" w:rsidRPr="00881A98" w:rsidRDefault="005C6638" w:rsidP="009D1752">
            <w:pPr>
              <w:spacing w:after="20" w:line="240" w:lineRule="auto"/>
              <w:rPr>
                <w:color w:val="auto"/>
                <w:sz w:val="22"/>
              </w:rPr>
            </w:pPr>
            <w:sdt>
              <w:sdtPr>
                <w:rPr>
                  <w:color w:val="auto"/>
                  <w:sz w:val="22"/>
                </w:rPr>
                <w:id w:val="659120883"/>
                <w14:checkbox>
                  <w14:checked w14:val="0"/>
                  <w14:checkedState w14:val="2612" w14:font="MS Gothic"/>
                  <w14:uncheckedState w14:val="2610" w14:font="MS Gothic"/>
                </w14:checkbox>
              </w:sdtPr>
              <w:sdtEndPr/>
              <w:sdtContent>
                <w:r w:rsidR="00112B1D" w:rsidRPr="00881A98">
                  <w:rPr>
                    <w:rFonts w:ascii="Segoe UI Symbol" w:hAnsi="Segoe UI Symbol" w:cs="Segoe UI Symbol"/>
                    <w:color w:val="auto"/>
                    <w:sz w:val="22"/>
                  </w:rPr>
                  <w:t>☐</w:t>
                </w:r>
              </w:sdtContent>
            </w:sdt>
            <w:r w:rsidR="00112B1D" w:rsidRPr="00881A98">
              <w:rPr>
                <w:color w:val="auto"/>
                <w:sz w:val="22"/>
              </w:rPr>
              <w:t xml:space="preserve">  </w:t>
            </w:r>
            <w:r w:rsidR="00112B1D">
              <w:rPr>
                <w:color w:val="auto"/>
                <w:sz w:val="22"/>
              </w:rPr>
              <w:t>Theatre</w:t>
            </w:r>
          </w:p>
        </w:tc>
      </w:tr>
      <w:tr w:rsidR="00112B1D" w:rsidRPr="00881A98" w14:paraId="155E38B1" w14:textId="77777777" w:rsidTr="009D1752">
        <w:trPr>
          <w:cantSplit/>
          <w:trHeight w:val="20"/>
        </w:trPr>
        <w:tc>
          <w:tcPr>
            <w:tcW w:w="2456" w:type="dxa"/>
            <w:tcMar>
              <w:top w:w="120" w:type="dxa"/>
              <w:left w:w="130" w:type="dxa"/>
              <w:bottom w:w="120" w:type="dxa"/>
              <w:right w:w="130" w:type="dxa"/>
            </w:tcMar>
            <w:vAlign w:val="center"/>
          </w:tcPr>
          <w:p w14:paraId="641D8CDE" w14:textId="77777777" w:rsidR="00112B1D" w:rsidRPr="00881A98" w:rsidRDefault="005C6638" w:rsidP="009D1752">
            <w:pPr>
              <w:spacing w:after="20" w:line="240" w:lineRule="auto"/>
              <w:rPr>
                <w:color w:val="auto"/>
                <w:sz w:val="22"/>
              </w:rPr>
            </w:pPr>
            <w:sdt>
              <w:sdtPr>
                <w:rPr>
                  <w:color w:val="auto"/>
                  <w:sz w:val="22"/>
                </w:rPr>
                <w:id w:val="1266188706"/>
                <w14:checkbox>
                  <w14:checked w14:val="0"/>
                  <w14:checkedState w14:val="2612" w14:font="MS Gothic"/>
                  <w14:uncheckedState w14:val="2610" w14:font="MS Gothic"/>
                </w14:checkbox>
              </w:sdtPr>
              <w:sdtEndPr/>
              <w:sdtContent>
                <w:r w:rsidR="00112B1D" w:rsidRPr="00881A98">
                  <w:rPr>
                    <w:rFonts w:ascii="Segoe UI Symbol" w:hAnsi="Segoe UI Symbol" w:cs="Segoe UI Symbol"/>
                    <w:color w:val="auto"/>
                    <w:sz w:val="22"/>
                  </w:rPr>
                  <w:t>☐</w:t>
                </w:r>
              </w:sdtContent>
            </w:sdt>
            <w:r w:rsidR="00112B1D" w:rsidRPr="00881A98">
              <w:rPr>
                <w:color w:val="auto"/>
                <w:sz w:val="22"/>
              </w:rPr>
              <w:t xml:space="preserve">  </w:t>
            </w:r>
            <w:r w:rsidR="00112B1D">
              <w:rPr>
                <w:color w:val="auto"/>
                <w:sz w:val="22"/>
              </w:rPr>
              <w:t>Crafts</w:t>
            </w:r>
          </w:p>
        </w:tc>
        <w:tc>
          <w:tcPr>
            <w:tcW w:w="2150" w:type="dxa"/>
            <w:tcMar>
              <w:top w:w="120" w:type="dxa"/>
              <w:left w:w="130" w:type="dxa"/>
              <w:bottom w:w="120" w:type="dxa"/>
              <w:right w:w="130" w:type="dxa"/>
            </w:tcMar>
            <w:vAlign w:val="center"/>
          </w:tcPr>
          <w:p w14:paraId="5CB2068D" w14:textId="77777777" w:rsidR="00112B1D" w:rsidRPr="00881A98" w:rsidRDefault="005C6638" w:rsidP="009D1752">
            <w:pPr>
              <w:spacing w:after="20" w:line="240" w:lineRule="auto"/>
              <w:rPr>
                <w:color w:val="auto"/>
                <w:sz w:val="22"/>
              </w:rPr>
            </w:pPr>
            <w:sdt>
              <w:sdtPr>
                <w:rPr>
                  <w:color w:val="auto"/>
                  <w:sz w:val="22"/>
                </w:rPr>
                <w:id w:val="2142530035"/>
                <w14:checkbox>
                  <w14:checked w14:val="0"/>
                  <w14:checkedState w14:val="2612" w14:font="MS Gothic"/>
                  <w14:uncheckedState w14:val="2610" w14:font="MS Gothic"/>
                </w14:checkbox>
              </w:sdtPr>
              <w:sdtEndPr/>
              <w:sdtContent>
                <w:r w:rsidR="00112B1D" w:rsidRPr="00881A98">
                  <w:rPr>
                    <w:rFonts w:ascii="Segoe UI Symbol" w:hAnsi="Segoe UI Symbol" w:cs="Segoe UI Symbol"/>
                    <w:color w:val="auto"/>
                    <w:sz w:val="22"/>
                  </w:rPr>
                  <w:t>☐</w:t>
                </w:r>
              </w:sdtContent>
            </w:sdt>
            <w:r w:rsidR="00112B1D" w:rsidRPr="00881A98">
              <w:rPr>
                <w:color w:val="auto"/>
                <w:sz w:val="22"/>
              </w:rPr>
              <w:t xml:space="preserve">  </w:t>
            </w:r>
            <w:r w:rsidR="00112B1D">
              <w:rPr>
                <w:color w:val="auto"/>
                <w:sz w:val="22"/>
              </w:rPr>
              <w:t>Food</w:t>
            </w:r>
          </w:p>
        </w:tc>
        <w:tc>
          <w:tcPr>
            <w:tcW w:w="2610" w:type="dxa"/>
            <w:vAlign w:val="center"/>
          </w:tcPr>
          <w:p w14:paraId="34B22A43" w14:textId="77777777" w:rsidR="00112B1D" w:rsidRPr="00881A98" w:rsidRDefault="005C6638" w:rsidP="009D1752">
            <w:pPr>
              <w:spacing w:after="20" w:line="240" w:lineRule="auto"/>
              <w:rPr>
                <w:color w:val="auto"/>
                <w:sz w:val="22"/>
              </w:rPr>
            </w:pPr>
            <w:sdt>
              <w:sdtPr>
                <w:rPr>
                  <w:color w:val="auto"/>
                  <w:sz w:val="22"/>
                </w:rPr>
                <w:id w:val="-81533640"/>
                <w14:checkbox>
                  <w14:checked w14:val="0"/>
                  <w14:checkedState w14:val="2612" w14:font="MS Gothic"/>
                  <w14:uncheckedState w14:val="2610" w14:font="MS Gothic"/>
                </w14:checkbox>
              </w:sdtPr>
              <w:sdtEndPr/>
              <w:sdtContent>
                <w:r w:rsidR="00112B1D" w:rsidRPr="00881A98">
                  <w:rPr>
                    <w:rFonts w:ascii="Segoe UI Symbol" w:hAnsi="Segoe UI Symbol" w:cs="Segoe UI Symbol"/>
                    <w:color w:val="auto"/>
                    <w:sz w:val="22"/>
                  </w:rPr>
                  <w:t>☐</w:t>
                </w:r>
              </w:sdtContent>
            </w:sdt>
            <w:r w:rsidR="00112B1D" w:rsidRPr="00881A98">
              <w:rPr>
                <w:color w:val="auto"/>
                <w:sz w:val="22"/>
              </w:rPr>
              <w:t xml:space="preserve">  </w:t>
            </w:r>
            <w:r w:rsidR="00112B1D">
              <w:rPr>
                <w:color w:val="auto"/>
                <w:sz w:val="22"/>
              </w:rPr>
              <w:t>Museum</w:t>
            </w:r>
          </w:p>
        </w:tc>
        <w:tc>
          <w:tcPr>
            <w:tcW w:w="2565" w:type="dxa"/>
            <w:vAlign w:val="center"/>
          </w:tcPr>
          <w:p w14:paraId="320C1A6B" w14:textId="77777777" w:rsidR="00112B1D" w:rsidRPr="00881A98" w:rsidRDefault="005C6638" w:rsidP="009D1752">
            <w:pPr>
              <w:spacing w:after="20" w:line="240" w:lineRule="auto"/>
              <w:rPr>
                <w:color w:val="auto"/>
                <w:sz w:val="22"/>
              </w:rPr>
            </w:pPr>
            <w:sdt>
              <w:sdtPr>
                <w:rPr>
                  <w:color w:val="auto"/>
                  <w:sz w:val="22"/>
                </w:rPr>
                <w:id w:val="331800907"/>
                <w14:checkbox>
                  <w14:checked w14:val="0"/>
                  <w14:checkedState w14:val="2612" w14:font="MS Gothic"/>
                  <w14:uncheckedState w14:val="2610" w14:font="MS Gothic"/>
                </w14:checkbox>
              </w:sdtPr>
              <w:sdtEndPr/>
              <w:sdtContent>
                <w:r w:rsidR="00112B1D" w:rsidRPr="00881A98">
                  <w:rPr>
                    <w:rFonts w:ascii="Segoe UI Symbol" w:hAnsi="Segoe UI Symbol" w:cs="Segoe UI Symbol"/>
                    <w:color w:val="auto"/>
                    <w:sz w:val="22"/>
                  </w:rPr>
                  <w:t>☐</w:t>
                </w:r>
              </w:sdtContent>
            </w:sdt>
            <w:r w:rsidR="00112B1D" w:rsidRPr="00881A98">
              <w:rPr>
                <w:color w:val="auto"/>
                <w:sz w:val="22"/>
              </w:rPr>
              <w:t xml:space="preserve">  </w:t>
            </w:r>
            <w:r w:rsidR="00112B1D">
              <w:rPr>
                <w:color w:val="auto"/>
                <w:sz w:val="22"/>
              </w:rPr>
              <w:t>Venue (Performance)</w:t>
            </w:r>
          </w:p>
        </w:tc>
      </w:tr>
      <w:tr w:rsidR="00112B1D" w:rsidRPr="00881A98" w14:paraId="70344A8F" w14:textId="77777777" w:rsidTr="009D1752">
        <w:trPr>
          <w:cantSplit/>
          <w:trHeight w:val="20"/>
        </w:trPr>
        <w:tc>
          <w:tcPr>
            <w:tcW w:w="2456" w:type="dxa"/>
            <w:tcMar>
              <w:top w:w="120" w:type="dxa"/>
              <w:left w:w="130" w:type="dxa"/>
              <w:bottom w:w="120" w:type="dxa"/>
              <w:right w:w="130" w:type="dxa"/>
            </w:tcMar>
            <w:vAlign w:val="center"/>
          </w:tcPr>
          <w:p w14:paraId="5AB18C28" w14:textId="77777777" w:rsidR="00112B1D" w:rsidRPr="00881A98" w:rsidRDefault="005C6638" w:rsidP="009D1752">
            <w:pPr>
              <w:spacing w:after="20" w:line="240" w:lineRule="auto"/>
              <w:rPr>
                <w:rFonts w:ascii="Segoe UI Symbol" w:hAnsi="Segoe UI Symbol" w:cs="Segoe UI Symbol"/>
                <w:color w:val="auto"/>
                <w:sz w:val="22"/>
              </w:rPr>
            </w:pPr>
            <w:sdt>
              <w:sdtPr>
                <w:rPr>
                  <w:color w:val="auto"/>
                  <w:sz w:val="22"/>
                </w:rPr>
                <w:id w:val="1844282624"/>
                <w14:checkbox>
                  <w14:checked w14:val="0"/>
                  <w14:checkedState w14:val="2612" w14:font="MS Gothic"/>
                  <w14:uncheckedState w14:val="2610" w14:font="MS Gothic"/>
                </w14:checkbox>
              </w:sdtPr>
              <w:sdtEndPr/>
              <w:sdtContent>
                <w:r w:rsidR="00112B1D" w:rsidRPr="00881A98">
                  <w:rPr>
                    <w:rFonts w:ascii="Segoe UI Symbol" w:hAnsi="Segoe UI Symbol" w:cs="Segoe UI Symbol"/>
                    <w:color w:val="auto"/>
                    <w:sz w:val="22"/>
                  </w:rPr>
                  <w:t>☐</w:t>
                </w:r>
              </w:sdtContent>
            </w:sdt>
            <w:r w:rsidR="00112B1D" w:rsidRPr="00881A98">
              <w:rPr>
                <w:color w:val="auto"/>
                <w:sz w:val="22"/>
              </w:rPr>
              <w:t xml:space="preserve">  </w:t>
            </w:r>
            <w:r w:rsidR="00112B1D">
              <w:rPr>
                <w:color w:val="auto"/>
                <w:sz w:val="22"/>
              </w:rPr>
              <w:t>Dance</w:t>
            </w:r>
          </w:p>
        </w:tc>
        <w:tc>
          <w:tcPr>
            <w:tcW w:w="2150" w:type="dxa"/>
            <w:tcMar>
              <w:top w:w="120" w:type="dxa"/>
              <w:left w:w="130" w:type="dxa"/>
              <w:bottom w:w="120" w:type="dxa"/>
              <w:right w:w="130" w:type="dxa"/>
            </w:tcMar>
            <w:vAlign w:val="center"/>
          </w:tcPr>
          <w:p w14:paraId="685ABAAA" w14:textId="77777777" w:rsidR="00112B1D" w:rsidRPr="00881A98" w:rsidRDefault="005C6638" w:rsidP="009D1752">
            <w:pPr>
              <w:spacing w:after="20" w:line="240" w:lineRule="auto"/>
              <w:rPr>
                <w:rFonts w:ascii="Segoe UI Symbol" w:hAnsi="Segoe UI Symbol" w:cs="Segoe UI Symbol"/>
                <w:color w:val="auto"/>
                <w:sz w:val="22"/>
              </w:rPr>
            </w:pPr>
            <w:sdt>
              <w:sdtPr>
                <w:rPr>
                  <w:color w:val="auto"/>
                  <w:sz w:val="22"/>
                </w:rPr>
                <w:id w:val="1906336916"/>
                <w14:checkbox>
                  <w14:checked w14:val="0"/>
                  <w14:checkedState w14:val="2612" w14:font="MS Gothic"/>
                  <w14:uncheckedState w14:val="2610" w14:font="MS Gothic"/>
                </w14:checkbox>
              </w:sdtPr>
              <w:sdtEndPr/>
              <w:sdtContent>
                <w:r w:rsidR="00112B1D" w:rsidRPr="00881A98">
                  <w:rPr>
                    <w:rFonts w:ascii="Segoe UI Symbol" w:hAnsi="Segoe UI Symbol" w:cs="Segoe UI Symbol"/>
                    <w:color w:val="auto"/>
                    <w:sz w:val="22"/>
                  </w:rPr>
                  <w:t>☐</w:t>
                </w:r>
              </w:sdtContent>
            </w:sdt>
            <w:r w:rsidR="00112B1D" w:rsidRPr="00881A98">
              <w:rPr>
                <w:color w:val="auto"/>
                <w:sz w:val="22"/>
              </w:rPr>
              <w:t xml:space="preserve">  </w:t>
            </w:r>
            <w:r w:rsidR="00112B1D">
              <w:rPr>
                <w:color w:val="auto"/>
                <w:sz w:val="22"/>
              </w:rPr>
              <w:t>Gaming</w:t>
            </w:r>
          </w:p>
        </w:tc>
        <w:tc>
          <w:tcPr>
            <w:tcW w:w="2610" w:type="dxa"/>
            <w:vAlign w:val="center"/>
          </w:tcPr>
          <w:p w14:paraId="7BB7E751" w14:textId="77777777" w:rsidR="00112B1D" w:rsidRPr="00881A98" w:rsidRDefault="005C6638" w:rsidP="009D1752">
            <w:pPr>
              <w:spacing w:after="20" w:line="240" w:lineRule="auto"/>
              <w:rPr>
                <w:color w:val="auto"/>
                <w:sz w:val="22"/>
              </w:rPr>
            </w:pPr>
            <w:sdt>
              <w:sdtPr>
                <w:rPr>
                  <w:color w:val="auto"/>
                  <w:sz w:val="22"/>
                </w:rPr>
                <w:id w:val="-600725869"/>
                <w14:checkbox>
                  <w14:checked w14:val="0"/>
                  <w14:checkedState w14:val="2612" w14:font="MS Gothic"/>
                  <w14:uncheckedState w14:val="2610" w14:font="MS Gothic"/>
                </w14:checkbox>
              </w:sdtPr>
              <w:sdtEndPr/>
              <w:sdtContent>
                <w:r w:rsidR="00112B1D" w:rsidRPr="00881A98">
                  <w:rPr>
                    <w:rFonts w:ascii="Segoe UI Symbol" w:hAnsi="Segoe UI Symbol" w:cs="Segoe UI Symbol"/>
                    <w:color w:val="auto"/>
                    <w:sz w:val="22"/>
                  </w:rPr>
                  <w:t>☐</w:t>
                </w:r>
              </w:sdtContent>
            </w:sdt>
            <w:r w:rsidR="00112B1D" w:rsidRPr="00881A98">
              <w:rPr>
                <w:color w:val="auto"/>
                <w:sz w:val="22"/>
              </w:rPr>
              <w:t xml:space="preserve">  </w:t>
            </w:r>
            <w:r w:rsidR="00112B1D">
              <w:rPr>
                <w:color w:val="auto"/>
                <w:sz w:val="22"/>
              </w:rPr>
              <w:t>Photography</w:t>
            </w:r>
          </w:p>
        </w:tc>
        <w:tc>
          <w:tcPr>
            <w:tcW w:w="2565" w:type="dxa"/>
            <w:vAlign w:val="center"/>
          </w:tcPr>
          <w:p w14:paraId="59320D47" w14:textId="77777777" w:rsidR="00112B1D" w:rsidRPr="00881A98" w:rsidRDefault="005C6638" w:rsidP="009D1752">
            <w:pPr>
              <w:spacing w:after="20" w:line="240" w:lineRule="auto"/>
              <w:rPr>
                <w:color w:val="auto"/>
                <w:sz w:val="22"/>
              </w:rPr>
            </w:pPr>
            <w:sdt>
              <w:sdtPr>
                <w:rPr>
                  <w:color w:val="auto"/>
                  <w:sz w:val="22"/>
                </w:rPr>
                <w:id w:val="-1513372387"/>
                <w14:checkbox>
                  <w14:checked w14:val="0"/>
                  <w14:checkedState w14:val="2612" w14:font="MS Gothic"/>
                  <w14:uncheckedState w14:val="2610" w14:font="MS Gothic"/>
                </w14:checkbox>
              </w:sdtPr>
              <w:sdtEndPr/>
              <w:sdtContent>
                <w:r w:rsidR="00112B1D" w:rsidRPr="00881A98">
                  <w:rPr>
                    <w:rFonts w:ascii="Segoe UI Symbol" w:hAnsi="Segoe UI Symbol" w:cs="Segoe UI Symbol"/>
                    <w:color w:val="auto"/>
                    <w:sz w:val="22"/>
                  </w:rPr>
                  <w:t>☐</w:t>
                </w:r>
              </w:sdtContent>
            </w:sdt>
            <w:r w:rsidR="00112B1D" w:rsidRPr="00881A98">
              <w:rPr>
                <w:color w:val="auto"/>
                <w:sz w:val="22"/>
              </w:rPr>
              <w:t xml:space="preserve">  </w:t>
            </w:r>
            <w:r w:rsidR="00112B1D">
              <w:rPr>
                <w:color w:val="auto"/>
                <w:sz w:val="22"/>
              </w:rPr>
              <w:t>Visual Arts</w:t>
            </w:r>
          </w:p>
        </w:tc>
      </w:tr>
      <w:tr w:rsidR="00112B1D" w:rsidRPr="00881A98" w14:paraId="142F0619" w14:textId="77777777" w:rsidTr="009D1752">
        <w:trPr>
          <w:cantSplit/>
          <w:trHeight w:val="20"/>
        </w:trPr>
        <w:tc>
          <w:tcPr>
            <w:tcW w:w="2456" w:type="dxa"/>
            <w:tcMar>
              <w:top w:w="120" w:type="dxa"/>
              <w:left w:w="130" w:type="dxa"/>
              <w:bottom w:w="120" w:type="dxa"/>
              <w:right w:w="130" w:type="dxa"/>
            </w:tcMar>
            <w:vAlign w:val="center"/>
          </w:tcPr>
          <w:p w14:paraId="211D5420" w14:textId="77777777" w:rsidR="00112B1D" w:rsidRPr="00881A98" w:rsidRDefault="005C6638" w:rsidP="009D1752">
            <w:pPr>
              <w:spacing w:after="20" w:line="240" w:lineRule="auto"/>
              <w:rPr>
                <w:rFonts w:ascii="Segoe UI Symbol" w:hAnsi="Segoe UI Symbol" w:cs="Segoe UI Symbol"/>
                <w:color w:val="auto"/>
                <w:sz w:val="22"/>
              </w:rPr>
            </w:pPr>
            <w:sdt>
              <w:sdtPr>
                <w:rPr>
                  <w:color w:val="auto"/>
                  <w:sz w:val="22"/>
                </w:rPr>
                <w:id w:val="1184475462"/>
                <w14:checkbox>
                  <w14:checked w14:val="0"/>
                  <w14:checkedState w14:val="2612" w14:font="MS Gothic"/>
                  <w14:uncheckedState w14:val="2610" w14:font="MS Gothic"/>
                </w14:checkbox>
              </w:sdtPr>
              <w:sdtEndPr/>
              <w:sdtContent>
                <w:r w:rsidR="00112B1D" w:rsidRPr="00881A98">
                  <w:rPr>
                    <w:rFonts w:ascii="Segoe UI Symbol" w:hAnsi="Segoe UI Symbol" w:cs="Segoe UI Symbol"/>
                    <w:color w:val="auto"/>
                    <w:sz w:val="22"/>
                  </w:rPr>
                  <w:t>☐</w:t>
                </w:r>
              </w:sdtContent>
            </w:sdt>
            <w:r w:rsidR="00112B1D" w:rsidRPr="00881A98">
              <w:rPr>
                <w:color w:val="auto"/>
                <w:sz w:val="22"/>
              </w:rPr>
              <w:t xml:space="preserve">  </w:t>
            </w:r>
            <w:r w:rsidR="00112B1D">
              <w:rPr>
                <w:color w:val="auto"/>
                <w:sz w:val="22"/>
              </w:rPr>
              <w:t>Design</w:t>
            </w:r>
          </w:p>
        </w:tc>
        <w:tc>
          <w:tcPr>
            <w:tcW w:w="2150" w:type="dxa"/>
            <w:tcMar>
              <w:top w:w="120" w:type="dxa"/>
              <w:left w:w="130" w:type="dxa"/>
              <w:bottom w:w="120" w:type="dxa"/>
              <w:right w:w="130" w:type="dxa"/>
            </w:tcMar>
            <w:vAlign w:val="center"/>
          </w:tcPr>
          <w:p w14:paraId="7D3112FB" w14:textId="77777777" w:rsidR="00112B1D" w:rsidRPr="00881A98" w:rsidRDefault="005C6638" w:rsidP="009D1752">
            <w:pPr>
              <w:spacing w:after="20" w:line="240" w:lineRule="auto"/>
              <w:rPr>
                <w:rFonts w:ascii="Segoe UI Symbol" w:hAnsi="Segoe UI Symbol" w:cs="Segoe UI Symbol"/>
                <w:color w:val="auto"/>
                <w:sz w:val="22"/>
              </w:rPr>
            </w:pPr>
            <w:sdt>
              <w:sdtPr>
                <w:rPr>
                  <w:color w:val="auto"/>
                  <w:sz w:val="22"/>
                </w:rPr>
                <w:id w:val="1432932701"/>
                <w14:checkbox>
                  <w14:checked w14:val="0"/>
                  <w14:checkedState w14:val="2612" w14:font="MS Gothic"/>
                  <w14:uncheckedState w14:val="2610" w14:font="MS Gothic"/>
                </w14:checkbox>
              </w:sdtPr>
              <w:sdtEndPr/>
              <w:sdtContent>
                <w:r w:rsidR="00112B1D" w:rsidRPr="00881A98">
                  <w:rPr>
                    <w:rFonts w:ascii="Segoe UI Symbol" w:hAnsi="Segoe UI Symbol" w:cs="Segoe UI Symbol"/>
                    <w:color w:val="auto"/>
                    <w:sz w:val="22"/>
                  </w:rPr>
                  <w:t>☐</w:t>
                </w:r>
              </w:sdtContent>
            </w:sdt>
            <w:r w:rsidR="00112B1D" w:rsidRPr="00881A98">
              <w:rPr>
                <w:color w:val="auto"/>
                <w:sz w:val="22"/>
              </w:rPr>
              <w:t xml:space="preserve">  </w:t>
            </w:r>
            <w:r w:rsidR="00112B1D">
              <w:rPr>
                <w:color w:val="auto"/>
                <w:sz w:val="22"/>
              </w:rPr>
              <w:t>Historic Building</w:t>
            </w:r>
          </w:p>
        </w:tc>
        <w:tc>
          <w:tcPr>
            <w:tcW w:w="2610" w:type="dxa"/>
            <w:vAlign w:val="center"/>
          </w:tcPr>
          <w:p w14:paraId="5EB232B3" w14:textId="77777777" w:rsidR="00112B1D" w:rsidRPr="00881A98" w:rsidRDefault="005C6638" w:rsidP="009D1752">
            <w:pPr>
              <w:spacing w:after="20" w:line="240" w:lineRule="auto"/>
              <w:rPr>
                <w:color w:val="auto"/>
                <w:sz w:val="22"/>
              </w:rPr>
            </w:pPr>
            <w:sdt>
              <w:sdtPr>
                <w:rPr>
                  <w:color w:val="auto"/>
                  <w:sz w:val="22"/>
                </w:rPr>
                <w:id w:val="1393773019"/>
                <w14:checkbox>
                  <w14:checked w14:val="0"/>
                  <w14:checkedState w14:val="2612" w14:font="MS Gothic"/>
                  <w14:uncheckedState w14:val="2610" w14:font="MS Gothic"/>
                </w14:checkbox>
              </w:sdtPr>
              <w:sdtEndPr/>
              <w:sdtContent>
                <w:r w:rsidR="00112B1D" w:rsidRPr="00881A98">
                  <w:rPr>
                    <w:rFonts w:ascii="Segoe UI Symbol" w:hAnsi="Segoe UI Symbol" w:cs="Segoe UI Symbol"/>
                    <w:color w:val="auto"/>
                    <w:sz w:val="22"/>
                  </w:rPr>
                  <w:t>☐</w:t>
                </w:r>
              </w:sdtContent>
            </w:sdt>
            <w:r w:rsidR="00112B1D" w:rsidRPr="00881A98">
              <w:rPr>
                <w:color w:val="auto"/>
                <w:sz w:val="22"/>
              </w:rPr>
              <w:t xml:space="preserve">  </w:t>
            </w:r>
            <w:r w:rsidR="00112B1D">
              <w:rPr>
                <w:color w:val="auto"/>
                <w:sz w:val="22"/>
              </w:rPr>
              <w:t>Poetry</w:t>
            </w:r>
          </w:p>
        </w:tc>
        <w:tc>
          <w:tcPr>
            <w:tcW w:w="2565" w:type="dxa"/>
            <w:vAlign w:val="center"/>
          </w:tcPr>
          <w:p w14:paraId="754FDF1B" w14:textId="4E937BD4" w:rsidR="00112B1D" w:rsidRPr="00881A98" w:rsidRDefault="005C6638" w:rsidP="009D1752">
            <w:pPr>
              <w:spacing w:after="20" w:line="240" w:lineRule="auto"/>
              <w:rPr>
                <w:color w:val="auto"/>
                <w:sz w:val="22"/>
              </w:rPr>
            </w:pPr>
            <w:sdt>
              <w:sdtPr>
                <w:rPr>
                  <w:color w:val="auto"/>
                  <w:sz w:val="22"/>
                </w:rPr>
                <w:id w:val="-349870991"/>
                <w14:checkbox>
                  <w14:checked w14:val="0"/>
                  <w14:checkedState w14:val="2612" w14:font="MS Gothic"/>
                  <w14:uncheckedState w14:val="2610" w14:font="MS Gothic"/>
                </w14:checkbox>
              </w:sdtPr>
              <w:sdtEndPr/>
              <w:sdtContent>
                <w:r w:rsidR="00C90F30" w:rsidRPr="00881A98">
                  <w:rPr>
                    <w:rFonts w:ascii="Segoe UI Symbol" w:hAnsi="Segoe UI Symbol" w:cs="Segoe UI Symbol"/>
                    <w:color w:val="auto"/>
                    <w:sz w:val="22"/>
                  </w:rPr>
                  <w:t>☐</w:t>
                </w:r>
              </w:sdtContent>
            </w:sdt>
            <w:r w:rsidR="00C90F30" w:rsidRPr="00881A98">
              <w:rPr>
                <w:color w:val="auto"/>
                <w:sz w:val="22"/>
              </w:rPr>
              <w:t xml:space="preserve">  </w:t>
            </w:r>
            <w:r w:rsidR="00C90F30">
              <w:rPr>
                <w:color w:val="auto"/>
                <w:sz w:val="22"/>
              </w:rPr>
              <w:t>Other</w:t>
            </w:r>
          </w:p>
        </w:tc>
      </w:tr>
      <w:tr w:rsidR="00112B1D" w:rsidRPr="00881A98" w14:paraId="6B76D4DC" w14:textId="77777777" w:rsidTr="009D1752">
        <w:trPr>
          <w:cantSplit/>
          <w:trHeight w:val="20"/>
        </w:trPr>
        <w:tc>
          <w:tcPr>
            <w:tcW w:w="2456" w:type="dxa"/>
            <w:tcMar>
              <w:top w:w="120" w:type="dxa"/>
              <w:left w:w="130" w:type="dxa"/>
              <w:bottom w:w="120" w:type="dxa"/>
              <w:right w:w="130" w:type="dxa"/>
            </w:tcMar>
            <w:vAlign w:val="center"/>
          </w:tcPr>
          <w:p w14:paraId="6B09A726" w14:textId="77777777" w:rsidR="00112B1D" w:rsidRPr="00881A98" w:rsidRDefault="005C6638" w:rsidP="009D1752">
            <w:pPr>
              <w:spacing w:after="20" w:line="240" w:lineRule="auto"/>
              <w:rPr>
                <w:rFonts w:ascii="Segoe UI Symbol" w:hAnsi="Segoe UI Symbol" w:cs="Segoe UI Symbol"/>
                <w:color w:val="auto"/>
                <w:sz w:val="22"/>
              </w:rPr>
            </w:pPr>
            <w:sdt>
              <w:sdtPr>
                <w:rPr>
                  <w:color w:val="auto"/>
                  <w:sz w:val="22"/>
                </w:rPr>
                <w:id w:val="-1112972560"/>
                <w14:checkbox>
                  <w14:checked w14:val="0"/>
                  <w14:checkedState w14:val="2612" w14:font="MS Gothic"/>
                  <w14:uncheckedState w14:val="2610" w14:font="MS Gothic"/>
                </w14:checkbox>
              </w:sdtPr>
              <w:sdtEndPr/>
              <w:sdtContent>
                <w:r w:rsidR="00112B1D" w:rsidRPr="00881A98">
                  <w:rPr>
                    <w:rFonts w:ascii="Segoe UI Symbol" w:hAnsi="Segoe UI Symbol" w:cs="Segoe UI Symbol"/>
                    <w:color w:val="auto"/>
                    <w:sz w:val="22"/>
                  </w:rPr>
                  <w:t>☐</w:t>
                </w:r>
              </w:sdtContent>
            </w:sdt>
            <w:r w:rsidR="00112B1D" w:rsidRPr="00881A98">
              <w:rPr>
                <w:color w:val="auto"/>
                <w:sz w:val="22"/>
              </w:rPr>
              <w:t xml:space="preserve">  </w:t>
            </w:r>
            <w:r w:rsidR="00112B1D">
              <w:rPr>
                <w:color w:val="auto"/>
                <w:sz w:val="22"/>
              </w:rPr>
              <w:t>Digital</w:t>
            </w:r>
          </w:p>
        </w:tc>
        <w:tc>
          <w:tcPr>
            <w:tcW w:w="2150" w:type="dxa"/>
            <w:tcMar>
              <w:top w:w="120" w:type="dxa"/>
              <w:left w:w="130" w:type="dxa"/>
              <w:bottom w:w="120" w:type="dxa"/>
              <w:right w:w="130" w:type="dxa"/>
            </w:tcMar>
            <w:vAlign w:val="center"/>
          </w:tcPr>
          <w:p w14:paraId="6C5E543D" w14:textId="77777777" w:rsidR="00112B1D" w:rsidRPr="00881A98" w:rsidRDefault="005C6638" w:rsidP="009D1752">
            <w:pPr>
              <w:spacing w:after="20" w:line="240" w:lineRule="auto"/>
              <w:rPr>
                <w:rFonts w:ascii="Segoe UI Symbol" w:hAnsi="Segoe UI Symbol" w:cs="Segoe UI Symbol"/>
                <w:color w:val="auto"/>
                <w:sz w:val="22"/>
              </w:rPr>
            </w:pPr>
            <w:sdt>
              <w:sdtPr>
                <w:rPr>
                  <w:color w:val="auto"/>
                  <w:sz w:val="22"/>
                </w:rPr>
                <w:id w:val="-204330175"/>
                <w14:checkbox>
                  <w14:checked w14:val="0"/>
                  <w14:checkedState w14:val="2612" w14:font="MS Gothic"/>
                  <w14:uncheckedState w14:val="2610" w14:font="MS Gothic"/>
                </w14:checkbox>
              </w:sdtPr>
              <w:sdtEndPr/>
              <w:sdtContent>
                <w:r w:rsidR="00112B1D" w:rsidRPr="00881A98">
                  <w:rPr>
                    <w:rFonts w:ascii="Segoe UI Symbol" w:hAnsi="Segoe UI Symbol" w:cs="Segoe UI Symbol"/>
                    <w:color w:val="auto"/>
                    <w:sz w:val="22"/>
                  </w:rPr>
                  <w:t>☐</w:t>
                </w:r>
              </w:sdtContent>
            </w:sdt>
            <w:r w:rsidR="00112B1D" w:rsidRPr="00881A98">
              <w:rPr>
                <w:color w:val="auto"/>
                <w:sz w:val="22"/>
              </w:rPr>
              <w:t xml:space="preserve">  </w:t>
            </w:r>
            <w:r w:rsidR="00112B1D">
              <w:rPr>
                <w:color w:val="auto"/>
                <w:sz w:val="22"/>
              </w:rPr>
              <w:t>Heritage</w:t>
            </w:r>
          </w:p>
        </w:tc>
        <w:tc>
          <w:tcPr>
            <w:tcW w:w="2610" w:type="dxa"/>
            <w:vAlign w:val="center"/>
          </w:tcPr>
          <w:p w14:paraId="79D29687" w14:textId="77777777" w:rsidR="00112B1D" w:rsidRPr="00881A98" w:rsidRDefault="005C6638" w:rsidP="009D1752">
            <w:pPr>
              <w:spacing w:after="20" w:line="240" w:lineRule="auto"/>
              <w:rPr>
                <w:color w:val="auto"/>
                <w:sz w:val="22"/>
              </w:rPr>
            </w:pPr>
            <w:sdt>
              <w:sdtPr>
                <w:rPr>
                  <w:color w:val="auto"/>
                  <w:sz w:val="22"/>
                </w:rPr>
                <w:id w:val="-1218500069"/>
                <w14:checkbox>
                  <w14:checked w14:val="0"/>
                  <w14:checkedState w14:val="2612" w14:font="MS Gothic"/>
                  <w14:uncheckedState w14:val="2610" w14:font="MS Gothic"/>
                </w14:checkbox>
              </w:sdtPr>
              <w:sdtEndPr/>
              <w:sdtContent>
                <w:r w:rsidR="00112B1D" w:rsidRPr="00881A98">
                  <w:rPr>
                    <w:rFonts w:ascii="Segoe UI Symbol" w:hAnsi="Segoe UI Symbol" w:cs="Segoe UI Symbol"/>
                    <w:color w:val="auto"/>
                    <w:sz w:val="22"/>
                  </w:rPr>
                  <w:t>☐</w:t>
                </w:r>
              </w:sdtContent>
            </w:sdt>
            <w:r w:rsidR="00112B1D" w:rsidRPr="00881A98">
              <w:rPr>
                <w:color w:val="auto"/>
                <w:sz w:val="22"/>
              </w:rPr>
              <w:t xml:space="preserve">  </w:t>
            </w:r>
            <w:r w:rsidR="00112B1D">
              <w:rPr>
                <w:color w:val="auto"/>
                <w:sz w:val="22"/>
              </w:rPr>
              <w:t>Publishing</w:t>
            </w:r>
          </w:p>
        </w:tc>
        <w:tc>
          <w:tcPr>
            <w:tcW w:w="2565" w:type="dxa"/>
            <w:vAlign w:val="center"/>
          </w:tcPr>
          <w:p w14:paraId="1EE5A850" w14:textId="77777777" w:rsidR="00112B1D" w:rsidRPr="00881A98" w:rsidRDefault="00112B1D" w:rsidP="009D1752">
            <w:pPr>
              <w:spacing w:after="20" w:line="240" w:lineRule="auto"/>
              <w:rPr>
                <w:color w:val="auto"/>
                <w:sz w:val="22"/>
              </w:rPr>
            </w:pPr>
          </w:p>
        </w:tc>
      </w:tr>
    </w:tbl>
    <w:p w14:paraId="48D0E6EB" w14:textId="77777777" w:rsidR="00112B1D" w:rsidRDefault="00112B1D" w:rsidP="00112B1D">
      <w:pPr>
        <w:keepNext/>
        <w:spacing w:after="0" w:line="240" w:lineRule="auto"/>
        <w:rPr>
          <w:b/>
          <w:bCs/>
          <w:color w:val="auto"/>
          <w:sz w:val="32"/>
          <w:szCs w:val="32"/>
        </w:rPr>
      </w:pPr>
    </w:p>
    <w:p w14:paraId="0ECA2247" w14:textId="5FAF0B7B" w:rsidR="009577AC" w:rsidRPr="00554596" w:rsidRDefault="00DF42D5">
      <w:pPr>
        <w:pStyle w:val="Heading1"/>
        <w:rPr>
          <w:rFonts w:ascii="Arial" w:hAnsi="Arial" w:cs="Arial"/>
          <w:color w:val="auto"/>
        </w:rPr>
      </w:pPr>
      <w:r w:rsidRPr="00554596">
        <w:rPr>
          <w:rFonts w:ascii="Arial" w:hAnsi="Arial" w:cs="Arial"/>
          <w:color w:val="auto"/>
        </w:rPr>
        <w:t>3: Project Summary and Investment Request</w:t>
      </w:r>
    </w:p>
    <w:tbl>
      <w:tblPr>
        <w:tblW w:w="10080"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4248"/>
        <w:gridCol w:w="850"/>
        <w:gridCol w:w="1985"/>
        <w:gridCol w:w="709"/>
        <w:gridCol w:w="2288"/>
      </w:tblGrid>
      <w:tr w:rsidR="009577AC" w:rsidRPr="00554596" w14:paraId="7E5C8B55" w14:textId="77777777" w:rsidTr="004336DA">
        <w:trPr>
          <w:trHeight w:val="376"/>
          <w:jc w:val="center"/>
        </w:trPr>
        <w:tc>
          <w:tcPr>
            <w:tcW w:w="4248" w:type="dxa"/>
            <w:tcBorders>
              <w:bottom w:val="single" w:sz="4" w:space="0" w:color="D9D9D9"/>
            </w:tcBorders>
            <w:shd w:val="clear" w:color="auto" w:fill="000000" w:themeFill="text1"/>
            <w:vAlign w:val="center"/>
          </w:tcPr>
          <w:p w14:paraId="7B91BED4" w14:textId="77777777" w:rsidR="009577AC" w:rsidRPr="00554596" w:rsidRDefault="00DF42D5">
            <w:pPr>
              <w:spacing w:after="0"/>
              <w:rPr>
                <w:rFonts w:cs="Arial"/>
                <w:color w:val="auto"/>
                <w:sz w:val="22"/>
              </w:rPr>
            </w:pPr>
            <w:r w:rsidRPr="00554596">
              <w:rPr>
                <w:rFonts w:cs="Arial"/>
                <w:b/>
                <w:color w:val="auto"/>
                <w:sz w:val="22"/>
              </w:rPr>
              <w:t>Project information</w:t>
            </w:r>
          </w:p>
        </w:tc>
        <w:tc>
          <w:tcPr>
            <w:tcW w:w="5832" w:type="dxa"/>
            <w:gridSpan w:val="4"/>
            <w:tcBorders>
              <w:bottom w:val="single" w:sz="4" w:space="0" w:color="D9D9D9"/>
            </w:tcBorders>
            <w:shd w:val="clear" w:color="auto" w:fill="000000" w:themeFill="text1"/>
            <w:vAlign w:val="center"/>
          </w:tcPr>
          <w:p w14:paraId="2152BE55" w14:textId="77777777" w:rsidR="009577AC" w:rsidRPr="00554596" w:rsidRDefault="00DF42D5">
            <w:pPr>
              <w:spacing w:after="0"/>
              <w:rPr>
                <w:rFonts w:cs="Arial"/>
                <w:color w:val="auto"/>
                <w:sz w:val="22"/>
              </w:rPr>
            </w:pPr>
            <w:r w:rsidRPr="00554596">
              <w:rPr>
                <w:rFonts w:cs="Arial"/>
                <w:b/>
                <w:color w:val="auto"/>
                <w:sz w:val="22"/>
              </w:rPr>
              <w:t>Response</w:t>
            </w:r>
          </w:p>
        </w:tc>
      </w:tr>
      <w:tr w:rsidR="009577AC" w:rsidRPr="00554596" w14:paraId="76EB5C26" w14:textId="77777777" w:rsidTr="004336DA">
        <w:trPr>
          <w:trHeight w:val="411"/>
          <w:jc w:val="center"/>
        </w:trPr>
        <w:tc>
          <w:tcPr>
            <w:tcW w:w="4248" w:type="dxa"/>
            <w:vAlign w:val="center"/>
          </w:tcPr>
          <w:p w14:paraId="3F5A2E85" w14:textId="3AF978A9" w:rsidR="009577AC" w:rsidRPr="00B7654C" w:rsidRDefault="00DF42D5">
            <w:pPr>
              <w:spacing w:after="0"/>
              <w:rPr>
                <w:rFonts w:cs="Arial"/>
                <w:b/>
                <w:bCs/>
                <w:color w:val="auto"/>
                <w:sz w:val="22"/>
              </w:rPr>
            </w:pPr>
            <w:r w:rsidRPr="00B7654C">
              <w:rPr>
                <w:rFonts w:cs="Arial"/>
                <w:b/>
                <w:bCs/>
                <w:color w:val="auto"/>
                <w:sz w:val="22"/>
              </w:rPr>
              <w:t xml:space="preserve">Project </w:t>
            </w:r>
            <w:r w:rsidR="0010435C" w:rsidRPr="00B7654C">
              <w:rPr>
                <w:rFonts w:cs="Arial"/>
                <w:b/>
                <w:bCs/>
                <w:color w:val="auto"/>
                <w:sz w:val="22"/>
              </w:rPr>
              <w:t>T</w:t>
            </w:r>
            <w:r w:rsidRPr="00B7654C">
              <w:rPr>
                <w:rFonts w:cs="Arial"/>
                <w:b/>
                <w:bCs/>
                <w:color w:val="auto"/>
                <w:sz w:val="22"/>
              </w:rPr>
              <w:t>itle</w:t>
            </w:r>
          </w:p>
        </w:tc>
        <w:tc>
          <w:tcPr>
            <w:tcW w:w="5832" w:type="dxa"/>
            <w:gridSpan w:val="4"/>
            <w:vAlign w:val="center"/>
          </w:tcPr>
          <w:p w14:paraId="01B77AB6" w14:textId="77777777" w:rsidR="009577AC" w:rsidRPr="00554596" w:rsidRDefault="009577AC">
            <w:pPr>
              <w:spacing w:after="0"/>
              <w:rPr>
                <w:rFonts w:cs="Arial"/>
                <w:color w:val="auto"/>
                <w:sz w:val="22"/>
              </w:rPr>
            </w:pPr>
          </w:p>
        </w:tc>
      </w:tr>
      <w:tr w:rsidR="00F6128D" w:rsidRPr="00554596" w14:paraId="46702AAD" w14:textId="77777777" w:rsidTr="00F6128D">
        <w:trPr>
          <w:trHeight w:val="430"/>
          <w:jc w:val="center"/>
        </w:trPr>
        <w:tc>
          <w:tcPr>
            <w:tcW w:w="4248" w:type="dxa"/>
            <w:vAlign w:val="center"/>
          </w:tcPr>
          <w:p w14:paraId="3E3B1B50" w14:textId="5C94F2BE" w:rsidR="00F6128D" w:rsidRPr="00B7654C" w:rsidRDefault="00F6128D">
            <w:pPr>
              <w:spacing w:after="0"/>
              <w:rPr>
                <w:rFonts w:cs="Arial"/>
                <w:b/>
                <w:bCs/>
                <w:color w:val="auto"/>
                <w:sz w:val="22"/>
              </w:rPr>
            </w:pPr>
            <w:r w:rsidRPr="00B7654C">
              <w:rPr>
                <w:rFonts w:cs="Arial"/>
                <w:b/>
                <w:bCs/>
                <w:color w:val="auto"/>
                <w:sz w:val="22"/>
              </w:rPr>
              <w:t>Planned Start Date and End Date</w:t>
            </w:r>
          </w:p>
        </w:tc>
        <w:tc>
          <w:tcPr>
            <w:tcW w:w="850" w:type="dxa"/>
            <w:vAlign w:val="center"/>
          </w:tcPr>
          <w:p w14:paraId="673543E0" w14:textId="69860D46" w:rsidR="00F6128D" w:rsidRPr="00554596" w:rsidRDefault="00F6128D">
            <w:pPr>
              <w:spacing w:after="0"/>
              <w:rPr>
                <w:rFonts w:cs="Arial"/>
                <w:color w:val="auto"/>
                <w:sz w:val="22"/>
              </w:rPr>
            </w:pPr>
            <w:r w:rsidRPr="0010435C">
              <w:rPr>
                <w:rFonts w:cs="Arial"/>
                <w:b/>
                <w:bCs/>
                <w:color w:val="auto"/>
                <w:sz w:val="22"/>
              </w:rPr>
              <w:t>Start</w:t>
            </w:r>
            <w:r>
              <w:rPr>
                <w:rFonts w:cs="Arial"/>
                <w:color w:val="auto"/>
                <w:sz w:val="22"/>
              </w:rPr>
              <w:t xml:space="preserve">: </w:t>
            </w:r>
          </w:p>
        </w:tc>
        <w:tc>
          <w:tcPr>
            <w:tcW w:w="1985" w:type="dxa"/>
            <w:vAlign w:val="center"/>
          </w:tcPr>
          <w:p w14:paraId="432793E9" w14:textId="56B817FC" w:rsidR="00F6128D" w:rsidRPr="00554596" w:rsidRDefault="00F6128D">
            <w:pPr>
              <w:spacing w:after="0"/>
              <w:rPr>
                <w:rFonts w:cs="Arial"/>
                <w:color w:val="auto"/>
                <w:sz w:val="22"/>
              </w:rPr>
            </w:pPr>
            <w:r>
              <w:rPr>
                <w:rFonts w:cs="Arial"/>
                <w:color w:val="auto"/>
                <w:sz w:val="22"/>
              </w:rPr>
              <w:t>[DD/MM/YYYY]</w:t>
            </w:r>
          </w:p>
        </w:tc>
        <w:tc>
          <w:tcPr>
            <w:tcW w:w="709" w:type="dxa"/>
            <w:vAlign w:val="center"/>
          </w:tcPr>
          <w:p w14:paraId="65173F5C" w14:textId="6A5E697A" w:rsidR="00F6128D" w:rsidRPr="00554596" w:rsidRDefault="00F6128D">
            <w:pPr>
              <w:spacing w:after="0"/>
              <w:rPr>
                <w:rFonts w:cs="Arial"/>
                <w:color w:val="auto"/>
                <w:sz w:val="22"/>
              </w:rPr>
            </w:pPr>
            <w:r w:rsidRPr="0010435C">
              <w:rPr>
                <w:rFonts w:cs="Arial"/>
                <w:b/>
                <w:bCs/>
                <w:color w:val="auto"/>
                <w:sz w:val="22"/>
              </w:rPr>
              <w:t>End</w:t>
            </w:r>
            <w:r>
              <w:rPr>
                <w:rFonts w:cs="Arial"/>
                <w:color w:val="auto"/>
                <w:sz w:val="22"/>
              </w:rPr>
              <w:t>:</w:t>
            </w:r>
          </w:p>
        </w:tc>
        <w:tc>
          <w:tcPr>
            <w:tcW w:w="2288" w:type="dxa"/>
            <w:vAlign w:val="center"/>
          </w:tcPr>
          <w:p w14:paraId="7C93A00E" w14:textId="2341D582" w:rsidR="00F6128D" w:rsidRPr="00554596" w:rsidRDefault="00F6128D">
            <w:pPr>
              <w:spacing w:after="0"/>
              <w:rPr>
                <w:rFonts w:cs="Arial"/>
                <w:color w:val="auto"/>
                <w:sz w:val="22"/>
              </w:rPr>
            </w:pPr>
            <w:r>
              <w:rPr>
                <w:rFonts w:cs="Arial"/>
                <w:color w:val="auto"/>
                <w:sz w:val="22"/>
              </w:rPr>
              <w:t>[DD/MM/YYYY]</w:t>
            </w:r>
          </w:p>
        </w:tc>
      </w:tr>
      <w:tr w:rsidR="004336DA" w:rsidRPr="00554596" w14:paraId="6A76A9BA" w14:textId="77777777" w:rsidTr="004336DA">
        <w:trPr>
          <w:trHeight w:val="415"/>
          <w:jc w:val="center"/>
        </w:trPr>
        <w:tc>
          <w:tcPr>
            <w:tcW w:w="4248" w:type="dxa"/>
            <w:vAlign w:val="center"/>
          </w:tcPr>
          <w:p w14:paraId="1BDAEBEA" w14:textId="5D82C1B9" w:rsidR="004336DA" w:rsidRPr="00B7654C" w:rsidRDefault="004336DA">
            <w:pPr>
              <w:spacing w:after="0"/>
              <w:rPr>
                <w:rFonts w:cs="Arial"/>
                <w:b/>
                <w:bCs/>
                <w:color w:val="auto"/>
                <w:sz w:val="22"/>
              </w:rPr>
            </w:pPr>
            <w:r>
              <w:rPr>
                <w:rFonts w:cs="Arial"/>
                <w:b/>
                <w:bCs/>
                <w:color w:val="auto"/>
                <w:sz w:val="22"/>
              </w:rPr>
              <w:t>Total Project Cost £</w:t>
            </w:r>
          </w:p>
        </w:tc>
        <w:tc>
          <w:tcPr>
            <w:tcW w:w="5832" w:type="dxa"/>
            <w:gridSpan w:val="4"/>
            <w:vAlign w:val="center"/>
          </w:tcPr>
          <w:p w14:paraId="3899419B" w14:textId="77777777" w:rsidR="004336DA" w:rsidRPr="00554596" w:rsidRDefault="004336DA">
            <w:pPr>
              <w:spacing w:after="0"/>
              <w:rPr>
                <w:rFonts w:cs="Arial"/>
                <w:color w:val="auto"/>
                <w:sz w:val="22"/>
              </w:rPr>
            </w:pPr>
          </w:p>
        </w:tc>
      </w:tr>
      <w:tr w:rsidR="009577AC" w:rsidRPr="00554596" w14:paraId="35F8626E" w14:textId="77777777" w:rsidTr="004336DA">
        <w:trPr>
          <w:trHeight w:val="415"/>
          <w:jc w:val="center"/>
        </w:trPr>
        <w:tc>
          <w:tcPr>
            <w:tcW w:w="4248" w:type="dxa"/>
            <w:vAlign w:val="center"/>
          </w:tcPr>
          <w:p w14:paraId="7ABBCD28" w14:textId="47F0DE3B" w:rsidR="009577AC" w:rsidRPr="00B7654C" w:rsidRDefault="004336DA">
            <w:pPr>
              <w:spacing w:after="0"/>
              <w:rPr>
                <w:rFonts w:cs="Arial"/>
                <w:b/>
                <w:bCs/>
                <w:color w:val="auto"/>
                <w:sz w:val="22"/>
              </w:rPr>
            </w:pPr>
            <w:r>
              <w:rPr>
                <w:rFonts w:cs="Arial"/>
                <w:b/>
                <w:bCs/>
                <w:color w:val="auto"/>
                <w:sz w:val="22"/>
              </w:rPr>
              <w:t>Investment Request from Bradford Council £</w:t>
            </w:r>
          </w:p>
        </w:tc>
        <w:tc>
          <w:tcPr>
            <w:tcW w:w="5832" w:type="dxa"/>
            <w:gridSpan w:val="4"/>
            <w:vAlign w:val="center"/>
          </w:tcPr>
          <w:p w14:paraId="11BA5FC2" w14:textId="77777777" w:rsidR="009577AC" w:rsidRPr="00554596" w:rsidRDefault="009577AC">
            <w:pPr>
              <w:spacing w:after="0"/>
              <w:rPr>
                <w:rFonts w:cs="Arial"/>
                <w:color w:val="auto"/>
                <w:sz w:val="22"/>
              </w:rPr>
            </w:pPr>
          </w:p>
        </w:tc>
      </w:tr>
    </w:tbl>
    <w:p w14:paraId="56BE8B9B" w14:textId="77777777" w:rsidR="009577AC" w:rsidRPr="00554596" w:rsidRDefault="00DF42D5">
      <w:pPr>
        <w:pStyle w:val="Heading1"/>
        <w:rPr>
          <w:rFonts w:ascii="Arial" w:hAnsi="Arial" w:cs="Arial"/>
          <w:color w:val="auto"/>
        </w:rPr>
      </w:pPr>
      <w:r>
        <w:rPr>
          <w:rFonts w:ascii="Arial" w:hAnsi="Arial" w:cs="Arial"/>
          <w:color w:val="auto"/>
        </w:rPr>
        <w:t>4: Project Idea, Quality and Ambition</w:t>
      </w:r>
    </w:p>
    <w:p w14:paraId="66FE9192" w14:textId="77777777" w:rsidR="009577AC" w:rsidRPr="00554596" w:rsidRDefault="00DF42D5" w:rsidP="00554596">
      <w:pPr>
        <w:keepNext/>
        <w:spacing w:after="0" w:line="240" w:lineRule="auto"/>
        <w:rPr>
          <w:rFonts w:cs="Arial"/>
          <w:color w:val="auto"/>
          <w:sz w:val="22"/>
        </w:rPr>
      </w:pPr>
      <w:r w:rsidRPr="00554596">
        <w:rPr>
          <w:rFonts w:cs="Arial"/>
          <w:b/>
          <w:color w:val="auto"/>
          <w:sz w:val="22"/>
        </w:rPr>
        <w:t>What do you want to do and why?</w:t>
      </w:r>
    </w:p>
    <w:p w14:paraId="4F238D31" w14:textId="77777777" w:rsidR="009577AC" w:rsidRPr="00A765E0" w:rsidRDefault="00DF42D5" w:rsidP="00554596">
      <w:pPr>
        <w:pStyle w:val="Helptext"/>
        <w:spacing w:after="0" w:line="240" w:lineRule="auto"/>
        <w:rPr>
          <w:rFonts w:cs="Arial"/>
          <w:i w:val="0"/>
          <w:color w:val="595959" w:themeColor="text1" w:themeTint="A6"/>
          <w:sz w:val="22"/>
        </w:rPr>
      </w:pPr>
      <w:r w:rsidRPr="00A765E0">
        <w:rPr>
          <w:rFonts w:cs="Arial"/>
          <w:i w:val="0"/>
          <w:color w:val="595959" w:themeColor="text1" w:themeTint="A6"/>
          <w:sz w:val="22"/>
        </w:rPr>
        <w:t>Describe the creative or cultural idea, the work or activity you will make or enable, the need or opportunity it responds to, why it matters now and the focus and scale of the project.</w:t>
      </w:r>
    </w:p>
    <w:p w14:paraId="21EC7402" w14:textId="0AB02404" w:rsidR="009577AC" w:rsidRPr="00554596" w:rsidRDefault="009577AC" w:rsidP="00554596">
      <w:pPr>
        <w:pStyle w:val="Helptext"/>
        <w:spacing w:after="0" w:line="240" w:lineRule="auto"/>
        <w:rPr>
          <w:rFonts w:cs="Arial"/>
          <w:i w:val="0"/>
          <w:color w:val="auto"/>
          <w:sz w:val="22"/>
        </w:rPr>
      </w:pP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9856"/>
      </w:tblGrid>
      <w:tr w:rsidR="009577AC" w:rsidRPr="00554596" w14:paraId="1FED0FFA" w14:textId="77777777" w:rsidTr="00554596">
        <w:tc>
          <w:tcPr>
            <w:tcW w:w="9856" w:type="dxa"/>
            <w:shd w:val="clear" w:color="auto" w:fill="FFFFFF"/>
            <w:vAlign w:val="center"/>
          </w:tcPr>
          <w:p w14:paraId="3C8725D5" w14:textId="77777777" w:rsidR="009577AC" w:rsidRDefault="009577AC" w:rsidP="00554596">
            <w:pPr>
              <w:spacing w:after="0" w:line="240" w:lineRule="auto"/>
              <w:rPr>
                <w:rFonts w:cs="Arial"/>
                <w:color w:val="auto"/>
                <w:sz w:val="22"/>
              </w:rPr>
            </w:pPr>
          </w:p>
          <w:p w14:paraId="07B60C00" w14:textId="77777777" w:rsidR="002F74DB" w:rsidRDefault="002F74DB" w:rsidP="00554596">
            <w:pPr>
              <w:spacing w:after="0" w:line="240" w:lineRule="auto"/>
              <w:rPr>
                <w:rFonts w:cs="Arial"/>
                <w:color w:val="auto"/>
                <w:sz w:val="22"/>
              </w:rPr>
            </w:pPr>
          </w:p>
          <w:p w14:paraId="3BFC7744" w14:textId="77777777" w:rsidR="002F74DB" w:rsidRDefault="002F74DB" w:rsidP="00554596">
            <w:pPr>
              <w:spacing w:after="0" w:line="240" w:lineRule="auto"/>
              <w:rPr>
                <w:rFonts w:cs="Arial"/>
                <w:color w:val="auto"/>
                <w:sz w:val="22"/>
              </w:rPr>
            </w:pPr>
          </w:p>
          <w:p w14:paraId="23BA7B0D" w14:textId="77777777" w:rsidR="002F74DB" w:rsidRDefault="002F74DB" w:rsidP="00554596">
            <w:pPr>
              <w:spacing w:after="0" w:line="240" w:lineRule="auto"/>
              <w:rPr>
                <w:rFonts w:cs="Arial"/>
                <w:color w:val="auto"/>
                <w:sz w:val="22"/>
              </w:rPr>
            </w:pPr>
          </w:p>
          <w:p w14:paraId="072B3717" w14:textId="57B11106" w:rsidR="002F74DB" w:rsidRPr="00554596" w:rsidRDefault="002F74DB" w:rsidP="00554596">
            <w:pPr>
              <w:spacing w:after="0" w:line="240" w:lineRule="auto"/>
              <w:rPr>
                <w:rFonts w:cs="Arial"/>
                <w:color w:val="auto"/>
                <w:sz w:val="22"/>
              </w:rPr>
            </w:pPr>
          </w:p>
        </w:tc>
      </w:tr>
    </w:tbl>
    <w:p w14:paraId="648A9A26" w14:textId="49F0255B" w:rsidR="009577AC" w:rsidRPr="00554596" w:rsidRDefault="00554596" w:rsidP="00554596">
      <w:pPr>
        <w:spacing w:after="0" w:line="240" w:lineRule="auto"/>
        <w:rPr>
          <w:rFonts w:cs="Arial"/>
          <w:color w:val="auto"/>
          <w:sz w:val="22"/>
        </w:rPr>
      </w:pPr>
      <w:r w:rsidRPr="00162AD7">
        <w:rPr>
          <w:rFonts w:cs="Arial"/>
          <w:color w:val="595959" w:themeColor="text1" w:themeTint="A6"/>
          <w:sz w:val="22"/>
        </w:rPr>
        <w:t xml:space="preserve">Maximum </w:t>
      </w:r>
      <w:r w:rsidR="0010435C" w:rsidRPr="00162AD7">
        <w:rPr>
          <w:rFonts w:cs="Arial"/>
          <w:color w:val="595959" w:themeColor="text1" w:themeTint="A6"/>
          <w:sz w:val="22"/>
        </w:rPr>
        <w:t>400</w:t>
      </w:r>
      <w:r w:rsidRPr="00162AD7">
        <w:rPr>
          <w:rFonts w:cs="Arial"/>
          <w:color w:val="595959" w:themeColor="text1" w:themeTint="A6"/>
          <w:sz w:val="22"/>
        </w:rPr>
        <w:t xml:space="preserve"> words.</w:t>
      </w:r>
      <w:r>
        <w:rPr>
          <w:rFonts w:cs="Arial"/>
          <w:color w:val="auto"/>
          <w:sz w:val="22"/>
        </w:rPr>
        <w:br/>
      </w:r>
    </w:p>
    <w:p w14:paraId="344883B7" w14:textId="77777777" w:rsidR="009577AC" w:rsidRPr="00554596" w:rsidRDefault="00DF42D5" w:rsidP="00554596">
      <w:pPr>
        <w:keepNext/>
        <w:spacing w:after="0" w:line="240" w:lineRule="auto"/>
        <w:rPr>
          <w:rFonts w:cs="Arial"/>
          <w:color w:val="auto"/>
          <w:sz w:val="22"/>
        </w:rPr>
      </w:pPr>
      <w:r>
        <w:rPr>
          <w:rFonts w:cs="Arial"/>
          <w:b/>
          <w:color w:val="auto"/>
          <w:sz w:val="22"/>
        </w:rPr>
        <w:t>How will you achieve appropriate creativity, quality and ambition?</w:t>
      </w:r>
    </w:p>
    <w:p w14:paraId="5CF1CA23" w14:textId="77777777" w:rsidR="009577AC" w:rsidRPr="00A765E0" w:rsidRDefault="00DF42D5" w:rsidP="00554596">
      <w:pPr>
        <w:pStyle w:val="Helptext"/>
        <w:spacing w:after="0" w:line="240" w:lineRule="auto"/>
        <w:rPr>
          <w:rFonts w:cs="Arial"/>
          <w:i w:val="0"/>
          <w:color w:val="595959" w:themeColor="text1" w:themeTint="A6"/>
          <w:sz w:val="22"/>
        </w:rPr>
      </w:pPr>
      <w:r w:rsidRPr="00A765E0">
        <w:rPr>
          <w:rFonts w:cs="Arial"/>
          <w:i w:val="0"/>
          <w:color w:val="595959" w:themeColor="text1" w:themeTint="A6"/>
          <w:sz w:val="22"/>
        </w:rPr>
        <w:t>Explain how the work will be developed or selected, who will shape it, what is distinctive or developmental, and how quality will be understood or assessed.</w:t>
      </w:r>
    </w:p>
    <w:p w14:paraId="42E48592" w14:textId="2D46C9CF" w:rsidR="009577AC" w:rsidRPr="00554596" w:rsidRDefault="009577AC" w:rsidP="00554596">
      <w:pPr>
        <w:pStyle w:val="Helptext"/>
        <w:spacing w:after="0" w:line="240" w:lineRule="auto"/>
        <w:rPr>
          <w:rFonts w:cs="Arial"/>
          <w:i w:val="0"/>
          <w:color w:val="auto"/>
          <w:sz w:val="22"/>
        </w:rPr>
      </w:pP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9856"/>
      </w:tblGrid>
      <w:tr w:rsidR="009577AC" w:rsidRPr="00554596" w14:paraId="12146A4C" w14:textId="77777777" w:rsidTr="00554596">
        <w:tc>
          <w:tcPr>
            <w:tcW w:w="9856" w:type="dxa"/>
            <w:shd w:val="clear" w:color="auto" w:fill="FFFFFF"/>
            <w:vAlign w:val="center"/>
          </w:tcPr>
          <w:p w14:paraId="2D86C51C" w14:textId="77777777" w:rsidR="009577AC" w:rsidRDefault="009577AC" w:rsidP="00554596">
            <w:pPr>
              <w:spacing w:after="0" w:line="240" w:lineRule="auto"/>
              <w:rPr>
                <w:rFonts w:cs="Arial"/>
                <w:color w:val="auto"/>
                <w:sz w:val="22"/>
              </w:rPr>
            </w:pPr>
          </w:p>
          <w:p w14:paraId="2FDB3E30" w14:textId="77777777" w:rsidR="002F74DB" w:rsidRDefault="002F74DB" w:rsidP="00554596">
            <w:pPr>
              <w:spacing w:after="0" w:line="240" w:lineRule="auto"/>
              <w:rPr>
                <w:rFonts w:cs="Arial"/>
                <w:color w:val="auto"/>
                <w:sz w:val="22"/>
              </w:rPr>
            </w:pPr>
          </w:p>
          <w:p w14:paraId="1ACBDAE9" w14:textId="77777777" w:rsidR="002F74DB" w:rsidRDefault="002F74DB" w:rsidP="00554596">
            <w:pPr>
              <w:spacing w:after="0" w:line="240" w:lineRule="auto"/>
              <w:rPr>
                <w:rFonts w:cs="Arial"/>
                <w:color w:val="auto"/>
                <w:sz w:val="22"/>
              </w:rPr>
            </w:pPr>
          </w:p>
          <w:p w14:paraId="3E7E53AA" w14:textId="77777777" w:rsidR="002F74DB" w:rsidRDefault="002F74DB" w:rsidP="00554596">
            <w:pPr>
              <w:spacing w:after="0" w:line="240" w:lineRule="auto"/>
              <w:rPr>
                <w:rFonts w:cs="Arial"/>
                <w:color w:val="auto"/>
                <w:sz w:val="22"/>
              </w:rPr>
            </w:pPr>
          </w:p>
          <w:p w14:paraId="53E4F83F" w14:textId="440F5D4A" w:rsidR="002F74DB" w:rsidRPr="00554596" w:rsidRDefault="002F74DB" w:rsidP="00554596">
            <w:pPr>
              <w:spacing w:after="0" w:line="240" w:lineRule="auto"/>
              <w:rPr>
                <w:rFonts w:cs="Arial"/>
                <w:color w:val="auto"/>
                <w:sz w:val="22"/>
              </w:rPr>
            </w:pPr>
          </w:p>
        </w:tc>
      </w:tr>
    </w:tbl>
    <w:p w14:paraId="343E9E2E" w14:textId="0FB8CA7E" w:rsidR="009577AC" w:rsidRPr="00162AD7" w:rsidRDefault="00554596">
      <w:pPr>
        <w:spacing w:after="0"/>
        <w:rPr>
          <w:rFonts w:cs="Arial"/>
          <w:color w:val="595959" w:themeColor="text1" w:themeTint="A6"/>
        </w:rPr>
      </w:pPr>
      <w:r w:rsidRPr="00162AD7">
        <w:rPr>
          <w:rFonts w:cs="Arial"/>
          <w:color w:val="595959" w:themeColor="text1" w:themeTint="A6"/>
          <w:sz w:val="22"/>
        </w:rPr>
        <w:lastRenderedPageBreak/>
        <w:t>Maximum 400 words.</w:t>
      </w:r>
    </w:p>
    <w:p w14:paraId="614729DE" w14:textId="77777777" w:rsidR="009577AC" w:rsidRPr="00554596" w:rsidRDefault="00DF42D5">
      <w:pPr>
        <w:pStyle w:val="Heading1"/>
        <w:rPr>
          <w:rFonts w:ascii="Arial" w:hAnsi="Arial" w:cs="Arial"/>
          <w:color w:val="auto"/>
        </w:rPr>
      </w:pPr>
      <w:r>
        <w:rPr>
          <w:rFonts w:ascii="Arial" w:hAnsi="Arial" w:cs="Arial"/>
          <w:color w:val="auto"/>
        </w:rPr>
        <w:t>5: People, Experience and Partnerships</w:t>
      </w:r>
    </w:p>
    <w:p w14:paraId="021E1DB7" w14:textId="77777777" w:rsidR="009577AC" w:rsidRPr="00554596" w:rsidRDefault="00DF42D5" w:rsidP="00554596">
      <w:pPr>
        <w:keepNext/>
        <w:spacing w:after="0" w:line="240" w:lineRule="auto"/>
        <w:rPr>
          <w:rFonts w:cs="Arial"/>
          <w:color w:val="auto"/>
          <w:sz w:val="22"/>
        </w:rPr>
      </w:pPr>
      <w:r w:rsidRPr="00554596">
        <w:rPr>
          <w:rFonts w:cs="Arial"/>
          <w:b/>
          <w:color w:val="auto"/>
          <w:sz w:val="22"/>
        </w:rPr>
        <w:t>Who will lead and deliver the project?</w:t>
      </w:r>
    </w:p>
    <w:p w14:paraId="07362EBC" w14:textId="6163ACDE" w:rsidR="006937DC" w:rsidRDefault="00DF42D5" w:rsidP="00554596">
      <w:pPr>
        <w:pStyle w:val="Helptext"/>
        <w:spacing w:after="0" w:line="240" w:lineRule="auto"/>
        <w:rPr>
          <w:rFonts w:cs="Arial"/>
          <w:i w:val="0"/>
          <w:color w:val="595959" w:themeColor="text1" w:themeTint="A6"/>
          <w:sz w:val="22"/>
        </w:rPr>
      </w:pPr>
      <w:r w:rsidRPr="00A765E0">
        <w:rPr>
          <w:rFonts w:cs="Arial"/>
          <w:i w:val="0"/>
          <w:color w:val="595959" w:themeColor="text1" w:themeTint="A6"/>
          <w:sz w:val="22"/>
        </w:rPr>
        <w:t xml:space="preserve">Name the key people, artists, freelancers, </w:t>
      </w:r>
      <w:proofErr w:type="spellStart"/>
      <w:r w:rsidRPr="00A765E0">
        <w:rPr>
          <w:rFonts w:cs="Arial"/>
          <w:i w:val="0"/>
          <w:color w:val="595959" w:themeColor="text1" w:themeTint="A6"/>
          <w:sz w:val="22"/>
        </w:rPr>
        <w:t>organisations</w:t>
      </w:r>
      <w:proofErr w:type="spellEnd"/>
      <w:r w:rsidRPr="00A765E0">
        <w:rPr>
          <w:rFonts w:cs="Arial"/>
          <w:i w:val="0"/>
          <w:color w:val="595959" w:themeColor="text1" w:themeTint="A6"/>
          <w:sz w:val="22"/>
        </w:rPr>
        <w:t xml:space="preserve"> and partners; explain their roles, relevant experience and track record; and state whether their involvement is confirmed or expected.</w:t>
      </w:r>
    </w:p>
    <w:p w14:paraId="67A56154" w14:textId="77777777" w:rsidR="006937DC" w:rsidRPr="007410E8" w:rsidRDefault="006937DC" w:rsidP="006937DC">
      <w:pPr>
        <w:spacing w:before="100" w:beforeAutospacing="1" w:afterAutospacing="1" w:line="240" w:lineRule="auto"/>
        <w:rPr>
          <w:rFonts w:eastAsia="Times New Roman" w:cs="Arial"/>
          <w:color w:val="595959" w:themeColor="text1" w:themeTint="A6"/>
          <w:sz w:val="22"/>
          <w:lang w:val="en-GB" w:eastAsia="en-GB"/>
        </w:rPr>
      </w:pPr>
      <w:r w:rsidRPr="007410E8">
        <w:rPr>
          <w:rFonts w:eastAsia="Times New Roman" w:cs="Arial"/>
          <w:color w:val="595959" w:themeColor="text1" w:themeTint="A6"/>
          <w:sz w:val="22"/>
          <w:lang w:val="en-GB" w:eastAsia="en-GB"/>
        </w:rPr>
        <w:t>Add additional rows, as necessary.</w:t>
      </w:r>
    </w:p>
    <w:tbl>
      <w:tblPr>
        <w:tblW w:w="9806"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3038"/>
        <w:gridCol w:w="5179"/>
        <w:gridCol w:w="1589"/>
      </w:tblGrid>
      <w:tr w:rsidR="009577AC" w:rsidRPr="00554596" w14:paraId="0AC1816F" w14:textId="77777777" w:rsidTr="00CE708E">
        <w:trPr>
          <w:trHeight w:val="568"/>
          <w:tblHeader/>
          <w:jc w:val="center"/>
        </w:trPr>
        <w:tc>
          <w:tcPr>
            <w:tcW w:w="3038" w:type="dxa"/>
            <w:tcBorders>
              <w:bottom w:val="single" w:sz="4" w:space="0" w:color="D9D9D9"/>
            </w:tcBorders>
            <w:shd w:val="clear" w:color="auto" w:fill="000000" w:themeFill="text1"/>
            <w:vAlign w:val="center"/>
          </w:tcPr>
          <w:p w14:paraId="58B13DA7" w14:textId="3F85711F" w:rsidR="009577AC" w:rsidRPr="00554596" w:rsidRDefault="00DF42D5" w:rsidP="00554596">
            <w:pPr>
              <w:spacing w:after="0" w:line="240" w:lineRule="auto"/>
              <w:rPr>
                <w:rFonts w:cs="Arial"/>
                <w:color w:val="auto"/>
                <w:sz w:val="22"/>
              </w:rPr>
            </w:pPr>
            <w:r>
              <w:rPr>
                <w:rFonts w:cs="Arial"/>
                <w:b/>
                <w:color w:val="auto"/>
                <w:sz w:val="22"/>
              </w:rPr>
              <w:t xml:space="preserve">Name of individual or </w:t>
            </w:r>
            <w:proofErr w:type="spellStart"/>
            <w:r>
              <w:rPr>
                <w:rFonts w:cs="Arial"/>
                <w:b/>
                <w:color w:val="auto"/>
                <w:sz w:val="22"/>
              </w:rPr>
              <w:t>organisation</w:t>
            </w:r>
            <w:proofErr w:type="spellEnd"/>
          </w:p>
        </w:tc>
        <w:tc>
          <w:tcPr>
            <w:tcW w:w="5179" w:type="dxa"/>
            <w:tcBorders>
              <w:bottom w:val="single" w:sz="4" w:space="0" w:color="D9D9D9"/>
            </w:tcBorders>
            <w:shd w:val="clear" w:color="auto" w:fill="000000" w:themeFill="text1"/>
            <w:vAlign w:val="center"/>
          </w:tcPr>
          <w:p w14:paraId="22970B3C" w14:textId="2D3A6FB2" w:rsidR="009577AC" w:rsidRPr="00554596" w:rsidRDefault="00DF42D5" w:rsidP="00554596">
            <w:pPr>
              <w:spacing w:after="0" w:line="240" w:lineRule="auto"/>
              <w:rPr>
                <w:rFonts w:cs="Arial"/>
                <w:color w:val="auto"/>
                <w:sz w:val="22"/>
              </w:rPr>
            </w:pPr>
            <w:r>
              <w:rPr>
                <w:rFonts w:cs="Arial"/>
                <w:b/>
                <w:color w:val="auto"/>
                <w:sz w:val="22"/>
              </w:rPr>
              <w:t>Role or responsibility</w:t>
            </w:r>
          </w:p>
        </w:tc>
        <w:tc>
          <w:tcPr>
            <w:tcW w:w="1589" w:type="dxa"/>
            <w:tcBorders>
              <w:bottom w:val="single" w:sz="4" w:space="0" w:color="D9D9D9"/>
            </w:tcBorders>
            <w:shd w:val="clear" w:color="auto" w:fill="000000" w:themeFill="text1"/>
            <w:vAlign w:val="center"/>
          </w:tcPr>
          <w:p w14:paraId="1796AEED" w14:textId="296A8753" w:rsidR="009577AC" w:rsidRPr="00554596" w:rsidRDefault="00DF42D5" w:rsidP="00554596">
            <w:pPr>
              <w:spacing w:after="0" w:line="240" w:lineRule="auto"/>
              <w:rPr>
                <w:rFonts w:cs="Arial"/>
                <w:color w:val="auto"/>
                <w:sz w:val="22"/>
              </w:rPr>
            </w:pPr>
            <w:r>
              <w:rPr>
                <w:rFonts w:cs="Arial"/>
                <w:b/>
                <w:color w:val="auto"/>
                <w:sz w:val="22"/>
              </w:rPr>
              <w:t xml:space="preserve">Confirmed? Yes or </w:t>
            </w:r>
            <w:proofErr w:type="gramStart"/>
            <w:r>
              <w:rPr>
                <w:rFonts w:cs="Arial"/>
                <w:b/>
                <w:color w:val="auto"/>
                <w:sz w:val="22"/>
              </w:rPr>
              <w:t>No</w:t>
            </w:r>
            <w:proofErr w:type="gramEnd"/>
          </w:p>
        </w:tc>
      </w:tr>
      <w:tr w:rsidR="009577AC" w:rsidRPr="00554596" w14:paraId="5BB3D97E" w14:textId="77777777" w:rsidTr="00CE708E">
        <w:trPr>
          <w:trHeight w:val="421"/>
          <w:jc w:val="center"/>
        </w:trPr>
        <w:tc>
          <w:tcPr>
            <w:tcW w:w="3038" w:type="dxa"/>
            <w:vAlign w:val="center"/>
          </w:tcPr>
          <w:p w14:paraId="3C8F2FCE" w14:textId="77777777" w:rsidR="009577AC" w:rsidRPr="00554596" w:rsidRDefault="009577AC" w:rsidP="00554596">
            <w:pPr>
              <w:spacing w:after="0" w:line="240" w:lineRule="auto"/>
              <w:rPr>
                <w:rFonts w:cs="Arial"/>
                <w:color w:val="auto"/>
                <w:sz w:val="22"/>
              </w:rPr>
            </w:pPr>
          </w:p>
        </w:tc>
        <w:tc>
          <w:tcPr>
            <w:tcW w:w="5179" w:type="dxa"/>
            <w:vAlign w:val="center"/>
          </w:tcPr>
          <w:p w14:paraId="5C29B951" w14:textId="77777777" w:rsidR="009577AC" w:rsidRPr="00554596" w:rsidRDefault="009577AC" w:rsidP="00554596">
            <w:pPr>
              <w:spacing w:after="0" w:line="240" w:lineRule="auto"/>
              <w:rPr>
                <w:rFonts w:cs="Arial"/>
                <w:color w:val="auto"/>
                <w:sz w:val="22"/>
              </w:rPr>
            </w:pPr>
          </w:p>
        </w:tc>
        <w:tc>
          <w:tcPr>
            <w:tcW w:w="1589" w:type="dxa"/>
            <w:vAlign w:val="center"/>
          </w:tcPr>
          <w:p w14:paraId="47B73D34" w14:textId="77777777" w:rsidR="009577AC" w:rsidRPr="00554596" w:rsidRDefault="009577AC" w:rsidP="00554596">
            <w:pPr>
              <w:spacing w:after="0" w:line="240" w:lineRule="auto"/>
              <w:rPr>
                <w:rFonts w:cs="Arial"/>
                <w:color w:val="auto"/>
                <w:sz w:val="22"/>
              </w:rPr>
            </w:pPr>
          </w:p>
        </w:tc>
      </w:tr>
      <w:tr w:rsidR="009577AC" w:rsidRPr="00554596" w14:paraId="0369964D" w14:textId="77777777" w:rsidTr="00CE708E">
        <w:trPr>
          <w:trHeight w:val="413"/>
          <w:jc w:val="center"/>
        </w:trPr>
        <w:tc>
          <w:tcPr>
            <w:tcW w:w="3038" w:type="dxa"/>
            <w:vAlign w:val="center"/>
          </w:tcPr>
          <w:p w14:paraId="1DAB9C4E" w14:textId="77777777" w:rsidR="009577AC" w:rsidRPr="00554596" w:rsidRDefault="009577AC" w:rsidP="00554596">
            <w:pPr>
              <w:spacing w:after="0" w:line="240" w:lineRule="auto"/>
              <w:rPr>
                <w:rFonts w:cs="Arial"/>
                <w:color w:val="auto"/>
                <w:sz w:val="22"/>
              </w:rPr>
            </w:pPr>
          </w:p>
        </w:tc>
        <w:tc>
          <w:tcPr>
            <w:tcW w:w="5179" w:type="dxa"/>
            <w:vAlign w:val="center"/>
          </w:tcPr>
          <w:p w14:paraId="5B981488" w14:textId="77777777" w:rsidR="009577AC" w:rsidRPr="00554596" w:rsidRDefault="009577AC" w:rsidP="00554596">
            <w:pPr>
              <w:spacing w:after="0" w:line="240" w:lineRule="auto"/>
              <w:rPr>
                <w:rFonts w:cs="Arial"/>
                <w:color w:val="auto"/>
                <w:sz w:val="22"/>
              </w:rPr>
            </w:pPr>
          </w:p>
        </w:tc>
        <w:tc>
          <w:tcPr>
            <w:tcW w:w="1589" w:type="dxa"/>
            <w:vAlign w:val="center"/>
          </w:tcPr>
          <w:p w14:paraId="74588815" w14:textId="77777777" w:rsidR="009577AC" w:rsidRPr="00554596" w:rsidRDefault="009577AC" w:rsidP="00554596">
            <w:pPr>
              <w:spacing w:after="0" w:line="240" w:lineRule="auto"/>
              <w:rPr>
                <w:rFonts w:cs="Arial"/>
                <w:color w:val="auto"/>
                <w:sz w:val="22"/>
              </w:rPr>
            </w:pPr>
          </w:p>
        </w:tc>
      </w:tr>
      <w:tr w:rsidR="009577AC" w:rsidRPr="00554596" w14:paraId="6BB0DD49" w14:textId="77777777" w:rsidTr="00CE708E">
        <w:trPr>
          <w:trHeight w:val="418"/>
          <w:jc w:val="center"/>
        </w:trPr>
        <w:tc>
          <w:tcPr>
            <w:tcW w:w="3038" w:type="dxa"/>
            <w:vAlign w:val="center"/>
          </w:tcPr>
          <w:p w14:paraId="04B7C771" w14:textId="77777777" w:rsidR="009577AC" w:rsidRPr="00554596" w:rsidRDefault="009577AC" w:rsidP="00554596">
            <w:pPr>
              <w:spacing w:after="0" w:line="240" w:lineRule="auto"/>
              <w:rPr>
                <w:rFonts w:cs="Arial"/>
                <w:color w:val="auto"/>
                <w:sz w:val="22"/>
              </w:rPr>
            </w:pPr>
          </w:p>
        </w:tc>
        <w:tc>
          <w:tcPr>
            <w:tcW w:w="5179" w:type="dxa"/>
            <w:vAlign w:val="center"/>
          </w:tcPr>
          <w:p w14:paraId="196AE7C2" w14:textId="77777777" w:rsidR="009577AC" w:rsidRPr="00554596" w:rsidRDefault="009577AC" w:rsidP="00554596">
            <w:pPr>
              <w:spacing w:after="0" w:line="240" w:lineRule="auto"/>
              <w:rPr>
                <w:rFonts w:cs="Arial"/>
                <w:color w:val="auto"/>
                <w:sz w:val="22"/>
              </w:rPr>
            </w:pPr>
          </w:p>
        </w:tc>
        <w:tc>
          <w:tcPr>
            <w:tcW w:w="1589" w:type="dxa"/>
            <w:vAlign w:val="center"/>
          </w:tcPr>
          <w:p w14:paraId="3549CFAD" w14:textId="77777777" w:rsidR="009577AC" w:rsidRPr="00554596" w:rsidRDefault="009577AC" w:rsidP="00554596">
            <w:pPr>
              <w:spacing w:after="0" w:line="240" w:lineRule="auto"/>
              <w:rPr>
                <w:rFonts w:cs="Arial"/>
                <w:color w:val="auto"/>
                <w:sz w:val="22"/>
              </w:rPr>
            </w:pPr>
          </w:p>
        </w:tc>
      </w:tr>
      <w:tr w:rsidR="009577AC" w:rsidRPr="00554596" w14:paraId="6C70684B" w14:textId="77777777" w:rsidTr="00CE708E">
        <w:trPr>
          <w:trHeight w:val="411"/>
          <w:jc w:val="center"/>
        </w:trPr>
        <w:tc>
          <w:tcPr>
            <w:tcW w:w="3038" w:type="dxa"/>
            <w:vAlign w:val="center"/>
          </w:tcPr>
          <w:p w14:paraId="7B26379F" w14:textId="77777777" w:rsidR="009577AC" w:rsidRPr="00554596" w:rsidRDefault="009577AC" w:rsidP="00554596">
            <w:pPr>
              <w:spacing w:after="0" w:line="240" w:lineRule="auto"/>
              <w:rPr>
                <w:rFonts w:cs="Arial"/>
                <w:color w:val="auto"/>
                <w:sz w:val="22"/>
              </w:rPr>
            </w:pPr>
          </w:p>
        </w:tc>
        <w:tc>
          <w:tcPr>
            <w:tcW w:w="5179" w:type="dxa"/>
            <w:vAlign w:val="center"/>
          </w:tcPr>
          <w:p w14:paraId="0430C394" w14:textId="77777777" w:rsidR="009577AC" w:rsidRPr="00554596" w:rsidRDefault="009577AC" w:rsidP="00554596">
            <w:pPr>
              <w:spacing w:after="0" w:line="240" w:lineRule="auto"/>
              <w:rPr>
                <w:rFonts w:cs="Arial"/>
                <w:color w:val="auto"/>
                <w:sz w:val="22"/>
              </w:rPr>
            </w:pPr>
          </w:p>
        </w:tc>
        <w:tc>
          <w:tcPr>
            <w:tcW w:w="1589" w:type="dxa"/>
            <w:vAlign w:val="center"/>
          </w:tcPr>
          <w:p w14:paraId="5DCBBF22" w14:textId="77777777" w:rsidR="009577AC" w:rsidRPr="00554596" w:rsidRDefault="009577AC" w:rsidP="00554596">
            <w:pPr>
              <w:spacing w:after="0" w:line="240" w:lineRule="auto"/>
              <w:rPr>
                <w:rFonts w:cs="Arial"/>
                <w:color w:val="auto"/>
                <w:sz w:val="22"/>
              </w:rPr>
            </w:pPr>
          </w:p>
        </w:tc>
      </w:tr>
      <w:tr w:rsidR="009577AC" w:rsidRPr="00554596" w14:paraId="396D83B0" w14:textId="77777777" w:rsidTr="00CE708E">
        <w:trPr>
          <w:trHeight w:val="417"/>
          <w:jc w:val="center"/>
        </w:trPr>
        <w:tc>
          <w:tcPr>
            <w:tcW w:w="3038" w:type="dxa"/>
            <w:vAlign w:val="center"/>
          </w:tcPr>
          <w:p w14:paraId="2F5E097F" w14:textId="77777777" w:rsidR="009577AC" w:rsidRPr="00554596" w:rsidRDefault="009577AC" w:rsidP="00554596">
            <w:pPr>
              <w:spacing w:after="0" w:line="240" w:lineRule="auto"/>
              <w:rPr>
                <w:rFonts w:cs="Arial"/>
                <w:color w:val="auto"/>
                <w:sz w:val="22"/>
              </w:rPr>
            </w:pPr>
          </w:p>
        </w:tc>
        <w:tc>
          <w:tcPr>
            <w:tcW w:w="5179" w:type="dxa"/>
            <w:vAlign w:val="center"/>
          </w:tcPr>
          <w:p w14:paraId="459F178A" w14:textId="77777777" w:rsidR="009577AC" w:rsidRPr="00554596" w:rsidRDefault="009577AC" w:rsidP="00554596">
            <w:pPr>
              <w:spacing w:after="0" w:line="240" w:lineRule="auto"/>
              <w:rPr>
                <w:rFonts w:cs="Arial"/>
                <w:color w:val="auto"/>
                <w:sz w:val="22"/>
              </w:rPr>
            </w:pPr>
          </w:p>
        </w:tc>
        <w:tc>
          <w:tcPr>
            <w:tcW w:w="1589" w:type="dxa"/>
            <w:vAlign w:val="center"/>
          </w:tcPr>
          <w:p w14:paraId="0356F123" w14:textId="77777777" w:rsidR="009577AC" w:rsidRPr="00554596" w:rsidRDefault="009577AC" w:rsidP="00554596">
            <w:pPr>
              <w:spacing w:after="0" w:line="240" w:lineRule="auto"/>
              <w:rPr>
                <w:rFonts w:cs="Arial"/>
                <w:color w:val="auto"/>
                <w:sz w:val="22"/>
              </w:rPr>
            </w:pPr>
          </w:p>
        </w:tc>
      </w:tr>
    </w:tbl>
    <w:p w14:paraId="3961C4B7" w14:textId="77777777" w:rsidR="009577AC" w:rsidRDefault="009577AC" w:rsidP="00554596">
      <w:pPr>
        <w:spacing w:after="0" w:line="240" w:lineRule="auto"/>
        <w:rPr>
          <w:rFonts w:cs="Arial"/>
          <w:color w:val="auto"/>
          <w:sz w:val="22"/>
        </w:rPr>
      </w:pPr>
    </w:p>
    <w:p w14:paraId="76C468C9" w14:textId="77777777" w:rsidR="009577AC" w:rsidRPr="00554596" w:rsidRDefault="00DF42D5" w:rsidP="00554596">
      <w:pPr>
        <w:keepNext/>
        <w:spacing w:after="0" w:line="240" w:lineRule="auto"/>
        <w:rPr>
          <w:rFonts w:cs="Arial"/>
          <w:color w:val="auto"/>
          <w:sz w:val="22"/>
        </w:rPr>
      </w:pPr>
      <w:r>
        <w:rPr>
          <w:rFonts w:cs="Arial"/>
          <w:b/>
          <w:color w:val="auto"/>
          <w:sz w:val="22"/>
        </w:rPr>
        <w:t>How will artists, freelancers and workers be recruited, supported and paid?</w:t>
      </w:r>
    </w:p>
    <w:p w14:paraId="67F4CBB9" w14:textId="77777777" w:rsidR="009577AC" w:rsidRPr="006937DC" w:rsidRDefault="00DF42D5" w:rsidP="00554596">
      <w:pPr>
        <w:pStyle w:val="Helptext"/>
        <w:spacing w:after="0" w:line="240" w:lineRule="auto"/>
        <w:rPr>
          <w:rFonts w:cs="Arial"/>
          <w:i w:val="0"/>
          <w:color w:val="595959" w:themeColor="text1" w:themeTint="A6"/>
          <w:sz w:val="22"/>
        </w:rPr>
      </w:pPr>
      <w:r w:rsidRPr="006937DC">
        <w:rPr>
          <w:rFonts w:cs="Arial"/>
          <w:i w:val="0"/>
          <w:color w:val="595959" w:themeColor="text1" w:themeTint="A6"/>
          <w:sz w:val="22"/>
        </w:rPr>
        <w:t>Explain rates or benchmarks, contracted and voluntary roles, access support, and how opportunities will be fair and transparent.</w:t>
      </w:r>
    </w:p>
    <w:p w14:paraId="353856D8" w14:textId="1A178EB0" w:rsidR="009577AC" w:rsidRPr="00554596" w:rsidRDefault="009577AC" w:rsidP="00554596">
      <w:pPr>
        <w:pStyle w:val="Helptext"/>
        <w:spacing w:after="0" w:line="240" w:lineRule="auto"/>
        <w:rPr>
          <w:rFonts w:cs="Arial"/>
          <w:i w:val="0"/>
          <w:color w:val="auto"/>
          <w:sz w:val="22"/>
        </w:rPr>
      </w:pP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9856"/>
      </w:tblGrid>
      <w:tr w:rsidR="009577AC" w:rsidRPr="00554596" w14:paraId="382E4D4D" w14:textId="77777777" w:rsidTr="00554596">
        <w:tc>
          <w:tcPr>
            <w:tcW w:w="9856" w:type="dxa"/>
            <w:shd w:val="clear" w:color="auto" w:fill="FFFFFF"/>
            <w:vAlign w:val="center"/>
          </w:tcPr>
          <w:p w14:paraId="40A10AFD" w14:textId="77777777" w:rsidR="009577AC" w:rsidRDefault="009577AC" w:rsidP="00554596">
            <w:pPr>
              <w:spacing w:after="0" w:line="240" w:lineRule="auto"/>
              <w:rPr>
                <w:rFonts w:cs="Arial"/>
                <w:color w:val="auto"/>
                <w:sz w:val="22"/>
              </w:rPr>
            </w:pPr>
          </w:p>
          <w:p w14:paraId="1C20624A" w14:textId="77777777" w:rsidR="002F74DB" w:rsidRDefault="002F74DB" w:rsidP="00554596">
            <w:pPr>
              <w:spacing w:after="0" w:line="240" w:lineRule="auto"/>
              <w:rPr>
                <w:rFonts w:cs="Arial"/>
                <w:color w:val="auto"/>
                <w:sz w:val="22"/>
              </w:rPr>
            </w:pPr>
          </w:p>
          <w:p w14:paraId="19398FCD" w14:textId="77777777" w:rsidR="002F74DB" w:rsidRDefault="002F74DB" w:rsidP="00554596">
            <w:pPr>
              <w:spacing w:after="0" w:line="240" w:lineRule="auto"/>
              <w:rPr>
                <w:rFonts w:cs="Arial"/>
                <w:color w:val="auto"/>
                <w:sz w:val="22"/>
              </w:rPr>
            </w:pPr>
          </w:p>
          <w:p w14:paraId="6991E277" w14:textId="77777777" w:rsidR="002F74DB" w:rsidRDefault="002F74DB" w:rsidP="00554596">
            <w:pPr>
              <w:spacing w:after="0" w:line="240" w:lineRule="auto"/>
              <w:rPr>
                <w:rFonts w:cs="Arial"/>
                <w:color w:val="auto"/>
                <w:sz w:val="22"/>
              </w:rPr>
            </w:pPr>
          </w:p>
          <w:p w14:paraId="4D685FC1" w14:textId="0F5C79ED" w:rsidR="002F74DB" w:rsidRPr="00554596" w:rsidRDefault="002F74DB" w:rsidP="00554596">
            <w:pPr>
              <w:spacing w:after="0" w:line="240" w:lineRule="auto"/>
              <w:rPr>
                <w:rFonts w:cs="Arial"/>
                <w:color w:val="auto"/>
                <w:sz w:val="22"/>
              </w:rPr>
            </w:pPr>
          </w:p>
        </w:tc>
      </w:tr>
    </w:tbl>
    <w:p w14:paraId="635842CF" w14:textId="14C9A6DE" w:rsidR="009577AC" w:rsidRPr="006937DC" w:rsidRDefault="00554596">
      <w:pPr>
        <w:spacing w:after="0"/>
        <w:rPr>
          <w:rFonts w:cs="Arial"/>
          <w:color w:val="595959" w:themeColor="text1" w:themeTint="A6"/>
        </w:rPr>
      </w:pPr>
      <w:r w:rsidRPr="006937DC">
        <w:rPr>
          <w:rFonts w:cs="Arial"/>
          <w:color w:val="595959" w:themeColor="text1" w:themeTint="A6"/>
          <w:sz w:val="22"/>
        </w:rPr>
        <w:t>Maximum 250 words.</w:t>
      </w:r>
    </w:p>
    <w:p w14:paraId="4C07F61C" w14:textId="77777777" w:rsidR="009577AC" w:rsidRPr="00554596" w:rsidRDefault="00DF42D5">
      <w:pPr>
        <w:pStyle w:val="Heading1"/>
        <w:rPr>
          <w:rFonts w:ascii="Arial" w:hAnsi="Arial" w:cs="Arial"/>
          <w:color w:val="auto"/>
        </w:rPr>
      </w:pPr>
      <w:r>
        <w:rPr>
          <w:rFonts w:ascii="Arial" w:hAnsi="Arial" w:cs="Arial"/>
          <w:color w:val="auto"/>
        </w:rPr>
        <w:t>6: Public Benefit, Reach, Inclusion and Access</w:t>
      </w:r>
    </w:p>
    <w:p w14:paraId="68797420" w14:textId="77777777" w:rsidR="009577AC" w:rsidRPr="00554596" w:rsidRDefault="00DF42D5" w:rsidP="00554596">
      <w:pPr>
        <w:keepNext/>
        <w:spacing w:after="0" w:line="240" w:lineRule="auto"/>
        <w:rPr>
          <w:rFonts w:cs="Arial"/>
          <w:color w:val="auto"/>
          <w:sz w:val="22"/>
        </w:rPr>
      </w:pPr>
      <w:r>
        <w:rPr>
          <w:rFonts w:cs="Arial"/>
          <w:b/>
          <w:color w:val="auto"/>
          <w:sz w:val="22"/>
        </w:rPr>
        <w:t>What cultural, social or economic benefit will the project create for Bradford District?</w:t>
      </w:r>
    </w:p>
    <w:p w14:paraId="1668D54E" w14:textId="77777777" w:rsidR="009577AC" w:rsidRPr="006937DC" w:rsidRDefault="00DF42D5" w:rsidP="00554596">
      <w:pPr>
        <w:pStyle w:val="Helptext"/>
        <w:spacing w:after="0" w:line="240" w:lineRule="auto"/>
        <w:rPr>
          <w:rFonts w:cs="Arial"/>
          <w:i w:val="0"/>
          <w:color w:val="595959" w:themeColor="text1" w:themeTint="A6"/>
          <w:sz w:val="22"/>
        </w:rPr>
      </w:pPr>
      <w:r w:rsidRPr="006937DC">
        <w:rPr>
          <w:rFonts w:cs="Arial"/>
          <w:i w:val="0"/>
          <w:color w:val="595959" w:themeColor="text1" w:themeTint="A6"/>
          <w:sz w:val="22"/>
        </w:rPr>
        <w:t>Explain the most important benefits, who or what will benefit, the need or opportunity you identified, and the evidence or insight that informed the project. You do not need to address all three types of benefit.</w:t>
      </w:r>
    </w:p>
    <w:p w14:paraId="4ECBD778" w14:textId="179F6CF0" w:rsidR="009577AC" w:rsidRPr="00554596" w:rsidRDefault="009577AC" w:rsidP="00554596">
      <w:pPr>
        <w:pStyle w:val="Helptext"/>
        <w:spacing w:after="0" w:line="240" w:lineRule="auto"/>
        <w:rPr>
          <w:rFonts w:cs="Arial"/>
          <w:i w:val="0"/>
          <w:color w:val="auto"/>
          <w:sz w:val="22"/>
        </w:rPr>
      </w:pP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9856"/>
      </w:tblGrid>
      <w:tr w:rsidR="009577AC" w:rsidRPr="00554596" w14:paraId="4DCCA2F6" w14:textId="77777777" w:rsidTr="00554596">
        <w:tc>
          <w:tcPr>
            <w:tcW w:w="9856" w:type="dxa"/>
            <w:shd w:val="clear" w:color="auto" w:fill="FFFFFF"/>
            <w:vAlign w:val="center"/>
          </w:tcPr>
          <w:p w14:paraId="35B45FCB" w14:textId="77777777" w:rsidR="009577AC" w:rsidRDefault="00DF42D5" w:rsidP="00554596">
            <w:pPr>
              <w:spacing w:after="0" w:line="240" w:lineRule="auto"/>
              <w:rPr>
                <w:rFonts w:cs="Arial"/>
                <w:color w:val="auto"/>
                <w:sz w:val="22"/>
              </w:rPr>
            </w:pPr>
            <w:r w:rsidRPr="00554596">
              <w:rPr>
                <w:rFonts w:cs="Arial"/>
                <w:color w:val="auto"/>
                <w:sz w:val="22"/>
              </w:rPr>
              <w:br/>
            </w:r>
          </w:p>
          <w:p w14:paraId="1CA42B1D" w14:textId="77777777" w:rsidR="00484A02" w:rsidRDefault="00484A02" w:rsidP="00554596">
            <w:pPr>
              <w:spacing w:after="0" w:line="240" w:lineRule="auto"/>
              <w:rPr>
                <w:rFonts w:cs="Arial"/>
                <w:color w:val="auto"/>
                <w:sz w:val="22"/>
              </w:rPr>
            </w:pPr>
          </w:p>
          <w:p w14:paraId="405D44B9" w14:textId="77777777" w:rsidR="00484A02" w:rsidRDefault="00484A02" w:rsidP="00554596">
            <w:pPr>
              <w:spacing w:after="0" w:line="240" w:lineRule="auto"/>
              <w:rPr>
                <w:rFonts w:cs="Arial"/>
                <w:color w:val="auto"/>
                <w:sz w:val="22"/>
              </w:rPr>
            </w:pPr>
          </w:p>
          <w:p w14:paraId="203D1B53" w14:textId="77777777" w:rsidR="00484A02" w:rsidRDefault="00484A02" w:rsidP="00554596">
            <w:pPr>
              <w:spacing w:after="0" w:line="240" w:lineRule="auto"/>
              <w:rPr>
                <w:rFonts w:cs="Arial"/>
                <w:color w:val="auto"/>
                <w:sz w:val="22"/>
              </w:rPr>
            </w:pPr>
          </w:p>
          <w:p w14:paraId="7D15F107" w14:textId="2F98A9FE" w:rsidR="00484A02" w:rsidRPr="00554596" w:rsidRDefault="00484A02" w:rsidP="00554596">
            <w:pPr>
              <w:spacing w:after="0" w:line="240" w:lineRule="auto"/>
              <w:rPr>
                <w:rFonts w:cs="Arial"/>
                <w:color w:val="auto"/>
                <w:sz w:val="22"/>
              </w:rPr>
            </w:pPr>
          </w:p>
        </w:tc>
      </w:tr>
    </w:tbl>
    <w:p w14:paraId="3E949627" w14:textId="110D6148" w:rsidR="009577AC" w:rsidRPr="00554596" w:rsidRDefault="00554596" w:rsidP="00554596">
      <w:pPr>
        <w:spacing w:after="0" w:line="240" w:lineRule="auto"/>
        <w:rPr>
          <w:rFonts w:cs="Arial"/>
          <w:color w:val="auto"/>
          <w:sz w:val="22"/>
        </w:rPr>
      </w:pPr>
      <w:r w:rsidRPr="006937DC">
        <w:rPr>
          <w:rFonts w:cs="Arial"/>
          <w:color w:val="595959" w:themeColor="text1" w:themeTint="A6"/>
          <w:sz w:val="22"/>
        </w:rPr>
        <w:t xml:space="preserve">Maximum </w:t>
      </w:r>
      <w:r w:rsidR="006937DC" w:rsidRPr="006937DC">
        <w:rPr>
          <w:rFonts w:cs="Arial"/>
          <w:color w:val="595959" w:themeColor="text1" w:themeTint="A6"/>
          <w:sz w:val="22"/>
        </w:rPr>
        <w:t>400</w:t>
      </w:r>
      <w:r w:rsidRPr="006937DC">
        <w:rPr>
          <w:rFonts w:cs="Arial"/>
          <w:color w:val="595959" w:themeColor="text1" w:themeTint="A6"/>
          <w:sz w:val="22"/>
        </w:rPr>
        <w:t xml:space="preserve"> words.</w:t>
      </w:r>
      <w:r>
        <w:rPr>
          <w:rFonts w:cs="Arial"/>
          <w:color w:val="auto"/>
          <w:sz w:val="22"/>
        </w:rPr>
        <w:br/>
      </w:r>
    </w:p>
    <w:p w14:paraId="65512763" w14:textId="7EC7F91D" w:rsidR="009577AC" w:rsidRPr="00554596" w:rsidRDefault="00DF42D5" w:rsidP="00554596">
      <w:pPr>
        <w:keepNext/>
        <w:spacing w:after="0" w:line="240" w:lineRule="auto"/>
        <w:rPr>
          <w:rFonts w:cs="Arial"/>
          <w:color w:val="auto"/>
          <w:sz w:val="22"/>
        </w:rPr>
      </w:pPr>
      <w:r w:rsidRPr="00554596">
        <w:rPr>
          <w:rFonts w:cs="Arial"/>
          <w:b/>
          <w:color w:val="auto"/>
          <w:sz w:val="22"/>
        </w:rPr>
        <w:t>Who are the intended audiences</w:t>
      </w:r>
      <w:r w:rsidR="00484A02">
        <w:rPr>
          <w:rFonts w:cs="Arial"/>
          <w:b/>
          <w:color w:val="auto"/>
          <w:sz w:val="22"/>
        </w:rPr>
        <w:t xml:space="preserve">, </w:t>
      </w:r>
      <w:r w:rsidRPr="00554596">
        <w:rPr>
          <w:rFonts w:cs="Arial"/>
          <w:b/>
          <w:color w:val="auto"/>
          <w:sz w:val="22"/>
        </w:rPr>
        <w:t>participants or communities and how will you reach and involve them?</w:t>
      </w:r>
    </w:p>
    <w:p w14:paraId="7560FD45" w14:textId="77777777" w:rsidR="009577AC" w:rsidRPr="006937DC" w:rsidRDefault="00DF42D5" w:rsidP="00554596">
      <w:pPr>
        <w:pStyle w:val="Helptext"/>
        <w:spacing w:after="0" w:line="240" w:lineRule="auto"/>
        <w:rPr>
          <w:rFonts w:cs="Arial"/>
          <w:i w:val="0"/>
          <w:color w:val="595959" w:themeColor="text1" w:themeTint="A6"/>
          <w:sz w:val="22"/>
        </w:rPr>
      </w:pPr>
      <w:r w:rsidRPr="006937DC">
        <w:rPr>
          <w:rFonts w:cs="Arial"/>
          <w:i w:val="0"/>
          <w:color w:val="595959" w:themeColor="text1" w:themeTint="A6"/>
          <w:sz w:val="22"/>
        </w:rPr>
        <w:t>Be specific about who the project is for, how relationships will be built, any participation or co-creation, communications and targeted outreach, and how people will influence activity or evaluation.</w:t>
      </w:r>
    </w:p>
    <w:p w14:paraId="24E12705" w14:textId="76570BA1" w:rsidR="009577AC" w:rsidRPr="00554596" w:rsidRDefault="009577AC" w:rsidP="00554596">
      <w:pPr>
        <w:pStyle w:val="Helptext"/>
        <w:spacing w:after="0" w:line="240" w:lineRule="auto"/>
        <w:rPr>
          <w:rFonts w:cs="Arial"/>
          <w:i w:val="0"/>
          <w:color w:val="auto"/>
          <w:sz w:val="22"/>
        </w:rPr>
      </w:pP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9856"/>
      </w:tblGrid>
      <w:tr w:rsidR="009577AC" w:rsidRPr="00554596" w14:paraId="38EC8EE6" w14:textId="77777777" w:rsidTr="00554596">
        <w:tc>
          <w:tcPr>
            <w:tcW w:w="9856" w:type="dxa"/>
            <w:shd w:val="clear" w:color="auto" w:fill="FFFFFF"/>
            <w:vAlign w:val="center"/>
          </w:tcPr>
          <w:p w14:paraId="6CA2B452" w14:textId="2D5BA368" w:rsidR="009577AC" w:rsidRPr="00554596" w:rsidRDefault="00DF42D5" w:rsidP="00554596">
            <w:pPr>
              <w:spacing w:after="0" w:line="240" w:lineRule="auto"/>
              <w:rPr>
                <w:rFonts w:cs="Arial"/>
                <w:color w:val="auto"/>
                <w:sz w:val="22"/>
              </w:rPr>
            </w:pPr>
            <w:r w:rsidRPr="00554596">
              <w:rPr>
                <w:rFonts w:cs="Arial"/>
                <w:color w:val="auto"/>
                <w:sz w:val="22"/>
              </w:rPr>
              <w:lastRenderedPageBreak/>
              <w:br/>
            </w:r>
            <w:r w:rsidRPr="00554596">
              <w:rPr>
                <w:rFonts w:cs="Arial"/>
                <w:color w:val="auto"/>
                <w:sz w:val="22"/>
              </w:rPr>
              <w:br/>
            </w:r>
            <w:r w:rsidRPr="00554596">
              <w:rPr>
                <w:rFonts w:cs="Arial"/>
                <w:color w:val="auto"/>
                <w:sz w:val="22"/>
              </w:rPr>
              <w:br/>
            </w:r>
            <w:r w:rsidRPr="00554596">
              <w:rPr>
                <w:rFonts w:cs="Arial"/>
                <w:color w:val="auto"/>
                <w:sz w:val="22"/>
              </w:rPr>
              <w:br/>
            </w:r>
            <w:r w:rsidRPr="00554596">
              <w:rPr>
                <w:rFonts w:cs="Arial"/>
                <w:color w:val="auto"/>
                <w:sz w:val="22"/>
              </w:rPr>
              <w:br/>
            </w:r>
          </w:p>
        </w:tc>
      </w:tr>
    </w:tbl>
    <w:p w14:paraId="6632D09D" w14:textId="761F0974" w:rsidR="009577AC" w:rsidRPr="00554596" w:rsidRDefault="00554596" w:rsidP="00554596">
      <w:pPr>
        <w:spacing w:after="0" w:line="240" w:lineRule="auto"/>
        <w:rPr>
          <w:rFonts w:cs="Arial"/>
          <w:color w:val="auto"/>
          <w:sz w:val="22"/>
        </w:rPr>
      </w:pPr>
      <w:r w:rsidRPr="00484A02">
        <w:rPr>
          <w:rFonts w:cs="Arial"/>
          <w:color w:val="595959" w:themeColor="text1" w:themeTint="A6"/>
          <w:sz w:val="22"/>
        </w:rPr>
        <w:t xml:space="preserve">Maximum </w:t>
      </w:r>
      <w:r w:rsidR="00162AD7">
        <w:rPr>
          <w:rFonts w:cs="Arial"/>
          <w:color w:val="595959" w:themeColor="text1" w:themeTint="A6"/>
          <w:sz w:val="22"/>
        </w:rPr>
        <w:t>400</w:t>
      </w:r>
      <w:r w:rsidRPr="00484A02">
        <w:rPr>
          <w:rFonts w:cs="Arial"/>
          <w:color w:val="595959" w:themeColor="text1" w:themeTint="A6"/>
          <w:sz w:val="22"/>
        </w:rPr>
        <w:t xml:space="preserve"> words.</w:t>
      </w:r>
      <w:r>
        <w:rPr>
          <w:rFonts w:cs="Arial"/>
          <w:color w:val="auto"/>
          <w:sz w:val="22"/>
        </w:rPr>
        <w:br/>
      </w:r>
    </w:p>
    <w:p w14:paraId="467A06AE" w14:textId="77777777" w:rsidR="009577AC" w:rsidRPr="00554596" w:rsidRDefault="00DF42D5" w:rsidP="00554596">
      <w:pPr>
        <w:keepNext/>
        <w:spacing w:after="0" w:line="240" w:lineRule="auto"/>
        <w:rPr>
          <w:rFonts w:cs="Arial"/>
          <w:color w:val="auto"/>
          <w:sz w:val="22"/>
        </w:rPr>
      </w:pPr>
      <w:r w:rsidRPr="00554596">
        <w:rPr>
          <w:rFonts w:cs="Arial"/>
          <w:b/>
          <w:color w:val="auto"/>
          <w:sz w:val="22"/>
        </w:rPr>
        <w:t>How will the project be inclusive and accessible?</w:t>
      </w:r>
    </w:p>
    <w:p w14:paraId="525F0D6A" w14:textId="77777777" w:rsidR="009577AC" w:rsidRPr="00484A02" w:rsidRDefault="00DF42D5" w:rsidP="00554596">
      <w:pPr>
        <w:pStyle w:val="Helptext"/>
        <w:spacing w:after="0" w:line="240" w:lineRule="auto"/>
        <w:rPr>
          <w:rFonts w:cs="Arial"/>
          <w:i w:val="0"/>
          <w:color w:val="595959" w:themeColor="text1" w:themeTint="A6"/>
          <w:sz w:val="22"/>
        </w:rPr>
      </w:pPr>
      <w:r w:rsidRPr="00484A02">
        <w:rPr>
          <w:rFonts w:cs="Arial"/>
          <w:i w:val="0"/>
          <w:color w:val="595959" w:themeColor="text1" w:themeTint="A6"/>
          <w:sz w:val="22"/>
        </w:rPr>
        <w:t>Identify barriers to participation, employment or engagement and the practical action, access provision and equality priorities that will address them.</w:t>
      </w:r>
    </w:p>
    <w:p w14:paraId="23926AEF" w14:textId="6DC8D877" w:rsidR="009577AC" w:rsidRPr="00554596" w:rsidRDefault="009577AC" w:rsidP="00554596">
      <w:pPr>
        <w:pStyle w:val="Helptext"/>
        <w:spacing w:after="0" w:line="240" w:lineRule="auto"/>
        <w:rPr>
          <w:rFonts w:cs="Arial"/>
          <w:i w:val="0"/>
          <w:color w:val="auto"/>
          <w:sz w:val="22"/>
        </w:rPr>
      </w:pP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9856"/>
      </w:tblGrid>
      <w:tr w:rsidR="009577AC" w:rsidRPr="00554596" w14:paraId="4EA0E5F3" w14:textId="77777777" w:rsidTr="00554596">
        <w:tc>
          <w:tcPr>
            <w:tcW w:w="9856" w:type="dxa"/>
            <w:shd w:val="clear" w:color="auto" w:fill="FFFFFF"/>
            <w:vAlign w:val="center"/>
          </w:tcPr>
          <w:p w14:paraId="31FF509C" w14:textId="77777777" w:rsidR="009577AC" w:rsidRDefault="00DF42D5" w:rsidP="00554596">
            <w:pPr>
              <w:spacing w:after="0" w:line="240" w:lineRule="auto"/>
              <w:rPr>
                <w:rFonts w:cs="Arial"/>
                <w:color w:val="auto"/>
                <w:sz w:val="22"/>
              </w:rPr>
            </w:pPr>
            <w:r w:rsidRPr="00554596">
              <w:rPr>
                <w:rFonts w:cs="Arial"/>
                <w:color w:val="auto"/>
                <w:sz w:val="22"/>
              </w:rPr>
              <w:br/>
            </w:r>
          </w:p>
          <w:p w14:paraId="45B948CA" w14:textId="77777777" w:rsidR="00484A02" w:rsidRDefault="00484A02" w:rsidP="00554596">
            <w:pPr>
              <w:spacing w:after="0" w:line="240" w:lineRule="auto"/>
              <w:rPr>
                <w:rFonts w:cs="Arial"/>
                <w:color w:val="auto"/>
                <w:sz w:val="22"/>
              </w:rPr>
            </w:pPr>
          </w:p>
          <w:p w14:paraId="222EB98B" w14:textId="77777777" w:rsidR="00484A02" w:rsidRDefault="00484A02" w:rsidP="00554596">
            <w:pPr>
              <w:spacing w:after="0" w:line="240" w:lineRule="auto"/>
              <w:rPr>
                <w:rFonts w:cs="Arial"/>
                <w:color w:val="auto"/>
                <w:sz w:val="22"/>
              </w:rPr>
            </w:pPr>
          </w:p>
          <w:p w14:paraId="4F888D48" w14:textId="77777777" w:rsidR="00484A02" w:rsidRDefault="00484A02" w:rsidP="00554596">
            <w:pPr>
              <w:spacing w:after="0" w:line="240" w:lineRule="auto"/>
              <w:rPr>
                <w:rFonts w:cs="Arial"/>
                <w:color w:val="auto"/>
                <w:sz w:val="22"/>
              </w:rPr>
            </w:pPr>
          </w:p>
          <w:p w14:paraId="431D1AFB" w14:textId="634E09B4" w:rsidR="00484A02" w:rsidRPr="00554596" w:rsidRDefault="00484A02" w:rsidP="00554596">
            <w:pPr>
              <w:spacing w:after="0" w:line="240" w:lineRule="auto"/>
              <w:rPr>
                <w:rFonts w:cs="Arial"/>
                <w:color w:val="auto"/>
                <w:sz w:val="22"/>
              </w:rPr>
            </w:pPr>
          </w:p>
        </w:tc>
      </w:tr>
    </w:tbl>
    <w:p w14:paraId="0DA28228" w14:textId="0EC3DFA2" w:rsidR="009577AC" w:rsidRPr="00484A02" w:rsidRDefault="00554596" w:rsidP="00554596">
      <w:pPr>
        <w:spacing w:after="0" w:line="240" w:lineRule="auto"/>
        <w:rPr>
          <w:rFonts w:cs="Arial"/>
          <w:color w:val="595959" w:themeColor="text1" w:themeTint="A6"/>
          <w:sz w:val="22"/>
        </w:rPr>
      </w:pPr>
      <w:r w:rsidRPr="00484A02">
        <w:rPr>
          <w:rFonts w:cs="Arial"/>
          <w:color w:val="595959" w:themeColor="text1" w:themeTint="A6"/>
          <w:sz w:val="22"/>
        </w:rPr>
        <w:t xml:space="preserve">Maximum </w:t>
      </w:r>
      <w:r w:rsidR="00162AD7">
        <w:rPr>
          <w:rFonts w:cs="Arial"/>
          <w:color w:val="595959" w:themeColor="text1" w:themeTint="A6"/>
          <w:sz w:val="22"/>
        </w:rPr>
        <w:t>400</w:t>
      </w:r>
      <w:r w:rsidRPr="00484A02">
        <w:rPr>
          <w:rFonts w:cs="Arial"/>
          <w:color w:val="595959" w:themeColor="text1" w:themeTint="A6"/>
          <w:sz w:val="22"/>
        </w:rPr>
        <w:t xml:space="preserve"> words.</w:t>
      </w:r>
    </w:p>
    <w:p w14:paraId="2E67FB12" w14:textId="77777777" w:rsidR="009577AC" w:rsidRPr="00554596" w:rsidRDefault="00DF42D5">
      <w:pPr>
        <w:pStyle w:val="Heading1"/>
        <w:rPr>
          <w:rFonts w:ascii="Arial" w:hAnsi="Arial" w:cs="Arial"/>
          <w:color w:val="auto"/>
        </w:rPr>
      </w:pPr>
      <w:r w:rsidRPr="00554596">
        <w:rPr>
          <w:rFonts w:ascii="Arial" w:hAnsi="Arial" w:cs="Arial"/>
          <w:color w:val="auto"/>
        </w:rPr>
        <w:t>7: Geographic Reach</w:t>
      </w:r>
    </w:p>
    <w:p w14:paraId="6617A067" w14:textId="77777777" w:rsidR="009577AC" w:rsidRPr="00484A02" w:rsidRDefault="00DF42D5">
      <w:pPr>
        <w:rPr>
          <w:rFonts w:cs="Arial"/>
          <w:color w:val="595959" w:themeColor="text1" w:themeTint="A6"/>
        </w:rPr>
      </w:pPr>
      <w:r w:rsidRPr="00484A02">
        <w:rPr>
          <w:rFonts w:cs="Arial"/>
          <w:color w:val="595959" w:themeColor="text1" w:themeTint="A6"/>
        </w:rPr>
        <w:t>Tick every Bradford District ward in which activity will take place or people will be engaged, participate or experience the work. Use the narrative box for district-wide, online, touring or activity outside Bradford.</w:t>
      </w:r>
    </w:p>
    <w:p w14:paraId="052E21B5" w14:textId="77777777" w:rsidR="009577AC" w:rsidRPr="00554596" w:rsidRDefault="009577AC">
      <w:pPr>
        <w:spacing w:after="0"/>
        <w:rPr>
          <w:rFonts w:cs="Arial"/>
          <w:color w:val="auto"/>
        </w:rPr>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289"/>
        <w:gridCol w:w="3289"/>
        <w:gridCol w:w="3289"/>
      </w:tblGrid>
      <w:tr w:rsidR="001F6DE0" w:rsidRPr="00554596" w14:paraId="41CEFCA8" w14:textId="77777777" w:rsidTr="009D1752">
        <w:trPr>
          <w:cantSplit/>
        </w:trPr>
        <w:tc>
          <w:tcPr>
            <w:tcW w:w="3289" w:type="dxa"/>
            <w:tcMar>
              <w:top w:w="110" w:type="dxa"/>
              <w:left w:w="120" w:type="dxa"/>
              <w:bottom w:w="110" w:type="dxa"/>
              <w:right w:w="120" w:type="dxa"/>
            </w:tcMar>
            <w:vAlign w:val="center"/>
          </w:tcPr>
          <w:p w14:paraId="5412394A" w14:textId="77777777" w:rsidR="001F6DE0" w:rsidRPr="00554596" w:rsidRDefault="005C6638" w:rsidP="009D1752">
            <w:pPr>
              <w:spacing w:after="0" w:line="240" w:lineRule="auto"/>
              <w:rPr>
                <w:rFonts w:cs="Arial"/>
                <w:color w:val="auto"/>
                <w:sz w:val="22"/>
              </w:rPr>
            </w:pPr>
            <w:sdt>
              <w:sdtPr>
                <w:rPr>
                  <w:rFonts w:cs="Arial"/>
                  <w:color w:val="auto"/>
                  <w:sz w:val="22"/>
                </w:rPr>
                <w:id w:val="1085"/>
                <w14:checkbox>
                  <w14:checked w14:val="0"/>
                  <w14:checkedState w14:val="2612" w14:font="MS Gothic"/>
                  <w14:uncheckedState w14:val="2610" w14:font="MS Gothic"/>
                </w14:checkbox>
              </w:sdtPr>
              <w:sdtEndPr/>
              <w:sdtContent>
                <w:r w:rsidR="001F6DE0" w:rsidRPr="00554596">
                  <w:rPr>
                    <w:rFonts w:ascii="Segoe UI Symbol" w:hAnsi="Segoe UI Symbol" w:cs="Segoe UI Symbol"/>
                    <w:color w:val="auto"/>
                    <w:sz w:val="22"/>
                  </w:rPr>
                  <w:t>☐</w:t>
                </w:r>
              </w:sdtContent>
            </w:sdt>
            <w:r w:rsidR="001F6DE0" w:rsidRPr="00554596">
              <w:rPr>
                <w:rFonts w:cs="Arial"/>
                <w:color w:val="auto"/>
                <w:sz w:val="22"/>
              </w:rPr>
              <w:t xml:space="preserve">  Airedale</w:t>
            </w:r>
          </w:p>
        </w:tc>
        <w:tc>
          <w:tcPr>
            <w:tcW w:w="3289" w:type="dxa"/>
            <w:tcMar>
              <w:top w:w="110" w:type="dxa"/>
              <w:left w:w="120" w:type="dxa"/>
              <w:bottom w:w="110" w:type="dxa"/>
              <w:right w:w="120" w:type="dxa"/>
            </w:tcMar>
            <w:vAlign w:val="center"/>
          </w:tcPr>
          <w:p w14:paraId="5A2C9FE0" w14:textId="77777777" w:rsidR="001F6DE0" w:rsidRPr="00554596" w:rsidRDefault="005C6638" w:rsidP="009D1752">
            <w:pPr>
              <w:spacing w:after="0" w:line="240" w:lineRule="auto"/>
              <w:rPr>
                <w:rFonts w:cs="Arial"/>
                <w:color w:val="auto"/>
                <w:sz w:val="22"/>
              </w:rPr>
            </w:pPr>
            <w:sdt>
              <w:sdtPr>
                <w:rPr>
                  <w:rFonts w:cs="Arial"/>
                  <w:color w:val="auto"/>
                  <w:sz w:val="22"/>
                </w:rPr>
                <w:id w:val="1095"/>
                <w14:checkbox>
                  <w14:checked w14:val="0"/>
                  <w14:checkedState w14:val="2612" w14:font="MS Gothic"/>
                  <w14:uncheckedState w14:val="2610" w14:font="MS Gothic"/>
                </w14:checkbox>
              </w:sdtPr>
              <w:sdtEndPr/>
              <w:sdtContent>
                <w:r w:rsidR="001F6DE0" w:rsidRPr="00554596">
                  <w:rPr>
                    <w:rFonts w:ascii="Segoe UI Symbol" w:hAnsi="Segoe UI Symbol" w:cs="Segoe UI Symbol"/>
                    <w:color w:val="auto"/>
                    <w:sz w:val="22"/>
                  </w:rPr>
                  <w:t>☐</w:t>
                </w:r>
              </w:sdtContent>
            </w:sdt>
            <w:r w:rsidR="001F6DE0" w:rsidRPr="00554596">
              <w:rPr>
                <w:rFonts w:cs="Arial"/>
                <w:color w:val="auto"/>
                <w:sz w:val="22"/>
              </w:rPr>
              <w:t xml:space="preserve">  Great Horton</w:t>
            </w:r>
          </w:p>
        </w:tc>
        <w:tc>
          <w:tcPr>
            <w:tcW w:w="3289" w:type="dxa"/>
            <w:tcMar>
              <w:top w:w="110" w:type="dxa"/>
              <w:left w:w="120" w:type="dxa"/>
              <w:bottom w:w="110" w:type="dxa"/>
              <w:right w:w="120" w:type="dxa"/>
            </w:tcMar>
            <w:vAlign w:val="center"/>
          </w:tcPr>
          <w:p w14:paraId="7CFE45F7" w14:textId="77777777" w:rsidR="001F6DE0" w:rsidRPr="00554596" w:rsidRDefault="005C6638" w:rsidP="009D1752">
            <w:pPr>
              <w:spacing w:after="0" w:line="240" w:lineRule="auto"/>
              <w:rPr>
                <w:rFonts w:cs="Arial"/>
                <w:color w:val="auto"/>
                <w:sz w:val="22"/>
              </w:rPr>
            </w:pPr>
            <w:sdt>
              <w:sdtPr>
                <w:rPr>
                  <w:rFonts w:cs="Arial"/>
                  <w:color w:val="auto"/>
                  <w:sz w:val="22"/>
                </w:rPr>
                <w:id w:val="1105"/>
                <w14:checkbox>
                  <w14:checked w14:val="0"/>
                  <w14:checkedState w14:val="2612" w14:font="MS Gothic"/>
                  <w14:uncheckedState w14:val="2610" w14:font="MS Gothic"/>
                </w14:checkbox>
              </w:sdtPr>
              <w:sdtEndPr/>
              <w:sdtContent>
                <w:r w:rsidR="001F6DE0" w:rsidRPr="00554596">
                  <w:rPr>
                    <w:rFonts w:ascii="Segoe UI Symbol" w:hAnsi="Segoe UI Symbol" w:cs="Segoe UI Symbol"/>
                    <w:color w:val="auto"/>
                    <w:sz w:val="22"/>
                  </w:rPr>
                  <w:t>☐</w:t>
                </w:r>
              </w:sdtContent>
            </w:sdt>
            <w:r w:rsidR="001F6DE0" w:rsidRPr="00554596">
              <w:rPr>
                <w:rFonts w:cs="Arial"/>
                <w:color w:val="auto"/>
                <w:sz w:val="22"/>
              </w:rPr>
              <w:t xml:space="preserve">  Queensbury   </w:t>
            </w:r>
          </w:p>
        </w:tc>
      </w:tr>
      <w:tr w:rsidR="001F6DE0" w:rsidRPr="00554596" w14:paraId="48EC4B78" w14:textId="77777777" w:rsidTr="009D1752">
        <w:trPr>
          <w:cantSplit/>
        </w:trPr>
        <w:tc>
          <w:tcPr>
            <w:tcW w:w="3289" w:type="dxa"/>
            <w:tcMar>
              <w:top w:w="110" w:type="dxa"/>
              <w:left w:w="120" w:type="dxa"/>
              <w:bottom w:w="110" w:type="dxa"/>
              <w:right w:w="120" w:type="dxa"/>
            </w:tcMar>
            <w:vAlign w:val="center"/>
          </w:tcPr>
          <w:p w14:paraId="3CBF9079" w14:textId="77777777" w:rsidR="001F6DE0" w:rsidRPr="00554596" w:rsidRDefault="005C6638" w:rsidP="009D1752">
            <w:pPr>
              <w:spacing w:after="0" w:line="240" w:lineRule="auto"/>
              <w:rPr>
                <w:rFonts w:cs="Arial"/>
                <w:color w:val="auto"/>
                <w:sz w:val="22"/>
              </w:rPr>
            </w:pPr>
            <w:sdt>
              <w:sdtPr>
                <w:rPr>
                  <w:rFonts w:cs="Arial"/>
                  <w:color w:val="auto"/>
                  <w:sz w:val="22"/>
                </w:rPr>
                <w:id w:val="1086"/>
                <w14:checkbox>
                  <w14:checked w14:val="0"/>
                  <w14:checkedState w14:val="2612" w14:font="MS Gothic"/>
                  <w14:uncheckedState w14:val="2610" w14:font="MS Gothic"/>
                </w14:checkbox>
              </w:sdtPr>
              <w:sdtEndPr/>
              <w:sdtContent>
                <w:r w:rsidR="001F6DE0" w:rsidRPr="00554596">
                  <w:rPr>
                    <w:rFonts w:ascii="Segoe UI Symbol" w:hAnsi="Segoe UI Symbol" w:cs="Segoe UI Symbol"/>
                    <w:color w:val="auto"/>
                    <w:sz w:val="22"/>
                  </w:rPr>
                  <w:t>☐</w:t>
                </w:r>
              </w:sdtContent>
            </w:sdt>
            <w:r w:rsidR="001F6DE0" w:rsidRPr="00554596">
              <w:rPr>
                <w:rFonts w:cs="Arial"/>
                <w:color w:val="auto"/>
                <w:sz w:val="22"/>
              </w:rPr>
              <w:t xml:space="preserve">  Baildon</w:t>
            </w:r>
          </w:p>
        </w:tc>
        <w:tc>
          <w:tcPr>
            <w:tcW w:w="3289" w:type="dxa"/>
            <w:tcMar>
              <w:top w:w="110" w:type="dxa"/>
              <w:left w:w="120" w:type="dxa"/>
              <w:bottom w:w="110" w:type="dxa"/>
              <w:right w:w="120" w:type="dxa"/>
            </w:tcMar>
            <w:vAlign w:val="center"/>
          </w:tcPr>
          <w:p w14:paraId="1C164AD3" w14:textId="77777777" w:rsidR="001F6DE0" w:rsidRPr="00554596" w:rsidRDefault="005C6638" w:rsidP="009D1752">
            <w:pPr>
              <w:spacing w:after="0" w:line="240" w:lineRule="auto"/>
              <w:rPr>
                <w:rFonts w:cs="Arial"/>
                <w:color w:val="auto"/>
                <w:sz w:val="22"/>
              </w:rPr>
            </w:pPr>
            <w:sdt>
              <w:sdtPr>
                <w:rPr>
                  <w:rFonts w:cs="Arial"/>
                  <w:color w:val="auto"/>
                  <w:sz w:val="22"/>
                </w:rPr>
                <w:id w:val="1096"/>
                <w14:checkbox>
                  <w14:checked w14:val="0"/>
                  <w14:checkedState w14:val="2612" w14:font="MS Gothic"/>
                  <w14:uncheckedState w14:val="2610" w14:font="MS Gothic"/>
                </w14:checkbox>
              </w:sdtPr>
              <w:sdtEndPr/>
              <w:sdtContent>
                <w:r w:rsidR="001F6DE0" w:rsidRPr="00554596">
                  <w:rPr>
                    <w:rFonts w:ascii="Segoe UI Symbol" w:hAnsi="Segoe UI Symbol" w:cs="Segoe UI Symbol"/>
                    <w:color w:val="auto"/>
                    <w:sz w:val="22"/>
                  </w:rPr>
                  <w:t>☐</w:t>
                </w:r>
              </w:sdtContent>
            </w:sdt>
            <w:r w:rsidR="001F6DE0" w:rsidRPr="00554596">
              <w:rPr>
                <w:rFonts w:cs="Arial"/>
                <w:color w:val="auto"/>
                <w:sz w:val="22"/>
              </w:rPr>
              <w:t xml:space="preserve">  Heaton and Frizinghall</w:t>
            </w:r>
          </w:p>
        </w:tc>
        <w:tc>
          <w:tcPr>
            <w:tcW w:w="3289" w:type="dxa"/>
            <w:tcMar>
              <w:top w:w="110" w:type="dxa"/>
              <w:left w:w="120" w:type="dxa"/>
              <w:bottom w:w="110" w:type="dxa"/>
              <w:right w:w="120" w:type="dxa"/>
            </w:tcMar>
            <w:vAlign w:val="center"/>
          </w:tcPr>
          <w:p w14:paraId="1E414477" w14:textId="77777777" w:rsidR="001F6DE0" w:rsidRPr="00554596" w:rsidRDefault="005C6638" w:rsidP="009D1752">
            <w:pPr>
              <w:spacing w:after="0" w:line="240" w:lineRule="auto"/>
              <w:rPr>
                <w:rFonts w:cs="Arial"/>
                <w:color w:val="auto"/>
                <w:sz w:val="22"/>
              </w:rPr>
            </w:pPr>
            <w:sdt>
              <w:sdtPr>
                <w:rPr>
                  <w:rFonts w:cs="Arial"/>
                  <w:color w:val="auto"/>
                  <w:sz w:val="22"/>
                </w:rPr>
                <w:id w:val="1106"/>
                <w14:checkbox>
                  <w14:checked w14:val="0"/>
                  <w14:checkedState w14:val="2612" w14:font="MS Gothic"/>
                  <w14:uncheckedState w14:val="2610" w14:font="MS Gothic"/>
                </w14:checkbox>
              </w:sdtPr>
              <w:sdtEndPr/>
              <w:sdtContent>
                <w:r w:rsidR="001F6DE0" w:rsidRPr="00554596">
                  <w:rPr>
                    <w:rFonts w:ascii="Segoe UI Symbol" w:hAnsi="Segoe UI Symbol" w:cs="Segoe UI Symbol"/>
                    <w:color w:val="auto"/>
                    <w:sz w:val="22"/>
                  </w:rPr>
                  <w:t>☐</w:t>
                </w:r>
              </w:sdtContent>
            </w:sdt>
            <w:r w:rsidR="001F6DE0" w:rsidRPr="00554596">
              <w:rPr>
                <w:rFonts w:cs="Arial"/>
                <w:color w:val="auto"/>
                <w:sz w:val="22"/>
              </w:rPr>
              <w:t xml:space="preserve">  Royds  </w:t>
            </w:r>
          </w:p>
        </w:tc>
      </w:tr>
      <w:tr w:rsidR="001F6DE0" w:rsidRPr="00554596" w14:paraId="38846D29" w14:textId="77777777" w:rsidTr="009D1752">
        <w:trPr>
          <w:cantSplit/>
        </w:trPr>
        <w:tc>
          <w:tcPr>
            <w:tcW w:w="3289" w:type="dxa"/>
            <w:tcMar>
              <w:top w:w="110" w:type="dxa"/>
              <w:left w:w="120" w:type="dxa"/>
              <w:bottom w:w="110" w:type="dxa"/>
              <w:right w:w="120" w:type="dxa"/>
            </w:tcMar>
            <w:vAlign w:val="center"/>
          </w:tcPr>
          <w:p w14:paraId="2C1803F3" w14:textId="77777777" w:rsidR="001F6DE0" w:rsidRPr="00554596" w:rsidRDefault="005C6638" w:rsidP="009D1752">
            <w:pPr>
              <w:spacing w:after="0" w:line="240" w:lineRule="auto"/>
              <w:rPr>
                <w:rFonts w:cs="Arial"/>
                <w:color w:val="auto"/>
                <w:sz w:val="22"/>
              </w:rPr>
            </w:pPr>
            <w:sdt>
              <w:sdtPr>
                <w:rPr>
                  <w:rFonts w:cs="Arial"/>
                  <w:color w:val="auto"/>
                  <w:sz w:val="22"/>
                </w:rPr>
                <w:id w:val="1087"/>
                <w14:checkbox>
                  <w14:checked w14:val="0"/>
                  <w14:checkedState w14:val="2612" w14:font="MS Gothic"/>
                  <w14:uncheckedState w14:val="2610" w14:font="MS Gothic"/>
                </w14:checkbox>
              </w:sdtPr>
              <w:sdtEndPr/>
              <w:sdtContent>
                <w:r w:rsidR="001F6DE0" w:rsidRPr="00554596">
                  <w:rPr>
                    <w:rFonts w:ascii="Segoe UI Symbol" w:hAnsi="Segoe UI Symbol" w:cs="Segoe UI Symbol"/>
                    <w:color w:val="auto"/>
                    <w:sz w:val="22"/>
                  </w:rPr>
                  <w:t>☐</w:t>
                </w:r>
              </w:sdtContent>
            </w:sdt>
            <w:r w:rsidR="001F6DE0" w:rsidRPr="00554596">
              <w:rPr>
                <w:rFonts w:cs="Arial"/>
                <w:color w:val="auto"/>
                <w:sz w:val="22"/>
              </w:rPr>
              <w:t xml:space="preserve">  Bingley East</w:t>
            </w:r>
          </w:p>
        </w:tc>
        <w:tc>
          <w:tcPr>
            <w:tcW w:w="3289" w:type="dxa"/>
            <w:tcMar>
              <w:top w:w="110" w:type="dxa"/>
              <w:left w:w="120" w:type="dxa"/>
              <w:bottom w:w="110" w:type="dxa"/>
              <w:right w:w="120" w:type="dxa"/>
            </w:tcMar>
            <w:vAlign w:val="center"/>
          </w:tcPr>
          <w:p w14:paraId="305C5473" w14:textId="77777777" w:rsidR="001F6DE0" w:rsidRPr="00554596" w:rsidRDefault="005C6638" w:rsidP="009D1752">
            <w:pPr>
              <w:spacing w:after="0" w:line="240" w:lineRule="auto"/>
              <w:rPr>
                <w:rFonts w:cs="Arial"/>
                <w:color w:val="auto"/>
                <w:sz w:val="22"/>
              </w:rPr>
            </w:pPr>
            <w:sdt>
              <w:sdtPr>
                <w:rPr>
                  <w:rFonts w:cs="Arial"/>
                  <w:color w:val="auto"/>
                  <w:sz w:val="22"/>
                </w:rPr>
                <w:id w:val="1097"/>
                <w14:checkbox>
                  <w14:checked w14:val="0"/>
                  <w14:checkedState w14:val="2612" w14:font="MS Gothic"/>
                  <w14:uncheckedState w14:val="2610" w14:font="MS Gothic"/>
                </w14:checkbox>
              </w:sdtPr>
              <w:sdtEndPr/>
              <w:sdtContent>
                <w:r w:rsidR="001F6DE0" w:rsidRPr="00554596">
                  <w:rPr>
                    <w:rFonts w:ascii="Segoe UI Symbol" w:hAnsi="Segoe UI Symbol" w:cs="Segoe UI Symbol"/>
                    <w:color w:val="auto"/>
                    <w:sz w:val="22"/>
                  </w:rPr>
                  <w:t>☐</w:t>
                </w:r>
              </w:sdtContent>
            </w:sdt>
            <w:r w:rsidR="001F6DE0" w:rsidRPr="00554596">
              <w:rPr>
                <w:rFonts w:cs="Arial"/>
                <w:color w:val="auto"/>
                <w:sz w:val="22"/>
              </w:rPr>
              <w:t xml:space="preserve">  </w:t>
            </w:r>
            <w:proofErr w:type="spellStart"/>
            <w:r w:rsidR="001F6DE0" w:rsidRPr="00554596">
              <w:rPr>
                <w:rFonts w:cs="Arial"/>
                <w:color w:val="auto"/>
                <w:sz w:val="22"/>
              </w:rPr>
              <w:t>Holmewood</w:t>
            </w:r>
            <w:proofErr w:type="spellEnd"/>
            <w:r w:rsidR="001F6DE0" w:rsidRPr="00554596">
              <w:rPr>
                <w:rFonts w:cs="Arial"/>
                <w:color w:val="auto"/>
                <w:sz w:val="22"/>
              </w:rPr>
              <w:t xml:space="preserve"> and Bierley</w:t>
            </w:r>
          </w:p>
        </w:tc>
        <w:tc>
          <w:tcPr>
            <w:tcW w:w="3289" w:type="dxa"/>
            <w:tcMar>
              <w:top w:w="110" w:type="dxa"/>
              <w:left w:w="120" w:type="dxa"/>
              <w:bottom w:w="110" w:type="dxa"/>
              <w:right w:w="120" w:type="dxa"/>
            </w:tcMar>
            <w:vAlign w:val="center"/>
          </w:tcPr>
          <w:p w14:paraId="61208B14" w14:textId="77777777" w:rsidR="001F6DE0" w:rsidRPr="00554596" w:rsidRDefault="005C6638" w:rsidP="009D1752">
            <w:pPr>
              <w:spacing w:after="0" w:line="240" w:lineRule="auto"/>
              <w:rPr>
                <w:rFonts w:cs="Arial"/>
                <w:color w:val="auto"/>
                <w:sz w:val="22"/>
              </w:rPr>
            </w:pPr>
            <w:sdt>
              <w:sdtPr>
                <w:rPr>
                  <w:rFonts w:cs="Arial"/>
                  <w:color w:val="auto"/>
                  <w:sz w:val="22"/>
                </w:rPr>
                <w:id w:val="1107"/>
                <w14:checkbox>
                  <w14:checked w14:val="0"/>
                  <w14:checkedState w14:val="2612" w14:font="MS Gothic"/>
                  <w14:uncheckedState w14:val="2610" w14:font="MS Gothic"/>
                </w14:checkbox>
              </w:sdtPr>
              <w:sdtEndPr/>
              <w:sdtContent>
                <w:r w:rsidR="001F6DE0" w:rsidRPr="00554596">
                  <w:rPr>
                    <w:rFonts w:ascii="Segoe UI Symbol" w:hAnsi="Segoe UI Symbol" w:cs="Segoe UI Symbol"/>
                    <w:color w:val="auto"/>
                    <w:sz w:val="22"/>
                  </w:rPr>
                  <w:t>☐</w:t>
                </w:r>
              </w:sdtContent>
            </w:sdt>
            <w:r w:rsidR="001F6DE0" w:rsidRPr="00554596">
              <w:rPr>
                <w:rFonts w:cs="Arial"/>
                <w:color w:val="auto"/>
                <w:sz w:val="22"/>
              </w:rPr>
              <w:t xml:space="preserve">  Shipley </w:t>
            </w:r>
          </w:p>
        </w:tc>
      </w:tr>
      <w:tr w:rsidR="001F6DE0" w:rsidRPr="00554596" w14:paraId="633F806D" w14:textId="77777777" w:rsidTr="009D1752">
        <w:trPr>
          <w:cantSplit/>
        </w:trPr>
        <w:tc>
          <w:tcPr>
            <w:tcW w:w="3289" w:type="dxa"/>
            <w:tcMar>
              <w:top w:w="110" w:type="dxa"/>
              <w:left w:w="120" w:type="dxa"/>
              <w:bottom w:w="110" w:type="dxa"/>
              <w:right w:w="120" w:type="dxa"/>
            </w:tcMar>
            <w:vAlign w:val="center"/>
          </w:tcPr>
          <w:p w14:paraId="4B5C9124" w14:textId="77777777" w:rsidR="001F6DE0" w:rsidRPr="00554596" w:rsidRDefault="005C6638" w:rsidP="009D1752">
            <w:pPr>
              <w:spacing w:after="0" w:line="240" w:lineRule="auto"/>
              <w:rPr>
                <w:rFonts w:cs="Arial"/>
                <w:color w:val="auto"/>
                <w:sz w:val="22"/>
              </w:rPr>
            </w:pPr>
            <w:sdt>
              <w:sdtPr>
                <w:rPr>
                  <w:rFonts w:cs="Arial"/>
                  <w:color w:val="auto"/>
                  <w:sz w:val="22"/>
                </w:rPr>
                <w:id w:val="1088"/>
                <w14:checkbox>
                  <w14:checked w14:val="0"/>
                  <w14:checkedState w14:val="2612" w14:font="MS Gothic"/>
                  <w14:uncheckedState w14:val="2610" w14:font="MS Gothic"/>
                </w14:checkbox>
              </w:sdtPr>
              <w:sdtEndPr/>
              <w:sdtContent>
                <w:r w:rsidR="001F6DE0" w:rsidRPr="00554596">
                  <w:rPr>
                    <w:rFonts w:ascii="Segoe UI Symbol" w:hAnsi="Segoe UI Symbol" w:cs="Segoe UI Symbol"/>
                    <w:color w:val="auto"/>
                    <w:sz w:val="22"/>
                  </w:rPr>
                  <w:t>☐</w:t>
                </w:r>
              </w:sdtContent>
            </w:sdt>
            <w:r w:rsidR="001F6DE0" w:rsidRPr="00554596">
              <w:rPr>
                <w:rFonts w:cs="Arial"/>
                <w:color w:val="auto"/>
                <w:sz w:val="22"/>
              </w:rPr>
              <w:t xml:space="preserve">  Bingley West</w:t>
            </w:r>
          </w:p>
        </w:tc>
        <w:tc>
          <w:tcPr>
            <w:tcW w:w="3289" w:type="dxa"/>
            <w:tcMar>
              <w:top w:w="110" w:type="dxa"/>
              <w:left w:w="120" w:type="dxa"/>
              <w:bottom w:w="110" w:type="dxa"/>
              <w:right w:w="120" w:type="dxa"/>
            </w:tcMar>
            <w:vAlign w:val="center"/>
          </w:tcPr>
          <w:p w14:paraId="3938E45A" w14:textId="77777777" w:rsidR="001F6DE0" w:rsidRPr="00554596" w:rsidRDefault="005C6638" w:rsidP="009D1752">
            <w:pPr>
              <w:spacing w:after="0" w:line="240" w:lineRule="auto"/>
              <w:rPr>
                <w:rFonts w:cs="Arial"/>
                <w:color w:val="auto"/>
                <w:sz w:val="22"/>
              </w:rPr>
            </w:pPr>
            <w:sdt>
              <w:sdtPr>
                <w:rPr>
                  <w:rFonts w:cs="Arial"/>
                  <w:color w:val="auto"/>
                  <w:sz w:val="22"/>
                </w:rPr>
                <w:id w:val="1098"/>
                <w14:checkbox>
                  <w14:checked w14:val="0"/>
                  <w14:checkedState w14:val="2612" w14:font="MS Gothic"/>
                  <w14:uncheckedState w14:val="2610" w14:font="MS Gothic"/>
                </w14:checkbox>
              </w:sdtPr>
              <w:sdtEndPr/>
              <w:sdtContent>
                <w:r w:rsidR="001F6DE0" w:rsidRPr="00554596">
                  <w:rPr>
                    <w:rFonts w:ascii="Segoe UI Symbol" w:hAnsi="Segoe UI Symbol" w:cs="Segoe UI Symbol"/>
                    <w:color w:val="auto"/>
                    <w:sz w:val="22"/>
                  </w:rPr>
                  <w:t>☐</w:t>
                </w:r>
              </w:sdtContent>
            </w:sdt>
            <w:r w:rsidR="001F6DE0" w:rsidRPr="00554596">
              <w:rPr>
                <w:rFonts w:cs="Arial"/>
                <w:color w:val="auto"/>
                <w:sz w:val="22"/>
              </w:rPr>
              <w:t xml:space="preserve">  Idle and Thackley  </w:t>
            </w:r>
          </w:p>
        </w:tc>
        <w:tc>
          <w:tcPr>
            <w:tcW w:w="3289" w:type="dxa"/>
            <w:tcMar>
              <w:top w:w="110" w:type="dxa"/>
              <w:left w:w="120" w:type="dxa"/>
              <w:bottom w:w="110" w:type="dxa"/>
              <w:right w:w="120" w:type="dxa"/>
            </w:tcMar>
            <w:vAlign w:val="center"/>
          </w:tcPr>
          <w:p w14:paraId="569D151B" w14:textId="77777777" w:rsidR="001F6DE0" w:rsidRPr="00554596" w:rsidRDefault="005C6638" w:rsidP="009D1752">
            <w:pPr>
              <w:spacing w:after="0" w:line="240" w:lineRule="auto"/>
              <w:rPr>
                <w:rFonts w:cs="Arial"/>
                <w:color w:val="auto"/>
                <w:sz w:val="22"/>
              </w:rPr>
            </w:pPr>
            <w:sdt>
              <w:sdtPr>
                <w:rPr>
                  <w:rFonts w:cs="Arial"/>
                  <w:color w:val="auto"/>
                  <w:sz w:val="22"/>
                </w:rPr>
                <w:id w:val="1108"/>
                <w14:checkbox>
                  <w14:checked w14:val="0"/>
                  <w14:checkedState w14:val="2612" w14:font="MS Gothic"/>
                  <w14:uncheckedState w14:val="2610" w14:font="MS Gothic"/>
                </w14:checkbox>
              </w:sdtPr>
              <w:sdtEndPr/>
              <w:sdtContent>
                <w:r w:rsidR="001F6DE0" w:rsidRPr="00554596">
                  <w:rPr>
                    <w:rFonts w:ascii="Segoe UI Symbol" w:hAnsi="Segoe UI Symbol" w:cs="Segoe UI Symbol"/>
                    <w:color w:val="auto"/>
                    <w:sz w:val="22"/>
                  </w:rPr>
                  <w:t>☐</w:t>
                </w:r>
              </w:sdtContent>
            </w:sdt>
            <w:r w:rsidR="001F6DE0" w:rsidRPr="00554596">
              <w:rPr>
                <w:rFonts w:cs="Arial"/>
                <w:color w:val="auto"/>
                <w:sz w:val="22"/>
              </w:rPr>
              <w:t xml:space="preserve">  Thornton and Allerton </w:t>
            </w:r>
          </w:p>
        </w:tc>
      </w:tr>
      <w:tr w:rsidR="001F6DE0" w:rsidRPr="00554596" w14:paraId="47F83298" w14:textId="77777777" w:rsidTr="009D1752">
        <w:trPr>
          <w:cantSplit/>
        </w:trPr>
        <w:tc>
          <w:tcPr>
            <w:tcW w:w="3289" w:type="dxa"/>
            <w:tcMar>
              <w:top w:w="110" w:type="dxa"/>
              <w:left w:w="120" w:type="dxa"/>
              <w:bottom w:w="110" w:type="dxa"/>
              <w:right w:w="120" w:type="dxa"/>
            </w:tcMar>
            <w:vAlign w:val="center"/>
          </w:tcPr>
          <w:p w14:paraId="162ECAB7" w14:textId="77777777" w:rsidR="001F6DE0" w:rsidRPr="00554596" w:rsidRDefault="005C6638" w:rsidP="009D1752">
            <w:pPr>
              <w:spacing w:after="0" w:line="240" w:lineRule="auto"/>
              <w:rPr>
                <w:rFonts w:cs="Arial"/>
                <w:color w:val="auto"/>
                <w:sz w:val="22"/>
              </w:rPr>
            </w:pPr>
            <w:sdt>
              <w:sdtPr>
                <w:rPr>
                  <w:rFonts w:cs="Arial"/>
                  <w:color w:val="auto"/>
                  <w:sz w:val="22"/>
                </w:rPr>
                <w:id w:val="1089"/>
                <w14:checkbox>
                  <w14:checked w14:val="0"/>
                  <w14:checkedState w14:val="2612" w14:font="MS Gothic"/>
                  <w14:uncheckedState w14:val="2610" w14:font="MS Gothic"/>
                </w14:checkbox>
              </w:sdtPr>
              <w:sdtEndPr/>
              <w:sdtContent>
                <w:r w:rsidR="001F6DE0" w:rsidRPr="00554596">
                  <w:rPr>
                    <w:rFonts w:ascii="Segoe UI Symbol" w:hAnsi="Segoe UI Symbol" w:cs="Segoe UI Symbol"/>
                    <w:color w:val="auto"/>
                    <w:sz w:val="22"/>
                  </w:rPr>
                  <w:t>☐</w:t>
                </w:r>
              </w:sdtContent>
            </w:sdt>
            <w:r w:rsidR="001F6DE0" w:rsidRPr="00554596">
              <w:rPr>
                <w:rFonts w:cs="Arial"/>
                <w:color w:val="auto"/>
                <w:sz w:val="22"/>
              </w:rPr>
              <w:t xml:space="preserve">  Bolton and Undercliffe</w:t>
            </w:r>
          </w:p>
        </w:tc>
        <w:tc>
          <w:tcPr>
            <w:tcW w:w="3289" w:type="dxa"/>
            <w:tcMar>
              <w:top w:w="110" w:type="dxa"/>
              <w:left w:w="120" w:type="dxa"/>
              <w:bottom w:w="110" w:type="dxa"/>
              <w:right w:w="120" w:type="dxa"/>
            </w:tcMar>
            <w:vAlign w:val="center"/>
          </w:tcPr>
          <w:p w14:paraId="1C237E4A" w14:textId="77777777" w:rsidR="001F6DE0" w:rsidRPr="00554596" w:rsidRDefault="005C6638" w:rsidP="009D1752">
            <w:pPr>
              <w:spacing w:after="0" w:line="240" w:lineRule="auto"/>
              <w:rPr>
                <w:rFonts w:cs="Arial"/>
                <w:color w:val="auto"/>
                <w:sz w:val="22"/>
              </w:rPr>
            </w:pPr>
            <w:sdt>
              <w:sdtPr>
                <w:rPr>
                  <w:rFonts w:cs="Arial"/>
                  <w:color w:val="auto"/>
                  <w:sz w:val="22"/>
                </w:rPr>
                <w:id w:val="1099"/>
                <w14:checkbox>
                  <w14:checked w14:val="0"/>
                  <w14:checkedState w14:val="2612" w14:font="MS Gothic"/>
                  <w14:uncheckedState w14:val="2610" w14:font="MS Gothic"/>
                </w14:checkbox>
              </w:sdtPr>
              <w:sdtEndPr/>
              <w:sdtContent>
                <w:r w:rsidR="001F6DE0" w:rsidRPr="00554596">
                  <w:rPr>
                    <w:rFonts w:ascii="Segoe UI Symbol" w:hAnsi="Segoe UI Symbol" w:cs="Segoe UI Symbol"/>
                    <w:color w:val="auto"/>
                    <w:sz w:val="22"/>
                  </w:rPr>
                  <w:t>☐</w:t>
                </w:r>
              </w:sdtContent>
            </w:sdt>
            <w:r w:rsidR="001F6DE0" w:rsidRPr="00554596">
              <w:rPr>
                <w:rFonts w:cs="Arial"/>
                <w:color w:val="auto"/>
                <w:sz w:val="22"/>
              </w:rPr>
              <w:t xml:space="preserve">  Ilkley and Addingham  </w:t>
            </w:r>
          </w:p>
        </w:tc>
        <w:tc>
          <w:tcPr>
            <w:tcW w:w="3289" w:type="dxa"/>
            <w:tcMar>
              <w:top w:w="110" w:type="dxa"/>
              <w:left w:w="120" w:type="dxa"/>
              <w:bottom w:w="110" w:type="dxa"/>
              <w:right w:w="120" w:type="dxa"/>
            </w:tcMar>
            <w:vAlign w:val="center"/>
          </w:tcPr>
          <w:p w14:paraId="18B08C04" w14:textId="77777777" w:rsidR="001F6DE0" w:rsidRPr="00554596" w:rsidRDefault="005C6638" w:rsidP="009D1752">
            <w:pPr>
              <w:spacing w:after="0" w:line="240" w:lineRule="auto"/>
              <w:rPr>
                <w:rFonts w:cs="Arial"/>
                <w:color w:val="auto"/>
                <w:sz w:val="22"/>
              </w:rPr>
            </w:pPr>
            <w:sdt>
              <w:sdtPr>
                <w:rPr>
                  <w:rFonts w:cs="Arial"/>
                  <w:color w:val="auto"/>
                  <w:sz w:val="22"/>
                </w:rPr>
                <w:id w:val="1109"/>
                <w14:checkbox>
                  <w14:checked w14:val="0"/>
                  <w14:checkedState w14:val="2612" w14:font="MS Gothic"/>
                  <w14:uncheckedState w14:val="2610" w14:font="MS Gothic"/>
                </w14:checkbox>
              </w:sdtPr>
              <w:sdtEndPr/>
              <w:sdtContent>
                <w:r w:rsidR="001F6DE0" w:rsidRPr="00554596">
                  <w:rPr>
                    <w:rFonts w:ascii="Segoe UI Symbol" w:hAnsi="Segoe UI Symbol" w:cs="Segoe UI Symbol"/>
                    <w:color w:val="auto"/>
                    <w:sz w:val="22"/>
                  </w:rPr>
                  <w:t>☐</w:t>
                </w:r>
              </w:sdtContent>
            </w:sdt>
            <w:r w:rsidR="001F6DE0" w:rsidRPr="00554596">
              <w:rPr>
                <w:rFonts w:cs="Arial"/>
                <w:color w:val="auto"/>
                <w:sz w:val="22"/>
              </w:rPr>
              <w:t xml:space="preserve">  Toller </w:t>
            </w:r>
          </w:p>
        </w:tc>
      </w:tr>
      <w:tr w:rsidR="001F6DE0" w:rsidRPr="00554596" w14:paraId="7632019A" w14:textId="77777777" w:rsidTr="009D1752">
        <w:trPr>
          <w:cantSplit/>
        </w:trPr>
        <w:tc>
          <w:tcPr>
            <w:tcW w:w="3289" w:type="dxa"/>
            <w:tcMar>
              <w:top w:w="110" w:type="dxa"/>
              <w:left w:w="120" w:type="dxa"/>
              <w:bottom w:w="110" w:type="dxa"/>
              <w:right w:w="120" w:type="dxa"/>
            </w:tcMar>
            <w:vAlign w:val="center"/>
          </w:tcPr>
          <w:p w14:paraId="17B9D374" w14:textId="77777777" w:rsidR="001F6DE0" w:rsidRPr="00554596" w:rsidRDefault="005C6638" w:rsidP="009D1752">
            <w:pPr>
              <w:spacing w:after="0" w:line="240" w:lineRule="auto"/>
              <w:rPr>
                <w:rFonts w:cs="Arial"/>
                <w:color w:val="auto"/>
                <w:sz w:val="22"/>
              </w:rPr>
            </w:pPr>
            <w:sdt>
              <w:sdtPr>
                <w:rPr>
                  <w:rFonts w:cs="Arial"/>
                  <w:color w:val="auto"/>
                  <w:sz w:val="22"/>
                </w:rPr>
                <w:id w:val="1090"/>
                <w14:checkbox>
                  <w14:checked w14:val="0"/>
                  <w14:checkedState w14:val="2612" w14:font="MS Gothic"/>
                  <w14:uncheckedState w14:val="2610" w14:font="MS Gothic"/>
                </w14:checkbox>
              </w:sdtPr>
              <w:sdtEndPr/>
              <w:sdtContent>
                <w:r w:rsidR="001F6DE0" w:rsidRPr="00554596">
                  <w:rPr>
                    <w:rFonts w:ascii="Segoe UI Symbol" w:hAnsi="Segoe UI Symbol" w:cs="Segoe UI Symbol"/>
                    <w:color w:val="auto"/>
                    <w:sz w:val="22"/>
                  </w:rPr>
                  <w:t>☐</w:t>
                </w:r>
              </w:sdtContent>
            </w:sdt>
            <w:r w:rsidR="001F6DE0" w:rsidRPr="00554596">
              <w:rPr>
                <w:rFonts w:cs="Arial"/>
                <w:color w:val="auto"/>
                <w:sz w:val="22"/>
              </w:rPr>
              <w:t xml:space="preserve">  Bowling and </w:t>
            </w:r>
            <w:proofErr w:type="spellStart"/>
            <w:r w:rsidR="001F6DE0" w:rsidRPr="00554596">
              <w:rPr>
                <w:rFonts w:cs="Arial"/>
                <w:color w:val="auto"/>
                <w:sz w:val="22"/>
              </w:rPr>
              <w:t>Barkerend</w:t>
            </w:r>
            <w:proofErr w:type="spellEnd"/>
          </w:p>
        </w:tc>
        <w:tc>
          <w:tcPr>
            <w:tcW w:w="3289" w:type="dxa"/>
            <w:tcMar>
              <w:top w:w="110" w:type="dxa"/>
              <w:left w:w="120" w:type="dxa"/>
              <w:bottom w:w="110" w:type="dxa"/>
              <w:right w:w="120" w:type="dxa"/>
            </w:tcMar>
            <w:vAlign w:val="center"/>
          </w:tcPr>
          <w:p w14:paraId="4EF1C1A3" w14:textId="77777777" w:rsidR="001F6DE0" w:rsidRPr="00554596" w:rsidRDefault="005C6638" w:rsidP="009D1752">
            <w:pPr>
              <w:spacing w:after="0" w:line="240" w:lineRule="auto"/>
              <w:rPr>
                <w:rFonts w:cs="Arial"/>
                <w:color w:val="auto"/>
                <w:sz w:val="22"/>
              </w:rPr>
            </w:pPr>
            <w:sdt>
              <w:sdtPr>
                <w:rPr>
                  <w:rFonts w:cs="Arial"/>
                  <w:color w:val="auto"/>
                  <w:sz w:val="22"/>
                </w:rPr>
                <w:id w:val="1100"/>
                <w14:checkbox>
                  <w14:checked w14:val="0"/>
                  <w14:checkedState w14:val="2612" w14:font="MS Gothic"/>
                  <w14:uncheckedState w14:val="2610" w14:font="MS Gothic"/>
                </w14:checkbox>
              </w:sdtPr>
              <w:sdtEndPr/>
              <w:sdtContent>
                <w:r w:rsidR="001F6DE0" w:rsidRPr="00554596">
                  <w:rPr>
                    <w:rFonts w:ascii="Segoe UI Symbol" w:hAnsi="Segoe UI Symbol" w:cs="Segoe UI Symbol"/>
                    <w:color w:val="auto"/>
                    <w:sz w:val="22"/>
                  </w:rPr>
                  <w:t>☐</w:t>
                </w:r>
              </w:sdtContent>
            </w:sdt>
            <w:r w:rsidR="001F6DE0" w:rsidRPr="00554596">
              <w:rPr>
                <w:rFonts w:cs="Arial"/>
                <w:color w:val="auto"/>
                <w:sz w:val="22"/>
              </w:rPr>
              <w:t xml:space="preserve">  Keighley Central </w:t>
            </w:r>
          </w:p>
        </w:tc>
        <w:tc>
          <w:tcPr>
            <w:tcW w:w="3289" w:type="dxa"/>
            <w:tcMar>
              <w:top w:w="110" w:type="dxa"/>
              <w:left w:w="120" w:type="dxa"/>
              <w:bottom w:w="110" w:type="dxa"/>
              <w:right w:w="120" w:type="dxa"/>
            </w:tcMar>
            <w:vAlign w:val="center"/>
          </w:tcPr>
          <w:p w14:paraId="2B9E6268" w14:textId="77777777" w:rsidR="001F6DE0" w:rsidRPr="00554596" w:rsidRDefault="005C6638" w:rsidP="009D1752">
            <w:pPr>
              <w:spacing w:after="0" w:line="240" w:lineRule="auto"/>
              <w:rPr>
                <w:rFonts w:cs="Arial"/>
                <w:color w:val="auto"/>
                <w:sz w:val="22"/>
              </w:rPr>
            </w:pPr>
            <w:sdt>
              <w:sdtPr>
                <w:rPr>
                  <w:rFonts w:cs="Arial"/>
                  <w:color w:val="auto"/>
                  <w:sz w:val="22"/>
                </w:rPr>
                <w:id w:val="1110"/>
                <w14:checkbox>
                  <w14:checked w14:val="0"/>
                  <w14:checkedState w14:val="2612" w14:font="MS Gothic"/>
                  <w14:uncheckedState w14:val="2610" w14:font="MS Gothic"/>
                </w14:checkbox>
              </w:sdtPr>
              <w:sdtEndPr/>
              <w:sdtContent>
                <w:r w:rsidR="001F6DE0" w:rsidRPr="00554596">
                  <w:rPr>
                    <w:rFonts w:ascii="Segoe UI Symbol" w:hAnsi="Segoe UI Symbol" w:cs="Segoe UI Symbol"/>
                    <w:color w:val="auto"/>
                    <w:sz w:val="22"/>
                  </w:rPr>
                  <w:t>☐</w:t>
                </w:r>
              </w:sdtContent>
            </w:sdt>
            <w:r w:rsidR="001F6DE0" w:rsidRPr="00554596">
              <w:rPr>
                <w:rFonts w:cs="Arial"/>
                <w:color w:val="auto"/>
                <w:sz w:val="22"/>
              </w:rPr>
              <w:t xml:space="preserve">  Wharfedale</w:t>
            </w:r>
          </w:p>
        </w:tc>
      </w:tr>
      <w:tr w:rsidR="001F6DE0" w:rsidRPr="00554596" w14:paraId="557C67C9" w14:textId="77777777" w:rsidTr="009D1752">
        <w:trPr>
          <w:cantSplit/>
        </w:trPr>
        <w:tc>
          <w:tcPr>
            <w:tcW w:w="3289" w:type="dxa"/>
            <w:tcMar>
              <w:top w:w="110" w:type="dxa"/>
              <w:left w:w="120" w:type="dxa"/>
              <w:bottom w:w="110" w:type="dxa"/>
              <w:right w:w="120" w:type="dxa"/>
            </w:tcMar>
            <w:vAlign w:val="center"/>
          </w:tcPr>
          <w:p w14:paraId="77745845" w14:textId="77777777" w:rsidR="001F6DE0" w:rsidRPr="00554596" w:rsidRDefault="005C6638" w:rsidP="009D1752">
            <w:pPr>
              <w:spacing w:after="0" w:line="240" w:lineRule="auto"/>
              <w:rPr>
                <w:rFonts w:cs="Arial"/>
                <w:color w:val="auto"/>
                <w:sz w:val="22"/>
              </w:rPr>
            </w:pPr>
            <w:sdt>
              <w:sdtPr>
                <w:rPr>
                  <w:rFonts w:cs="Arial"/>
                  <w:color w:val="auto"/>
                  <w:sz w:val="22"/>
                </w:rPr>
                <w:id w:val="1091"/>
                <w14:checkbox>
                  <w14:checked w14:val="0"/>
                  <w14:checkedState w14:val="2612" w14:font="MS Gothic"/>
                  <w14:uncheckedState w14:val="2610" w14:font="MS Gothic"/>
                </w14:checkbox>
              </w:sdtPr>
              <w:sdtEndPr/>
              <w:sdtContent>
                <w:r w:rsidR="001F6DE0" w:rsidRPr="00554596">
                  <w:rPr>
                    <w:rFonts w:ascii="Segoe UI Symbol" w:hAnsi="Segoe UI Symbol" w:cs="Segoe UI Symbol"/>
                    <w:color w:val="auto"/>
                    <w:sz w:val="22"/>
                  </w:rPr>
                  <w:t>☐</w:t>
                </w:r>
              </w:sdtContent>
            </w:sdt>
            <w:r w:rsidR="001F6DE0" w:rsidRPr="00554596">
              <w:rPr>
                <w:rFonts w:cs="Arial"/>
                <w:color w:val="auto"/>
                <w:sz w:val="22"/>
              </w:rPr>
              <w:t xml:space="preserve">  Bradford Moor </w:t>
            </w:r>
          </w:p>
        </w:tc>
        <w:tc>
          <w:tcPr>
            <w:tcW w:w="3289" w:type="dxa"/>
            <w:tcMar>
              <w:top w:w="110" w:type="dxa"/>
              <w:left w:w="120" w:type="dxa"/>
              <w:bottom w:w="110" w:type="dxa"/>
              <w:right w:w="120" w:type="dxa"/>
            </w:tcMar>
            <w:vAlign w:val="center"/>
          </w:tcPr>
          <w:p w14:paraId="456B3B7D" w14:textId="77777777" w:rsidR="001F6DE0" w:rsidRPr="00554596" w:rsidRDefault="005C6638" w:rsidP="009D1752">
            <w:pPr>
              <w:spacing w:after="0" w:line="240" w:lineRule="auto"/>
              <w:rPr>
                <w:rFonts w:cs="Arial"/>
                <w:color w:val="auto"/>
                <w:sz w:val="22"/>
              </w:rPr>
            </w:pPr>
            <w:sdt>
              <w:sdtPr>
                <w:rPr>
                  <w:rFonts w:cs="Arial"/>
                  <w:color w:val="auto"/>
                  <w:sz w:val="22"/>
                </w:rPr>
                <w:id w:val="1101"/>
                <w14:checkbox>
                  <w14:checked w14:val="0"/>
                  <w14:checkedState w14:val="2612" w14:font="MS Gothic"/>
                  <w14:uncheckedState w14:val="2610" w14:font="MS Gothic"/>
                </w14:checkbox>
              </w:sdtPr>
              <w:sdtEndPr/>
              <w:sdtContent>
                <w:r w:rsidR="001F6DE0" w:rsidRPr="00554596">
                  <w:rPr>
                    <w:rFonts w:ascii="Segoe UI Symbol" w:hAnsi="Segoe UI Symbol" w:cs="Segoe UI Symbol"/>
                    <w:color w:val="auto"/>
                    <w:sz w:val="22"/>
                  </w:rPr>
                  <w:t>☐</w:t>
                </w:r>
              </w:sdtContent>
            </w:sdt>
            <w:r w:rsidR="001F6DE0" w:rsidRPr="00554596">
              <w:rPr>
                <w:rFonts w:cs="Arial"/>
                <w:color w:val="auto"/>
                <w:sz w:val="22"/>
              </w:rPr>
              <w:t xml:space="preserve">  Keighley East   </w:t>
            </w:r>
          </w:p>
        </w:tc>
        <w:tc>
          <w:tcPr>
            <w:tcW w:w="3289" w:type="dxa"/>
            <w:tcMar>
              <w:top w:w="110" w:type="dxa"/>
              <w:left w:w="120" w:type="dxa"/>
              <w:bottom w:w="110" w:type="dxa"/>
              <w:right w:w="120" w:type="dxa"/>
            </w:tcMar>
            <w:vAlign w:val="center"/>
          </w:tcPr>
          <w:p w14:paraId="3DD5FDF5" w14:textId="77777777" w:rsidR="001F6DE0" w:rsidRPr="00554596" w:rsidRDefault="005C6638" w:rsidP="009D1752">
            <w:pPr>
              <w:spacing w:after="0" w:line="240" w:lineRule="auto"/>
              <w:rPr>
                <w:rFonts w:cs="Arial"/>
                <w:color w:val="auto"/>
                <w:sz w:val="22"/>
              </w:rPr>
            </w:pPr>
            <w:sdt>
              <w:sdtPr>
                <w:rPr>
                  <w:rFonts w:cs="Arial"/>
                  <w:color w:val="auto"/>
                  <w:sz w:val="22"/>
                </w:rPr>
                <w:id w:val="1111"/>
                <w14:checkbox>
                  <w14:checked w14:val="0"/>
                  <w14:checkedState w14:val="2612" w14:font="MS Gothic"/>
                  <w14:uncheckedState w14:val="2610" w14:font="MS Gothic"/>
                </w14:checkbox>
              </w:sdtPr>
              <w:sdtEndPr/>
              <w:sdtContent>
                <w:r w:rsidR="001F6DE0" w:rsidRPr="00554596">
                  <w:rPr>
                    <w:rFonts w:ascii="Segoe UI Symbol" w:hAnsi="Segoe UI Symbol" w:cs="Segoe UI Symbol"/>
                    <w:color w:val="auto"/>
                    <w:sz w:val="22"/>
                  </w:rPr>
                  <w:t>☐</w:t>
                </w:r>
              </w:sdtContent>
            </w:sdt>
            <w:r w:rsidR="001F6DE0" w:rsidRPr="00554596">
              <w:rPr>
                <w:rFonts w:cs="Arial"/>
                <w:color w:val="auto"/>
                <w:sz w:val="22"/>
              </w:rPr>
              <w:t xml:space="preserve">  Wibsey and Odsal</w:t>
            </w:r>
          </w:p>
        </w:tc>
      </w:tr>
      <w:tr w:rsidR="001F6DE0" w:rsidRPr="00554596" w14:paraId="298EF01E" w14:textId="77777777" w:rsidTr="009D1752">
        <w:trPr>
          <w:cantSplit/>
        </w:trPr>
        <w:tc>
          <w:tcPr>
            <w:tcW w:w="3289" w:type="dxa"/>
            <w:tcMar>
              <w:top w:w="110" w:type="dxa"/>
              <w:left w:w="120" w:type="dxa"/>
              <w:bottom w:w="110" w:type="dxa"/>
              <w:right w:w="120" w:type="dxa"/>
            </w:tcMar>
            <w:vAlign w:val="center"/>
          </w:tcPr>
          <w:p w14:paraId="20A6644F" w14:textId="77777777" w:rsidR="001F6DE0" w:rsidRPr="00554596" w:rsidRDefault="005C6638" w:rsidP="009D1752">
            <w:pPr>
              <w:spacing w:after="0" w:line="240" w:lineRule="auto"/>
              <w:rPr>
                <w:rFonts w:cs="Arial"/>
                <w:color w:val="auto"/>
                <w:sz w:val="22"/>
              </w:rPr>
            </w:pPr>
            <w:sdt>
              <w:sdtPr>
                <w:rPr>
                  <w:rFonts w:cs="Arial"/>
                  <w:color w:val="auto"/>
                  <w:sz w:val="22"/>
                </w:rPr>
                <w:id w:val="1092"/>
                <w14:checkbox>
                  <w14:checked w14:val="0"/>
                  <w14:checkedState w14:val="2612" w14:font="MS Gothic"/>
                  <w14:uncheckedState w14:val="2610" w14:font="MS Gothic"/>
                </w14:checkbox>
              </w:sdtPr>
              <w:sdtEndPr/>
              <w:sdtContent>
                <w:r w:rsidR="001F6DE0" w:rsidRPr="00554596">
                  <w:rPr>
                    <w:rFonts w:ascii="Segoe UI Symbol" w:hAnsi="Segoe UI Symbol" w:cs="Segoe UI Symbol"/>
                    <w:color w:val="auto"/>
                    <w:sz w:val="22"/>
                  </w:rPr>
                  <w:t>☐</w:t>
                </w:r>
              </w:sdtContent>
            </w:sdt>
            <w:r w:rsidR="001F6DE0" w:rsidRPr="00554596">
              <w:rPr>
                <w:rFonts w:cs="Arial"/>
                <w:color w:val="auto"/>
                <w:sz w:val="22"/>
              </w:rPr>
              <w:t xml:space="preserve">  City </w:t>
            </w:r>
          </w:p>
        </w:tc>
        <w:tc>
          <w:tcPr>
            <w:tcW w:w="3289" w:type="dxa"/>
            <w:tcMar>
              <w:top w:w="110" w:type="dxa"/>
              <w:left w:w="120" w:type="dxa"/>
              <w:bottom w:w="110" w:type="dxa"/>
              <w:right w:w="120" w:type="dxa"/>
            </w:tcMar>
            <w:vAlign w:val="center"/>
          </w:tcPr>
          <w:p w14:paraId="2A62FFD2" w14:textId="77777777" w:rsidR="001F6DE0" w:rsidRPr="00554596" w:rsidRDefault="005C6638" w:rsidP="009D1752">
            <w:pPr>
              <w:spacing w:after="0" w:line="240" w:lineRule="auto"/>
              <w:rPr>
                <w:rFonts w:cs="Arial"/>
                <w:color w:val="auto"/>
                <w:sz w:val="22"/>
              </w:rPr>
            </w:pPr>
            <w:sdt>
              <w:sdtPr>
                <w:rPr>
                  <w:rFonts w:cs="Arial"/>
                  <w:color w:val="auto"/>
                  <w:sz w:val="22"/>
                </w:rPr>
                <w:id w:val="1102"/>
                <w14:checkbox>
                  <w14:checked w14:val="0"/>
                  <w14:checkedState w14:val="2612" w14:font="MS Gothic"/>
                  <w14:uncheckedState w14:val="2610" w14:font="MS Gothic"/>
                </w14:checkbox>
              </w:sdtPr>
              <w:sdtEndPr/>
              <w:sdtContent>
                <w:r w:rsidR="001F6DE0" w:rsidRPr="00554596">
                  <w:rPr>
                    <w:rFonts w:ascii="Segoe UI Symbol" w:hAnsi="Segoe UI Symbol" w:cs="Segoe UI Symbol"/>
                    <w:color w:val="auto"/>
                    <w:sz w:val="22"/>
                  </w:rPr>
                  <w:t>☐</w:t>
                </w:r>
              </w:sdtContent>
            </w:sdt>
            <w:r w:rsidR="001F6DE0" w:rsidRPr="00554596">
              <w:rPr>
                <w:rFonts w:cs="Arial"/>
                <w:color w:val="auto"/>
                <w:sz w:val="22"/>
              </w:rPr>
              <w:t xml:space="preserve">  Keighley West </w:t>
            </w:r>
          </w:p>
        </w:tc>
        <w:tc>
          <w:tcPr>
            <w:tcW w:w="3289" w:type="dxa"/>
            <w:tcMar>
              <w:top w:w="110" w:type="dxa"/>
              <w:left w:w="120" w:type="dxa"/>
              <w:bottom w:w="110" w:type="dxa"/>
              <w:right w:w="120" w:type="dxa"/>
            </w:tcMar>
            <w:vAlign w:val="center"/>
          </w:tcPr>
          <w:p w14:paraId="32FCDBF4" w14:textId="77777777" w:rsidR="001F6DE0" w:rsidRPr="00554596" w:rsidRDefault="005C6638" w:rsidP="009D1752">
            <w:pPr>
              <w:spacing w:after="0" w:line="240" w:lineRule="auto"/>
              <w:rPr>
                <w:rFonts w:cs="Arial"/>
                <w:color w:val="auto"/>
                <w:sz w:val="22"/>
              </w:rPr>
            </w:pPr>
            <w:sdt>
              <w:sdtPr>
                <w:rPr>
                  <w:rFonts w:cs="Arial"/>
                  <w:color w:val="auto"/>
                  <w:sz w:val="22"/>
                </w:rPr>
                <w:id w:val="1112"/>
                <w14:checkbox>
                  <w14:checked w14:val="0"/>
                  <w14:checkedState w14:val="2612" w14:font="MS Gothic"/>
                  <w14:uncheckedState w14:val="2610" w14:font="MS Gothic"/>
                </w14:checkbox>
              </w:sdtPr>
              <w:sdtEndPr/>
              <w:sdtContent>
                <w:r w:rsidR="001F6DE0" w:rsidRPr="00554596">
                  <w:rPr>
                    <w:rFonts w:ascii="Segoe UI Symbol" w:hAnsi="Segoe UI Symbol" w:cs="Segoe UI Symbol"/>
                    <w:color w:val="auto"/>
                    <w:sz w:val="22"/>
                  </w:rPr>
                  <w:t>☐</w:t>
                </w:r>
              </w:sdtContent>
            </w:sdt>
            <w:r w:rsidR="001F6DE0" w:rsidRPr="00554596">
              <w:rPr>
                <w:rFonts w:cs="Arial"/>
                <w:color w:val="auto"/>
                <w:sz w:val="22"/>
              </w:rPr>
              <w:t xml:space="preserve">  </w:t>
            </w:r>
            <w:proofErr w:type="spellStart"/>
            <w:r w:rsidR="001F6DE0" w:rsidRPr="00554596">
              <w:rPr>
                <w:rFonts w:cs="Arial"/>
                <w:color w:val="auto"/>
                <w:sz w:val="22"/>
              </w:rPr>
              <w:t>Windhill</w:t>
            </w:r>
            <w:proofErr w:type="spellEnd"/>
            <w:r w:rsidR="001F6DE0" w:rsidRPr="00554596">
              <w:rPr>
                <w:rFonts w:cs="Arial"/>
                <w:color w:val="auto"/>
                <w:sz w:val="22"/>
              </w:rPr>
              <w:t xml:space="preserve"> and Wrose</w:t>
            </w:r>
          </w:p>
        </w:tc>
      </w:tr>
      <w:tr w:rsidR="001F6DE0" w:rsidRPr="00554596" w14:paraId="4CC54FFE" w14:textId="77777777" w:rsidTr="009D1752">
        <w:trPr>
          <w:cantSplit/>
        </w:trPr>
        <w:tc>
          <w:tcPr>
            <w:tcW w:w="3289" w:type="dxa"/>
            <w:tcMar>
              <w:top w:w="110" w:type="dxa"/>
              <w:left w:w="120" w:type="dxa"/>
              <w:bottom w:w="110" w:type="dxa"/>
              <w:right w:w="120" w:type="dxa"/>
            </w:tcMar>
            <w:vAlign w:val="center"/>
          </w:tcPr>
          <w:p w14:paraId="6B9E6585" w14:textId="77777777" w:rsidR="001F6DE0" w:rsidRPr="00554596" w:rsidRDefault="005C6638" w:rsidP="009D1752">
            <w:pPr>
              <w:spacing w:after="0" w:line="240" w:lineRule="auto"/>
              <w:rPr>
                <w:rFonts w:cs="Arial"/>
                <w:color w:val="auto"/>
                <w:sz w:val="22"/>
              </w:rPr>
            </w:pPr>
            <w:sdt>
              <w:sdtPr>
                <w:rPr>
                  <w:rFonts w:cs="Arial"/>
                  <w:color w:val="auto"/>
                  <w:sz w:val="22"/>
                </w:rPr>
                <w:id w:val="1093"/>
                <w14:checkbox>
                  <w14:checked w14:val="0"/>
                  <w14:checkedState w14:val="2612" w14:font="MS Gothic"/>
                  <w14:uncheckedState w14:val="2610" w14:font="MS Gothic"/>
                </w14:checkbox>
              </w:sdtPr>
              <w:sdtEndPr/>
              <w:sdtContent>
                <w:r w:rsidR="001F6DE0" w:rsidRPr="00554596">
                  <w:rPr>
                    <w:rFonts w:ascii="Segoe UI Symbol" w:hAnsi="Segoe UI Symbol" w:cs="Segoe UI Symbol"/>
                    <w:color w:val="auto"/>
                    <w:sz w:val="22"/>
                  </w:rPr>
                  <w:t>☐</w:t>
                </w:r>
              </w:sdtContent>
            </w:sdt>
            <w:r w:rsidR="001F6DE0" w:rsidRPr="00554596">
              <w:rPr>
                <w:rFonts w:cs="Arial"/>
                <w:color w:val="auto"/>
                <w:sz w:val="22"/>
              </w:rPr>
              <w:t xml:space="preserve">  Clayton and Fairweather Green </w:t>
            </w:r>
          </w:p>
        </w:tc>
        <w:tc>
          <w:tcPr>
            <w:tcW w:w="3289" w:type="dxa"/>
            <w:tcMar>
              <w:top w:w="110" w:type="dxa"/>
              <w:left w:w="120" w:type="dxa"/>
              <w:bottom w:w="110" w:type="dxa"/>
              <w:right w:w="120" w:type="dxa"/>
            </w:tcMar>
            <w:vAlign w:val="center"/>
          </w:tcPr>
          <w:p w14:paraId="36A9891E" w14:textId="77777777" w:rsidR="001F6DE0" w:rsidRPr="00554596" w:rsidRDefault="005C6638" w:rsidP="009D1752">
            <w:pPr>
              <w:spacing w:after="0" w:line="240" w:lineRule="auto"/>
              <w:rPr>
                <w:rFonts w:cs="Arial"/>
                <w:color w:val="auto"/>
                <w:sz w:val="22"/>
              </w:rPr>
            </w:pPr>
            <w:sdt>
              <w:sdtPr>
                <w:rPr>
                  <w:rFonts w:cs="Arial"/>
                  <w:color w:val="auto"/>
                  <w:sz w:val="22"/>
                </w:rPr>
                <w:id w:val="1103"/>
                <w14:checkbox>
                  <w14:checked w14:val="0"/>
                  <w14:checkedState w14:val="2612" w14:font="MS Gothic"/>
                  <w14:uncheckedState w14:val="2610" w14:font="MS Gothic"/>
                </w14:checkbox>
              </w:sdtPr>
              <w:sdtEndPr/>
              <w:sdtContent>
                <w:r w:rsidR="001F6DE0" w:rsidRPr="00554596">
                  <w:rPr>
                    <w:rFonts w:ascii="Segoe UI Symbol" w:hAnsi="Segoe UI Symbol" w:cs="Segoe UI Symbol"/>
                    <w:color w:val="auto"/>
                    <w:sz w:val="22"/>
                  </w:rPr>
                  <w:t>☐</w:t>
                </w:r>
              </w:sdtContent>
            </w:sdt>
            <w:r w:rsidR="001F6DE0" w:rsidRPr="00554596">
              <w:rPr>
                <w:rFonts w:cs="Arial"/>
                <w:color w:val="auto"/>
                <w:sz w:val="22"/>
              </w:rPr>
              <w:t xml:space="preserve">  Little Horton  </w:t>
            </w:r>
          </w:p>
        </w:tc>
        <w:tc>
          <w:tcPr>
            <w:tcW w:w="3289" w:type="dxa"/>
            <w:tcMar>
              <w:top w:w="110" w:type="dxa"/>
              <w:left w:w="120" w:type="dxa"/>
              <w:bottom w:w="110" w:type="dxa"/>
              <w:right w:w="120" w:type="dxa"/>
            </w:tcMar>
            <w:vAlign w:val="center"/>
          </w:tcPr>
          <w:p w14:paraId="20FE09A9" w14:textId="77777777" w:rsidR="001F6DE0" w:rsidRPr="00554596" w:rsidRDefault="005C6638" w:rsidP="009D1752">
            <w:pPr>
              <w:spacing w:after="0" w:line="240" w:lineRule="auto"/>
              <w:rPr>
                <w:rFonts w:cs="Arial"/>
                <w:color w:val="auto"/>
                <w:sz w:val="22"/>
              </w:rPr>
            </w:pPr>
            <w:sdt>
              <w:sdtPr>
                <w:rPr>
                  <w:rFonts w:cs="Arial"/>
                  <w:color w:val="auto"/>
                  <w:sz w:val="22"/>
                </w:rPr>
                <w:id w:val="1113"/>
                <w14:checkbox>
                  <w14:checked w14:val="0"/>
                  <w14:checkedState w14:val="2612" w14:font="MS Gothic"/>
                  <w14:uncheckedState w14:val="2610" w14:font="MS Gothic"/>
                </w14:checkbox>
              </w:sdtPr>
              <w:sdtEndPr/>
              <w:sdtContent>
                <w:r w:rsidR="001F6DE0" w:rsidRPr="00554596">
                  <w:rPr>
                    <w:rFonts w:ascii="Segoe UI Symbol" w:hAnsi="Segoe UI Symbol" w:cs="Segoe UI Symbol"/>
                    <w:color w:val="auto"/>
                    <w:sz w:val="22"/>
                  </w:rPr>
                  <w:t>☐</w:t>
                </w:r>
              </w:sdtContent>
            </w:sdt>
            <w:r w:rsidR="001F6DE0" w:rsidRPr="00554596">
              <w:rPr>
                <w:rFonts w:cs="Arial"/>
                <w:color w:val="auto"/>
                <w:sz w:val="22"/>
              </w:rPr>
              <w:t xml:space="preserve">  Worth Valley</w:t>
            </w:r>
          </w:p>
        </w:tc>
      </w:tr>
      <w:tr w:rsidR="001F6DE0" w:rsidRPr="00554596" w14:paraId="6EDC3E20" w14:textId="77777777" w:rsidTr="009D1752">
        <w:trPr>
          <w:cantSplit/>
        </w:trPr>
        <w:tc>
          <w:tcPr>
            <w:tcW w:w="3289" w:type="dxa"/>
            <w:tcMar>
              <w:top w:w="110" w:type="dxa"/>
              <w:left w:w="120" w:type="dxa"/>
              <w:bottom w:w="110" w:type="dxa"/>
              <w:right w:w="120" w:type="dxa"/>
            </w:tcMar>
            <w:vAlign w:val="center"/>
          </w:tcPr>
          <w:p w14:paraId="489A9492" w14:textId="77777777" w:rsidR="001F6DE0" w:rsidRPr="00554596" w:rsidRDefault="005C6638" w:rsidP="009D1752">
            <w:pPr>
              <w:spacing w:after="0" w:line="240" w:lineRule="auto"/>
              <w:rPr>
                <w:rFonts w:cs="Arial"/>
                <w:color w:val="auto"/>
                <w:sz w:val="22"/>
              </w:rPr>
            </w:pPr>
            <w:sdt>
              <w:sdtPr>
                <w:rPr>
                  <w:rFonts w:cs="Arial"/>
                  <w:color w:val="auto"/>
                  <w:sz w:val="22"/>
                </w:rPr>
                <w:id w:val="1094"/>
                <w14:checkbox>
                  <w14:checked w14:val="0"/>
                  <w14:checkedState w14:val="2612" w14:font="MS Gothic"/>
                  <w14:uncheckedState w14:val="2610" w14:font="MS Gothic"/>
                </w14:checkbox>
              </w:sdtPr>
              <w:sdtEndPr/>
              <w:sdtContent>
                <w:r w:rsidR="001F6DE0" w:rsidRPr="00554596">
                  <w:rPr>
                    <w:rFonts w:ascii="Segoe UI Symbol" w:hAnsi="Segoe UI Symbol" w:cs="Segoe UI Symbol"/>
                    <w:color w:val="auto"/>
                    <w:sz w:val="22"/>
                  </w:rPr>
                  <w:t>☐</w:t>
                </w:r>
              </w:sdtContent>
            </w:sdt>
            <w:r w:rsidR="001F6DE0" w:rsidRPr="00554596">
              <w:rPr>
                <w:rFonts w:cs="Arial"/>
                <w:color w:val="auto"/>
                <w:sz w:val="22"/>
              </w:rPr>
              <w:t xml:space="preserve">  Eccleshill</w:t>
            </w:r>
          </w:p>
        </w:tc>
        <w:tc>
          <w:tcPr>
            <w:tcW w:w="3289" w:type="dxa"/>
            <w:tcMar>
              <w:top w:w="110" w:type="dxa"/>
              <w:left w:w="120" w:type="dxa"/>
              <w:bottom w:w="110" w:type="dxa"/>
              <w:right w:w="120" w:type="dxa"/>
            </w:tcMar>
            <w:vAlign w:val="center"/>
          </w:tcPr>
          <w:p w14:paraId="6D4281F3" w14:textId="77777777" w:rsidR="001F6DE0" w:rsidRPr="00554596" w:rsidRDefault="005C6638" w:rsidP="009D1752">
            <w:pPr>
              <w:spacing w:after="0" w:line="240" w:lineRule="auto"/>
              <w:rPr>
                <w:rFonts w:cs="Arial"/>
                <w:color w:val="auto"/>
                <w:sz w:val="22"/>
              </w:rPr>
            </w:pPr>
            <w:sdt>
              <w:sdtPr>
                <w:rPr>
                  <w:rFonts w:cs="Arial"/>
                  <w:color w:val="auto"/>
                  <w:sz w:val="22"/>
                </w:rPr>
                <w:id w:val="1104"/>
                <w14:checkbox>
                  <w14:checked w14:val="0"/>
                  <w14:checkedState w14:val="2612" w14:font="MS Gothic"/>
                  <w14:uncheckedState w14:val="2610" w14:font="MS Gothic"/>
                </w14:checkbox>
              </w:sdtPr>
              <w:sdtEndPr/>
              <w:sdtContent>
                <w:r w:rsidR="001F6DE0" w:rsidRPr="00554596">
                  <w:rPr>
                    <w:rFonts w:ascii="Segoe UI Symbol" w:hAnsi="Segoe UI Symbol" w:cs="Segoe UI Symbol"/>
                    <w:color w:val="auto"/>
                    <w:sz w:val="22"/>
                  </w:rPr>
                  <w:t>☐</w:t>
                </w:r>
              </w:sdtContent>
            </w:sdt>
            <w:r w:rsidR="001F6DE0" w:rsidRPr="00554596">
              <w:rPr>
                <w:rFonts w:cs="Arial"/>
                <w:color w:val="auto"/>
                <w:sz w:val="22"/>
              </w:rPr>
              <w:t xml:space="preserve">  Manningham  </w:t>
            </w:r>
          </w:p>
        </w:tc>
        <w:tc>
          <w:tcPr>
            <w:tcW w:w="3289" w:type="dxa"/>
            <w:tcMar>
              <w:top w:w="110" w:type="dxa"/>
              <w:left w:w="120" w:type="dxa"/>
              <w:bottom w:w="110" w:type="dxa"/>
              <w:right w:w="120" w:type="dxa"/>
            </w:tcMar>
            <w:vAlign w:val="center"/>
          </w:tcPr>
          <w:p w14:paraId="2B802A1C" w14:textId="77777777" w:rsidR="001F6DE0" w:rsidRPr="00554596" w:rsidRDefault="005C6638" w:rsidP="009D1752">
            <w:pPr>
              <w:spacing w:after="0" w:line="240" w:lineRule="auto"/>
              <w:rPr>
                <w:rFonts w:cs="Arial"/>
                <w:color w:val="auto"/>
                <w:sz w:val="22"/>
              </w:rPr>
            </w:pPr>
            <w:sdt>
              <w:sdtPr>
                <w:rPr>
                  <w:rFonts w:cs="Arial"/>
                  <w:color w:val="auto"/>
                  <w:sz w:val="22"/>
                </w:rPr>
                <w:id w:val="1114"/>
                <w14:checkbox>
                  <w14:checked w14:val="0"/>
                  <w14:checkedState w14:val="2612" w14:font="MS Gothic"/>
                  <w14:uncheckedState w14:val="2610" w14:font="MS Gothic"/>
                </w14:checkbox>
              </w:sdtPr>
              <w:sdtEndPr/>
              <w:sdtContent>
                <w:r w:rsidR="001F6DE0" w:rsidRPr="00554596">
                  <w:rPr>
                    <w:rFonts w:ascii="Segoe UI Symbol" w:hAnsi="Segoe UI Symbol" w:cs="Segoe UI Symbol"/>
                    <w:color w:val="auto"/>
                    <w:sz w:val="22"/>
                  </w:rPr>
                  <w:t>☐</w:t>
                </w:r>
              </w:sdtContent>
            </w:sdt>
            <w:r w:rsidR="001F6DE0" w:rsidRPr="00554596">
              <w:rPr>
                <w:rFonts w:cs="Arial"/>
                <w:color w:val="auto"/>
                <w:sz w:val="22"/>
              </w:rPr>
              <w:t xml:space="preserve">  Wyke</w:t>
            </w:r>
          </w:p>
        </w:tc>
      </w:tr>
    </w:tbl>
    <w:p w14:paraId="689C0737" w14:textId="77777777" w:rsidR="001F6DE0" w:rsidRPr="00554596" w:rsidRDefault="001F6DE0" w:rsidP="00554596">
      <w:pPr>
        <w:rPr>
          <w:rFonts w:cs="Arial"/>
          <w:color w:val="auto"/>
          <w:sz w:val="22"/>
        </w:rPr>
      </w:pPr>
    </w:p>
    <w:p w14:paraId="55CFDB8B" w14:textId="77777777" w:rsidR="009577AC" w:rsidRPr="00554596" w:rsidRDefault="00DF42D5" w:rsidP="00554596">
      <w:pPr>
        <w:rPr>
          <w:rFonts w:cs="Arial"/>
          <w:b/>
          <w:bCs/>
          <w:color w:val="auto"/>
          <w:sz w:val="22"/>
        </w:rPr>
      </w:pPr>
      <w:r>
        <w:rPr>
          <w:rFonts w:cs="Arial"/>
          <w:b/>
          <w:bCs/>
          <w:color w:val="auto"/>
          <w:sz w:val="22"/>
        </w:rPr>
        <w:t>Explain any district-wide, online, touring or activity outside Bradford.</w:t>
      </w:r>
    </w:p>
    <w:p w14:paraId="31480FB0" w14:textId="564E179B" w:rsidR="009577AC" w:rsidRPr="00162AD7" w:rsidRDefault="00DF42D5" w:rsidP="00554596">
      <w:pPr>
        <w:rPr>
          <w:rFonts w:cs="Arial"/>
          <w:color w:val="595959" w:themeColor="text1" w:themeTint="A6"/>
          <w:sz w:val="22"/>
        </w:rPr>
      </w:pPr>
      <w:r w:rsidRPr="00162AD7">
        <w:rPr>
          <w:rFonts w:cs="Arial"/>
          <w:color w:val="595959" w:themeColor="text1" w:themeTint="A6"/>
          <w:sz w:val="22"/>
        </w:rPr>
        <w:t xml:space="preserve">Also identify the principal venues, </w:t>
      </w:r>
      <w:proofErr w:type="spellStart"/>
      <w:r w:rsidRPr="00162AD7">
        <w:rPr>
          <w:rFonts w:cs="Arial"/>
          <w:color w:val="595959" w:themeColor="text1" w:themeTint="A6"/>
          <w:sz w:val="22"/>
        </w:rPr>
        <w:t>neighbourhoods</w:t>
      </w:r>
      <w:proofErr w:type="spellEnd"/>
      <w:r w:rsidRPr="00162AD7">
        <w:rPr>
          <w:rFonts w:cs="Arial"/>
          <w:color w:val="595959" w:themeColor="text1" w:themeTint="A6"/>
          <w:sz w:val="22"/>
        </w:rPr>
        <w:t xml:space="preserve"> or places where known.</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9856"/>
      </w:tblGrid>
      <w:tr w:rsidR="009577AC" w:rsidRPr="00554596" w14:paraId="61841495" w14:textId="77777777" w:rsidTr="00554596">
        <w:tc>
          <w:tcPr>
            <w:tcW w:w="9856" w:type="dxa"/>
            <w:shd w:val="clear" w:color="auto" w:fill="FFFFFF"/>
            <w:vAlign w:val="center"/>
          </w:tcPr>
          <w:p w14:paraId="348EB35F" w14:textId="77777777" w:rsidR="009577AC" w:rsidRPr="00554596" w:rsidRDefault="00DF42D5" w:rsidP="00554596">
            <w:pPr>
              <w:spacing w:after="0" w:line="240" w:lineRule="auto"/>
              <w:rPr>
                <w:rFonts w:cs="Arial"/>
                <w:color w:val="auto"/>
                <w:sz w:val="22"/>
              </w:rPr>
            </w:pPr>
            <w:r w:rsidRPr="00554596">
              <w:rPr>
                <w:rFonts w:cs="Arial"/>
                <w:color w:val="auto"/>
                <w:sz w:val="22"/>
              </w:rPr>
              <w:br/>
            </w:r>
            <w:r w:rsidRPr="00554596">
              <w:rPr>
                <w:rFonts w:cs="Arial"/>
                <w:color w:val="auto"/>
                <w:sz w:val="22"/>
              </w:rPr>
              <w:br/>
            </w:r>
            <w:r w:rsidRPr="00554596">
              <w:rPr>
                <w:rFonts w:cs="Arial"/>
                <w:color w:val="auto"/>
                <w:sz w:val="22"/>
              </w:rPr>
              <w:br/>
            </w:r>
            <w:r w:rsidRPr="00554596">
              <w:rPr>
                <w:rFonts w:cs="Arial"/>
                <w:color w:val="auto"/>
                <w:sz w:val="22"/>
              </w:rPr>
              <w:lastRenderedPageBreak/>
              <w:br/>
            </w:r>
          </w:p>
        </w:tc>
      </w:tr>
    </w:tbl>
    <w:p w14:paraId="23168680" w14:textId="42B89DFC" w:rsidR="009577AC" w:rsidRPr="00162AD7" w:rsidRDefault="00554596" w:rsidP="00554596">
      <w:pPr>
        <w:spacing w:after="0" w:line="240" w:lineRule="auto"/>
        <w:rPr>
          <w:rFonts w:cs="Arial"/>
          <w:color w:val="595959" w:themeColor="text1" w:themeTint="A6"/>
          <w:sz w:val="22"/>
        </w:rPr>
      </w:pPr>
      <w:r w:rsidRPr="00162AD7">
        <w:rPr>
          <w:rFonts w:cs="Arial"/>
          <w:color w:val="595959" w:themeColor="text1" w:themeTint="A6"/>
          <w:sz w:val="22"/>
        </w:rPr>
        <w:lastRenderedPageBreak/>
        <w:t>Maximum 200 words.</w:t>
      </w:r>
    </w:p>
    <w:p w14:paraId="3232A555" w14:textId="6B974D03" w:rsidR="009577AC" w:rsidRPr="003A3C9C" w:rsidRDefault="00DF42D5">
      <w:pPr>
        <w:pStyle w:val="Heading1"/>
        <w:rPr>
          <w:rFonts w:ascii="Arial" w:hAnsi="Arial" w:cs="Arial"/>
          <w:color w:val="auto"/>
        </w:rPr>
      </w:pPr>
      <w:r w:rsidRPr="003A3C9C">
        <w:rPr>
          <w:rFonts w:ascii="Arial" w:hAnsi="Arial" w:cs="Arial"/>
          <w:color w:val="auto"/>
        </w:rPr>
        <w:t xml:space="preserve">8: </w:t>
      </w:r>
      <w:r w:rsidR="00E81D88" w:rsidRPr="003A3C9C">
        <w:rPr>
          <w:rFonts w:ascii="Arial" w:hAnsi="Arial" w:cs="Arial"/>
          <w:color w:val="auto"/>
        </w:rPr>
        <w:t>Strategic Contribution</w:t>
      </w:r>
    </w:p>
    <w:p w14:paraId="40FC5B9A" w14:textId="77777777" w:rsidR="003A3C9C" w:rsidRPr="00BC4ABB" w:rsidRDefault="003A3C9C" w:rsidP="003A3C9C">
      <w:pPr>
        <w:spacing w:after="0" w:line="240" w:lineRule="auto"/>
        <w:rPr>
          <w:bCs/>
          <w:color w:val="auto"/>
          <w:sz w:val="22"/>
        </w:rPr>
      </w:pPr>
      <w:r w:rsidRPr="00BC4ABB">
        <w:rPr>
          <w:b/>
          <w:color w:val="auto"/>
          <w:sz w:val="22"/>
        </w:rPr>
        <w:t>Culture is Our Plan</w:t>
      </w:r>
      <w:r w:rsidRPr="00BC4ABB">
        <w:rPr>
          <w:bCs/>
          <w:color w:val="auto"/>
          <w:sz w:val="22"/>
        </w:rPr>
        <w:t>, the cultural strategy for Bradford District, sets out ten ambitions and ten targets for culture up to 2031.</w:t>
      </w:r>
      <w:r>
        <w:rPr>
          <w:bCs/>
          <w:color w:val="auto"/>
          <w:sz w:val="22"/>
        </w:rPr>
        <w:br/>
      </w:r>
    </w:p>
    <w:p w14:paraId="0861E98E" w14:textId="19D827F9" w:rsidR="003A3C9C" w:rsidRPr="007E4ED9" w:rsidRDefault="003A3C9C" w:rsidP="003A3C9C">
      <w:pPr>
        <w:spacing w:after="0" w:line="240" w:lineRule="auto"/>
        <w:rPr>
          <w:rFonts w:cs="Arial"/>
          <w:color w:val="auto"/>
        </w:rPr>
      </w:pPr>
      <w:r>
        <w:rPr>
          <w:bCs/>
          <w:color w:val="auto"/>
          <w:sz w:val="22"/>
        </w:rPr>
        <w:t>We want to understand how this project, supported by Bradford Council’s investment, would contribute to these ambitions and targets.</w:t>
      </w:r>
      <w:r w:rsidR="00290C98">
        <w:rPr>
          <w:bCs/>
          <w:color w:val="auto"/>
          <w:sz w:val="22"/>
        </w:rPr>
        <w:t xml:space="preserve"> </w:t>
      </w:r>
      <w:r>
        <w:rPr>
          <w:rFonts w:cs="Arial"/>
          <w:color w:val="auto"/>
        </w:rPr>
        <w:t>You are not expected to contribute to every ambition or target. Select only those to which the project will make a clear and meaningful contribution.</w:t>
      </w:r>
      <w:r>
        <w:rPr>
          <w:rFonts w:cs="Arial"/>
          <w:b/>
          <w:color w:val="auto"/>
        </w:rPr>
        <w:br/>
      </w:r>
      <w:r>
        <w:rPr>
          <w:rFonts w:cs="Arial"/>
          <w:b/>
          <w:color w:val="auto"/>
        </w:rPr>
        <w:br/>
      </w:r>
      <w:r w:rsidRPr="00290C98">
        <w:rPr>
          <w:rFonts w:cs="Arial"/>
          <w:b/>
          <w:color w:val="BE4067"/>
        </w:rPr>
        <w:t>CONTRIBUTION TO THE AMBITIONS</w:t>
      </w:r>
      <w:r>
        <w:rPr>
          <w:rFonts w:cs="Arial"/>
          <w:color w:val="auto"/>
        </w:rPr>
        <w:br/>
        <w:t xml:space="preserve">Review the ten ambitions below and select </w:t>
      </w:r>
      <w:r w:rsidRPr="00290C98">
        <w:rPr>
          <w:rFonts w:cs="Arial"/>
          <w:color w:val="auto"/>
          <w:u w:val="single"/>
        </w:rPr>
        <w:t>up to two</w:t>
      </w:r>
      <w:r>
        <w:rPr>
          <w:rFonts w:cs="Arial"/>
          <w:color w:val="auto"/>
        </w:rPr>
        <w:t xml:space="preserve"> to which the project will make its strongest contribution.</w:t>
      </w:r>
    </w:p>
    <w:p w14:paraId="2F49A382" w14:textId="77777777" w:rsidR="003A3C9C" w:rsidRPr="001E3ACC" w:rsidRDefault="003A3C9C" w:rsidP="003A3C9C">
      <w:pPr>
        <w:pStyle w:val="NormalWeb"/>
        <w:rPr>
          <w:rFonts w:ascii="Arial" w:eastAsia="Times New Roman" w:hAnsi="Arial" w:cs="Arial"/>
          <w:color w:val="auto"/>
          <w:sz w:val="22"/>
          <w:szCs w:val="22"/>
          <w:lang w:val="en-GB" w:eastAsia="en-GB"/>
        </w:rPr>
      </w:pPr>
      <w:r>
        <w:rPr>
          <w:color w:val="auto"/>
          <w:sz w:val="22"/>
        </w:rPr>
        <w:br/>
      </w:r>
      <w:r w:rsidRPr="001E3ACC">
        <w:rPr>
          <w:rFonts w:ascii="Arial" w:eastAsia="Times New Roman" w:hAnsi="Arial" w:cs="Arial"/>
          <w:color w:val="auto"/>
          <w:sz w:val="22"/>
          <w:szCs w:val="22"/>
          <w:lang w:val="en-GB" w:eastAsia="en-GB"/>
        </w:rPr>
        <w:t xml:space="preserve">For each ambition </w:t>
      </w:r>
      <w:r>
        <w:rPr>
          <w:rFonts w:ascii="Arial" w:eastAsia="Times New Roman" w:hAnsi="Arial" w:cs="Arial"/>
          <w:color w:val="auto"/>
          <w:sz w:val="22"/>
          <w:szCs w:val="22"/>
          <w:lang w:val="en-GB" w:eastAsia="en-GB"/>
        </w:rPr>
        <w:t>you select</w:t>
      </w:r>
      <w:r w:rsidRPr="001E3ACC">
        <w:rPr>
          <w:rFonts w:ascii="Arial" w:eastAsia="Times New Roman" w:hAnsi="Arial" w:cs="Arial"/>
          <w:color w:val="auto"/>
          <w:sz w:val="22"/>
          <w:szCs w:val="22"/>
          <w:lang w:val="en-GB" w:eastAsia="en-GB"/>
        </w:rPr>
        <w:t>, explain:</w:t>
      </w:r>
    </w:p>
    <w:p w14:paraId="37129189" w14:textId="77777777" w:rsidR="003A3C9C" w:rsidRPr="001E3ACC" w:rsidRDefault="003A3C9C" w:rsidP="003A3C9C">
      <w:pPr>
        <w:numPr>
          <w:ilvl w:val="0"/>
          <w:numId w:val="25"/>
        </w:numPr>
        <w:spacing w:before="100" w:beforeAutospacing="1" w:afterAutospacing="1" w:line="240" w:lineRule="auto"/>
        <w:rPr>
          <w:rFonts w:eastAsia="Times New Roman" w:cs="Arial"/>
          <w:color w:val="auto"/>
          <w:sz w:val="22"/>
          <w:lang w:val="en-GB" w:eastAsia="en-GB"/>
        </w:rPr>
      </w:pPr>
      <w:r>
        <w:rPr>
          <w:rFonts w:eastAsia="Times New Roman" w:cs="Arial"/>
          <w:color w:val="auto"/>
          <w:sz w:val="22"/>
          <w:lang w:val="en-GB" w:eastAsia="en-GB"/>
        </w:rPr>
        <w:t>How the project will contribute to the ambition</w:t>
      </w:r>
    </w:p>
    <w:p w14:paraId="5E661068" w14:textId="77777777" w:rsidR="003A3C9C" w:rsidRPr="001E3ACC" w:rsidRDefault="003A3C9C" w:rsidP="003A3C9C">
      <w:pPr>
        <w:numPr>
          <w:ilvl w:val="0"/>
          <w:numId w:val="25"/>
        </w:numPr>
        <w:spacing w:before="100" w:beforeAutospacing="1" w:afterAutospacing="1" w:line="240" w:lineRule="auto"/>
        <w:rPr>
          <w:rFonts w:eastAsia="Times New Roman" w:cs="Arial"/>
          <w:color w:val="auto"/>
          <w:sz w:val="22"/>
          <w:lang w:val="en-GB" w:eastAsia="en-GB"/>
        </w:rPr>
      </w:pPr>
      <w:r>
        <w:rPr>
          <w:rFonts w:eastAsia="Times New Roman" w:cs="Arial"/>
          <w:color w:val="auto"/>
          <w:sz w:val="22"/>
          <w:lang w:val="en-GB" w:eastAsia="en-GB"/>
        </w:rPr>
        <w:t>The project activity that will support this contribution</w:t>
      </w:r>
    </w:p>
    <w:p w14:paraId="0C90453E" w14:textId="77777777" w:rsidR="003A3C9C" w:rsidRPr="001E3ACC" w:rsidRDefault="003A3C9C" w:rsidP="003A3C9C">
      <w:pPr>
        <w:numPr>
          <w:ilvl w:val="0"/>
          <w:numId w:val="25"/>
        </w:numPr>
        <w:spacing w:before="100" w:beforeAutospacing="1" w:afterAutospacing="1" w:line="240" w:lineRule="auto"/>
        <w:rPr>
          <w:rFonts w:eastAsia="Times New Roman" w:cs="Arial"/>
          <w:color w:val="auto"/>
          <w:sz w:val="22"/>
          <w:lang w:val="en-GB" w:eastAsia="en-GB"/>
        </w:rPr>
      </w:pPr>
      <w:r w:rsidRPr="001E3ACC">
        <w:rPr>
          <w:rFonts w:eastAsia="Times New Roman" w:cs="Arial"/>
          <w:color w:val="auto"/>
          <w:sz w:val="22"/>
          <w:lang w:val="en-GB" w:eastAsia="en-GB"/>
        </w:rPr>
        <w:t>Who or what will benefit</w:t>
      </w:r>
    </w:p>
    <w:p w14:paraId="15BD1EBD" w14:textId="77777777" w:rsidR="003A3C9C" w:rsidRPr="001E3ACC" w:rsidRDefault="003A3C9C" w:rsidP="003A3C9C">
      <w:pPr>
        <w:numPr>
          <w:ilvl w:val="0"/>
          <w:numId w:val="25"/>
        </w:numPr>
        <w:spacing w:before="100" w:beforeAutospacing="1" w:afterAutospacing="1" w:line="240" w:lineRule="auto"/>
        <w:rPr>
          <w:rFonts w:eastAsia="Times New Roman" w:cs="Arial"/>
          <w:color w:val="auto"/>
          <w:sz w:val="22"/>
          <w:lang w:val="en-GB" w:eastAsia="en-GB"/>
        </w:rPr>
      </w:pPr>
      <w:r>
        <w:rPr>
          <w:rFonts w:eastAsia="Times New Roman" w:cs="Arial"/>
          <w:color w:val="auto"/>
          <w:sz w:val="22"/>
          <w:lang w:val="en-GB" w:eastAsia="en-GB"/>
        </w:rPr>
        <w:t>The change or benefit you expect the project to create</w:t>
      </w:r>
    </w:p>
    <w:p w14:paraId="1350E984" w14:textId="77777777" w:rsidR="003A3C9C" w:rsidRPr="001E3ACC" w:rsidRDefault="003A3C9C" w:rsidP="003A3C9C">
      <w:pPr>
        <w:numPr>
          <w:ilvl w:val="0"/>
          <w:numId w:val="25"/>
        </w:numPr>
        <w:spacing w:before="100" w:beforeAutospacing="1" w:afterAutospacing="1" w:line="240" w:lineRule="auto"/>
        <w:rPr>
          <w:rFonts w:eastAsia="Times New Roman" w:cs="Arial"/>
          <w:color w:val="auto"/>
          <w:sz w:val="22"/>
          <w:lang w:val="en-GB" w:eastAsia="en-GB"/>
        </w:rPr>
      </w:pPr>
      <w:r w:rsidRPr="001E3ACC">
        <w:rPr>
          <w:rFonts w:eastAsia="Times New Roman" w:cs="Arial"/>
          <w:color w:val="auto"/>
          <w:sz w:val="22"/>
          <w:lang w:val="en-GB" w:eastAsia="en-GB"/>
        </w:rPr>
        <w:t>How Bradford Council’s investment will enable or strengthen this contribution</w:t>
      </w:r>
    </w:p>
    <w:p w14:paraId="0830512F" w14:textId="77777777" w:rsidR="003A3C9C" w:rsidRDefault="003A3C9C" w:rsidP="003A3C9C">
      <w:pPr>
        <w:spacing w:before="100" w:beforeAutospacing="1" w:afterAutospacing="1" w:line="240" w:lineRule="auto"/>
        <w:rPr>
          <w:rFonts w:eastAsia="Times New Roman" w:cs="Arial"/>
          <w:color w:val="auto"/>
          <w:sz w:val="22"/>
          <w:lang w:val="en-GB" w:eastAsia="en-GB"/>
        </w:rPr>
      </w:pPr>
      <w:r>
        <w:rPr>
          <w:rFonts w:eastAsia="Times New Roman" w:cs="Arial"/>
          <w:color w:val="auto"/>
          <w:sz w:val="22"/>
          <w:lang w:val="en-GB" w:eastAsia="en-GB"/>
        </w:rPr>
        <w:t>Do not select an ambition unless it is directly relevant to the project.</w:t>
      </w:r>
    </w:p>
    <w:p w14:paraId="40A73930" w14:textId="77777777" w:rsidR="003A3C9C" w:rsidRPr="00DF6447" w:rsidRDefault="003A3C9C" w:rsidP="003A3C9C">
      <w:pPr>
        <w:keepNext/>
        <w:spacing w:after="0" w:line="240" w:lineRule="auto"/>
        <w:rPr>
          <w:bCs/>
          <w:color w:val="7F7F7F" w:themeColor="text1" w:themeTint="80"/>
          <w:sz w:val="22"/>
        </w:rPr>
      </w:pPr>
      <w:r>
        <w:rPr>
          <w:bCs/>
          <w:color w:val="595959" w:themeColor="text1" w:themeTint="A6"/>
          <w:sz w:val="22"/>
        </w:rPr>
        <w:t>Use no more than 150 words for each ambition selected. The word limit applies separately to each selected item.</w:t>
      </w:r>
    </w:p>
    <w:tbl>
      <w:tblPr>
        <w:tblW w:w="9773" w:type="dxa"/>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4528"/>
        <w:gridCol w:w="5245"/>
      </w:tblGrid>
      <w:tr w:rsidR="003A3C9C" w:rsidRPr="0080251F" w14:paraId="0CEF4243" w14:textId="77777777" w:rsidTr="009D1752">
        <w:trPr>
          <w:cantSplit/>
          <w:tblHeader/>
        </w:trPr>
        <w:tc>
          <w:tcPr>
            <w:tcW w:w="4528" w:type="dxa"/>
            <w:shd w:val="clear" w:color="auto" w:fill="000000" w:themeFill="text1"/>
            <w:tcMar>
              <w:top w:w="110" w:type="dxa"/>
              <w:left w:w="120" w:type="dxa"/>
              <w:bottom w:w="110" w:type="dxa"/>
              <w:right w:w="120" w:type="dxa"/>
            </w:tcMar>
            <w:vAlign w:val="center"/>
          </w:tcPr>
          <w:p w14:paraId="6A49BA5B" w14:textId="77777777" w:rsidR="003A3C9C" w:rsidRPr="0080251F" w:rsidRDefault="003A3C9C" w:rsidP="009D1752">
            <w:pPr>
              <w:spacing w:after="0" w:line="240" w:lineRule="auto"/>
              <w:rPr>
                <w:b/>
                <w:bCs/>
                <w:color w:val="FFFFFF" w:themeColor="background1"/>
                <w:sz w:val="22"/>
              </w:rPr>
            </w:pPr>
            <w:r w:rsidRPr="0080251F">
              <w:rPr>
                <w:b/>
                <w:bCs/>
                <w:color w:val="FFFFFF" w:themeColor="background1"/>
                <w:sz w:val="22"/>
              </w:rPr>
              <w:t>Ambitions</w:t>
            </w:r>
          </w:p>
        </w:tc>
        <w:tc>
          <w:tcPr>
            <w:tcW w:w="5245" w:type="dxa"/>
            <w:shd w:val="clear" w:color="auto" w:fill="000000" w:themeFill="text1"/>
            <w:tcMar>
              <w:top w:w="110" w:type="dxa"/>
              <w:left w:w="120" w:type="dxa"/>
              <w:bottom w:w="110" w:type="dxa"/>
              <w:right w:w="120" w:type="dxa"/>
            </w:tcMar>
            <w:vAlign w:val="center"/>
          </w:tcPr>
          <w:p w14:paraId="297F1FAF" w14:textId="77777777" w:rsidR="003A3C9C" w:rsidRPr="005B164B" w:rsidRDefault="003A3C9C" w:rsidP="009D1752">
            <w:pPr>
              <w:spacing w:after="0" w:line="240" w:lineRule="auto"/>
              <w:rPr>
                <w:b/>
                <w:bCs/>
                <w:color w:val="FFFFFF" w:themeColor="background1"/>
                <w:sz w:val="22"/>
              </w:rPr>
            </w:pPr>
            <w:r>
              <w:rPr>
                <w:b/>
                <w:bCs/>
                <w:color w:val="FFFFFF" w:themeColor="background1"/>
                <w:sz w:val="22"/>
              </w:rPr>
              <w:t>How the project and Bradford Council’s investment will contribute</w:t>
            </w:r>
          </w:p>
        </w:tc>
      </w:tr>
      <w:tr w:rsidR="003A3C9C" w:rsidRPr="00511BC3" w14:paraId="4C8A7520" w14:textId="77777777" w:rsidTr="009D1752">
        <w:trPr>
          <w:cantSplit/>
          <w:trHeight w:val="25"/>
        </w:trPr>
        <w:tc>
          <w:tcPr>
            <w:tcW w:w="4528" w:type="dxa"/>
            <w:tcMar>
              <w:top w:w="110" w:type="dxa"/>
              <w:left w:w="120" w:type="dxa"/>
              <w:bottom w:w="110" w:type="dxa"/>
              <w:right w:w="120" w:type="dxa"/>
            </w:tcMar>
            <w:vAlign w:val="center"/>
          </w:tcPr>
          <w:p w14:paraId="51CDB4F8" w14:textId="77777777" w:rsidR="003A3C9C" w:rsidRPr="009208B7" w:rsidRDefault="005C6638" w:rsidP="009D1752">
            <w:pPr>
              <w:spacing w:after="0" w:line="240" w:lineRule="auto"/>
              <w:rPr>
                <w:b/>
                <w:bCs/>
                <w:color w:val="auto"/>
                <w:szCs w:val="21"/>
              </w:rPr>
            </w:pPr>
            <w:sdt>
              <w:sdtPr>
                <w:rPr>
                  <w:b/>
                  <w:bCs/>
                  <w:color w:val="auto"/>
                  <w:szCs w:val="21"/>
                </w:rPr>
                <w:id w:val="-347715904"/>
                <w14:checkbox>
                  <w14:checked w14:val="0"/>
                  <w14:checkedState w14:val="2612" w14:font="MS Gothic"/>
                  <w14:uncheckedState w14:val="2610" w14:font="MS Gothic"/>
                </w14:checkbox>
              </w:sdtPr>
              <w:sdtEndPr/>
              <w:sdtContent>
                <w:r w:rsidR="003A3C9C" w:rsidRPr="009208B7">
                  <w:rPr>
                    <w:rFonts w:ascii="Segoe UI Symbol" w:hAnsi="Segoe UI Symbol" w:cs="Segoe UI Symbol"/>
                    <w:b/>
                    <w:bCs/>
                    <w:color w:val="auto"/>
                    <w:szCs w:val="21"/>
                  </w:rPr>
                  <w:t>☐</w:t>
                </w:r>
              </w:sdtContent>
            </w:sdt>
            <w:r w:rsidR="003A3C9C" w:rsidRPr="009208B7">
              <w:rPr>
                <w:b/>
                <w:bCs/>
                <w:color w:val="auto"/>
                <w:szCs w:val="21"/>
              </w:rPr>
              <w:t xml:space="preserve">  Having Fun</w:t>
            </w:r>
          </w:p>
        </w:tc>
        <w:tc>
          <w:tcPr>
            <w:tcW w:w="5245" w:type="dxa"/>
            <w:tcMar>
              <w:top w:w="110" w:type="dxa"/>
              <w:left w:w="120" w:type="dxa"/>
              <w:bottom w:w="110" w:type="dxa"/>
              <w:right w:w="120" w:type="dxa"/>
            </w:tcMar>
            <w:vAlign w:val="center"/>
          </w:tcPr>
          <w:p w14:paraId="5BA46383" w14:textId="77777777" w:rsidR="003A3C9C" w:rsidRPr="005B164B" w:rsidRDefault="003A3C9C" w:rsidP="009D1752">
            <w:pPr>
              <w:spacing w:after="0" w:line="240" w:lineRule="auto"/>
              <w:rPr>
                <w:color w:val="auto"/>
                <w:sz w:val="22"/>
              </w:rPr>
            </w:pPr>
          </w:p>
        </w:tc>
      </w:tr>
      <w:tr w:rsidR="003A3C9C" w:rsidRPr="00511BC3" w14:paraId="6DACAF1F" w14:textId="77777777" w:rsidTr="009D1752">
        <w:trPr>
          <w:cantSplit/>
          <w:trHeight w:val="25"/>
        </w:trPr>
        <w:tc>
          <w:tcPr>
            <w:tcW w:w="4528" w:type="dxa"/>
            <w:tcMar>
              <w:top w:w="110" w:type="dxa"/>
              <w:left w:w="120" w:type="dxa"/>
              <w:bottom w:w="110" w:type="dxa"/>
              <w:right w:w="120" w:type="dxa"/>
            </w:tcMar>
            <w:vAlign w:val="center"/>
          </w:tcPr>
          <w:p w14:paraId="76BC32F9" w14:textId="77777777" w:rsidR="003A3C9C" w:rsidRPr="009208B7" w:rsidRDefault="005C6638" w:rsidP="009D1752">
            <w:pPr>
              <w:spacing w:after="0" w:line="240" w:lineRule="auto"/>
              <w:rPr>
                <w:b/>
                <w:bCs/>
                <w:color w:val="auto"/>
                <w:szCs w:val="21"/>
              </w:rPr>
            </w:pPr>
            <w:sdt>
              <w:sdtPr>
                <w:rPr>
                  <w:b/>
                  <w:bCs/>
                  <w:color w:val="auto"/>
                  <w:szCs w:val="21"/>
                </w:rPr>
                <w:id w:val="-75361841"/>
                <w14:checkbox>
                  <w14:checked w14:val="0"/>
                  <w14:checkedState w14:val="2612" w14:font="MS Gothic"/>
                  <w14:uncheckedState w14:val="2610" w14:font="MS Gothic"/>
                </w14:checkbox>
              </w:sdtPr>
              <w:sdtEndPr/>
              <w:sdtContent>
                <w:r w:rsidR="003A3C9C" w:rsidRPr="009208B7">
                  <w:rPr>
                    <w:rFonts w:ascii="Segoe UI Symbol" w:hAnsi="Segoe UI Symbol" w:cs="Segoe UI Symbol"/>
                    <w:b/>
                    <w:bCs/>
                    <w:color w:val="auto"/>
                    <w:szCs w:val="21"/>
                  </w:rPr>
                  <w:t>☐</w:t>
                </w:r>
              </w:sdtContent>
            </w:sdt>
            <w:r w:rsidR="003A3C9C" w:rsidRPr="009208B7">
              <w:rPr>
                <w:b/>
                <w:bCs/>
                <w:color w:val="auto"/>
                <w:szCs w:val="21"/>
              </w:rPr>
              <w:t xml:space="preserve">  Bradford will know itself better</w:t>
            </w:r>
          </w:p>
        </w:tc>
        <w:tc>
          <w:tcPr>
            <w:tcW w:w="5245" w:type="dxa"/>
            <w:tcMar>
              <w:top w:w="110" w:type="dxa"/>
              <w:left w:w="120" w:type="dxa"/>
              <w:bottom w:w="110" w:type="dxa"/>
              <w:right w:w="120" w:type="dxa"/>
            </w:tcMar>
            <w:vAlign w:val="center"/>
          </w:tcPr>
          <w:p w14:paraId="2CFC7F4E" w14:textId="77777777" w:rsidR="003A3C9C" w:rsidRPr="005B164B" w:rsidRDefault="003A3C9C" w:rsidP="009D1752">
            <w:pPr>
              <w:spacing w:after="0" w:line="240" w:lineRule="auto"/>
              <w:rPr>
                <w:color w:val="auto"/>
                <w:sz w:val="22"/>
              </w:rPr>
            </w:pPr>
          </w:p>
        </w:tc>
      </w:tr>
      <w:tr w:rsidR="003A3C9C" w:rsidRPr="00511BC3" w14:paraId="0FAEEAC1" w14:textId="77777777" w:rsidTr="009D1752">
        <w:trPr>
          <w:cantSplit/>
        </w:trPr>
        <w:tc>
          <w:tcPr>
            <w:tcW w:w="4528" w:type="dxa"/>
            <w:tcMar>
              <w:top w:w="110" w:type="dxa"/>
              <w:left w:w="120" w:type="dxa"/>
              <w:bottom w:w="110" w:type="dxa"/>
              <w:right w:w="120" w:type="dxa"/>
            </w:tcMar>
            <w:vAlign w:val="center"/>
          </w:tcPr>
          <w:p w14:paraId="14C725A9" w14:textId="77777777" w:rsidR="003A3C9C" w:rsidRPr="009208B7" w:rsidRDefault="005C6638" w:rsidP="009D1752">
            <w:pPr>
              <w:spacing w:after="0" w:line="240" w:lineRule="auto"/>
              <w:rPr>
                <w:b/>
                <w:bCs/>
                <w:color w:val="auto"/>
                <w:szCs w:val="21"/>
              </w:rPr>
            </w:pPr>
            <w:sdt>
              <w:sdtPr>
                <w:rPr>
                  <w:b/>
                  <w:bCs/>
                  <w:color w:val="auto"/>
                  <w:szCs w:val="21"/>
                </w:rPr>
                <w:id w:val="-218594114"/>
                <w14:checkbox>
                  <w14:checked w14:val="0"/>
                  <w14:checkedState w14:val="2612" w14:font="MS Gothic"/>
                  <w14:uncheckedState w14:val="2610" w14:font="MS Gothic"/>
                </w14:checkbox>
              </w:sdtPr>
              <w:sdtEndPr/>
              <w:sdtContent>
                <w:r w:rsidR="003A3C9C" w:rsidRPr="009208B7">
                  <w:rPr>
                    <w:rFonts w:ascii="Segoe UI Symbol" w:hAnsi="Segoe UI Symbol" w:cs="Segoe UI Symbol"/>
                    <w:b/>
                    <w:bCs/>
                    <w:color w:val="auto"/>
                    <w:szCs w:val="21"/>
                  </w:rPr>
                  <w:t>☐</w:t>
                </w:r>
              </w:sdtContent>
            </w:sdt>
            <w:r w:rsidR="003A3C9C" w:rsidRPr="009208B7">
              <w:rPr>
                <w:b/>
                <w:bCs/>
                <w:color w:val="auto"/>
                <w:szCs w:val="21"/>
              </w:rPr>
              <w:t xml:space="preserve">  Network capacity</w:t>
            </w:r>
          </w:p>
        </w:tc>
        <w:tc>
          <w:tcPr>
            <w:tcW w:w="5245" w:type="dxa"/>
            <w:tcMar>
              <w:top w:w="110" w:type="dxa"/>
              <w:left w:w="120" w:type="dxa"/>
              <w:bottom w:w="110" w:type="dxa"/>
              <w:right w:w="120" w:type="dxa"/>
            </w:tcMar>
            <w:vAlign w:val="center"/>
          </w:tcPr>
          <w:p w14:paraId="36FC7F5D" w14:textId="77777777" w:rsidR="003A3C9C" w:rsidRPr="005B164B" w:rsidRDefault="003A3C9C" w:rsidP="009D1752">
            <w:pPr>
              <w:spacing w:after="0" w:line="240" w:lineRule="auto"/>
              <w:rPr>
                <w:color w:val="auto"/>
                <w:sz w:val="22"/>
              </w:rPr>
            </w:pPr>
          </w:p>
        </w:tc>
      </w:tr>
      <w:tr w:rsidR="003A3C9C" w:rsidRPr="00511BC3" w14:paraId="02E105A9" w14:textId="77777777" w:rsidTr="009D1752">
        <w:trPr>
          <w:cantSplit/>
        </w:trPr>
        <w:tc>
          <w:tcPr>
            <w:tcW w:w="4528" w:type="dxa"/>
            <w:tcMar>
              <w:top w:w="110" w:type="dxa"/>
              <w:left w:w="120" w:type="dxa"/>
              <w:bottom w:w="110" w:type="dxa"/>
              <w:right w:w="120" w:type="dxa"/>
            </w:tcMar>
            <w:vAlign w:val="center"/>
          </w:tcPr>
          <w:p w14:paraId="4470AB08" w14:textId="77777777" w:rsidR="003A3C9C" w:rsidRPr="009208B7" w:rsidRDefault="005C6638" w:rsidP="009D1752">
            <w:pPr>
              <w:spacing w:after="0" w:line="240" w:lineRule="auto"/>
              <w:rPr>
                <w:b/>
                <w:bCs/>
                <w:color w:val="auto"/>
                <w:szCs w:val="21"/>
              </w:rPr>
            </w:pPr>
            <w:sdt>
              <w:sdtPr>
                <w:rPr>
                  <w:b/>
                  <w:bCs/>
                  <w:color w:val="auto"/>
                  <w:szCs w:val="21"/>
                </w:rPr>
                <w:id w:val="-301771646"/>
                <w14:checkbox>
                  <w14:checked w14:val="0"/>
                  <w14:checkedState w14:val="2612" w14:font="MS Gothic"/>
                  <w14:uncheckedState w14:val="2610" w14:font="MS Gothic"/>
                </w14:checkbox>
              </w:sdtPr>
              <w:sdtEndPr/>
              <w:sdtContent>
                <w:r w:rsidR="003A3C9C" w:rsidRPr="009208B7">
                  <w:rPr>
                    <w:rFonts w:ascii="Segoe UI Symbol" w:hAnsi="Segoe UI Symbol" w:cs="Segoe UI Symbol"/>
                    <w:b/>
                    <w:bCs/>
                    <w:color w:val="auto"/>
                    <w:szCs w:val="21"/>
                  </w:rPr>
                  <w:t>☐</w:t>
                </w:r>
              </w:sdtContent>
            </w:sdt>
            <w:r w:rsidR="003A3C9C" w:rsidRPr="009208B7">
              <w:rPr>
                <w:b/>
                <w:bCs/>
                <w:color w:val="auto"/>
                <w:szCs w:val="21"/>
              </w:rPr>
              <w:t xml:space="preserve">  We will tell our own story</w:t>
            </w:r>
          </w:p>
        </w:tc>
        <w:tc>
          <w:tcPr>
            <w:tcW w:w="5245" w:type="dxa"/>
            <w:tcMar>
              <w:top w:w="110" w:type="dxa"/>
              <w:left w:w="120" w:type="dxa"/>
              <w:bottom w:w="110" w:type="dxa"/>
              <w:right w:w="120" w:type="dxa"/>
            </w:tcMar>
            <w:vAlign w:val="center"/>
          </w:tcPr>
          <w:p w14:paraId="315E1F3C" w14:textId="77777777" w:rsidR="003A3C9C" w:rsidRPr="005B164B" w:rsidRDefault="003A3C9C" w:rsidP="009D1752">
            <w:pPr>
              <w:spacing w:after="0" w:line="240" w:lineRule="auto"/>
              <w:rPr>
                <w:color w:val="auto"/>
                <w:sz w:val="22"/>
              </w:rPr>
            </w:pPr>
          </w:p>
        </w:tc>
      </w:tr>
      <w:tr w:rsidR="003A3C9C" w:rsidRPr="00511BC3" w14:paraId="3E437703" w14:textId="77777777" w:rsidTr="009D1752">
        <w:trPr>
          <w:cantSplit/>
        </w:trPr>
        <w:tc>
          <w:tcPr>
            <w:tcW w:w="4528" w:type="dxa"/>
            <w:tcMar>
              <w:top w:w="110" w:type="dxa"/>
              <w:left w:w="120" w:type="dxa"/>
              <w:bottom w:w="110" w:type="dxa"/>
              <w:right w:w="120" w:type="dxa"/>
            </w:tcMar>
            <w:vAlign w:val="center"/>
          </w:tcPr>
          <w:p w14:paraId="0DA2D51A" w14:textId="77777777" w:rsidR="003A3C9C" w:rsidRPr="009208B7" w:rsidRDefault="005C6638" w:rsidP="009D1752">
            <w:pPr>
              <w:spacing w:after="0" w:line="240" w:lineRule="auto"/>
              <w:rPr>
                <w:rFonts w:ascii="Segoe UI Symbol" w:hAnsi="Segoe UI Symbol" w:cs="Segoe UI Symbol"/>
                <w:b/>
                <w:bCs/>
                <w:color w:val="auto"/>
                <w:szCs w:val="21"/>
              </w:rPr>
            </w:pPr>
            <w:sdt>
              <w:sdtPr>
                <w:rPr>
                  <w:b/>
                  <w:bCs/>
                  <w:color w:val="auto"/>
                  <w:szCs w:val="21"/>
                </w:rPr>
                <w:id w:val="-1914775008"/>
                <w14:checkbox>
                  <w14:checked w14:val="0"/>
                  <w14:checkedState w14:val="2612" w14:font="MS Gothic"/>
                  <w14:uncheckedState w14:val="2610" w14:font="MS Gothic"/>
                </w14:checkbox>
              </w:sdtPr>
              <w:sdtEndPr/>
              <w:sdtContent>
                <w:r w:rsidR="003A3C9C" w:rsidRPr="009208B7">
                  <w:rPr>
                    <w:rFonts w:ascii="Segoe UI Symbol" w:hAnsi="Segoe UI Symbol" w:cs="Segoe UI Symbol"/>
                    <w:b/>
                    <w:bCs/>
                    <w:color w:val="auto"/>
                    <w:szCs w:val="21"/>
                  </w:rPr>
                  <w:t>☐</w:t>
                </w:r>
              </w:sdtContent>
            </w:sdt>
            <w:r w:rsidR="003A3C9C" w:rsidRPr="009208B7">
              <w:rPr>
                <w:b/>
                <w:bCs/>
                <w:color w:val="auto"/>
                <w:szCs w:val="21"/>
              </w:rPr>
              <w:t xml:space="preserve">  Creativity will be Everywhere</w:t>
            </w:r>
          </w:p>
        </w:tc>
        <w:tc>
          <w:tcPr>
            <w:tcW w:w="5245" w:type="dxa"/>
            <w:tcMar>
              <w:top w:w="110" w:type="dxa"/>
              <w:left w:w="120" w:type="dxa"/>
              <w:bottom w:w="110" w:type="dxa"/>
              <w:right w:w="120" w:type="dxa"/>
            </w:tcMar>
            <w:vAlign w:val="center"/>
          </w:tcPr>
          <w:p w14:paraId="3AD5FC79" w14:textId="77777777" w:rsidR="003A3C9C" w:rsidRPr="005B164B" w:rsidRDefault="003A3C9C" w:rsidP="009D1752">
            <w:pPr>
              <w:spacing w:after="0" w:line="240" w:lineRule="auto"/>
              <w:rPr>
                <w:color w:val="auto"/>
                <w:sz w:val="22"/>
              </w:rPr>
            </w:pPr>
          </w:p>
        </w:tc>
      </w:tr>
      <w:tr w:rsidR="003A3C9C" w:rsidRPr="00511BC3" w14:paraId="69F4152A" w14:textId="77777777" w:rsidTr="009D1752">
        <w:trPr>
          <w:cantSplit/>
        </w:trPr>
        <w:tc>
          <w:tcPr>
            <w:tcW w:w="4528" w:type="dxa"/>
            <w:tcMar>
              <w:top w:w="110" w:type="dxa"/>
              <w:left w:w="120" w:type="dxa"/>
              <w:bottom w:w="110" w:type="dxa"/>
              <w:right w:w="120" w:type="dxa"/>
            </w:tcMar>
            <w:vAlign w:val="center"/>
          </w:tcPr>
          <w:p w14:paraId="3D398BC0" w14:textId="77777777" w:rsidR="003A3C9C" w:rsidRPr="009208B7" w:rsidRDefault="005C6638" w:rsidP="009D1752">
            <w:pPr>
              <w:spacing w:after="0" w:line="240" w:lineRule="auto"/>
              <w:rPr>
                <w:rFonts w:ascii="Segoe UI Symbol" w:hAnsi="Segoe UI Symbol" w:cs="Segoe UI Symbol"/>
                <w:b/>
                <w:bCs/>
                <w:color w:val="auto"/>
                <w:szCs w:val="21"/>
              </w:rPr>
            </w:pPr>
            <w:sdt>
              <w:sdtPr>
                <w:rPr>
                  <w:b/>
                  <w:bCs/>
                  <w:color w:val="auto"/>
                  <w:szCs w:val="21"/>
                </w:rPr>
                <w:id w:val="-2114735442"/>
                <w14:checkbox>
                  <w14:checked w14:val="0"/>
                  <w14:checkedState w14:val="2612" w14:font="MS Gothic"/>
                  <w14:uncheckedState w14:val="2610" w14:font="MS Gothic"/>
                </w14:checkbox>
              </w:sdtPr>
              <w:sdtEndPr/>
              <w:sdtContent>
                <w:r w:rsidR="003A3C9C" w:rsidRPr="009208B7">
                  <w:rPr>
                    <w:rFonts w:ascii="Segoe UI Symbol" w:hAnsi="Segoe UI Symbol" w:cs="Segoe UI Symbol"/>
                    <w:b/>
                    <w:bCs/>
                    <w:color w:val="auto"/>
                    <w:szCs w:val="21"/>
                  </w:rPr>
                  <w:t>☐</w:t>
                </w:r>
              </w:sdtContent>
            </w:sdt>
            <w:r w:rsidR="003A3C9C" w:rsidRPr="009208B7">
              <w:rPr>
                <w:b/>
                <w:bCs/>
                <w:color w:val="auto"/>
                <w:szCs w:val="21"/>
              </w:rPr>
              <w:t xml:space="preserve">  Making the most of what we have</w:t>
            </w:r>
          </w:p>
        </w:tc>
        <w:tc>
          <w:tcPr>
            <w:tcW w:w="5245" w:type="dxa"/>
            <w:tcMar>
              <w:top w:w="110" w:type="dxa"/>
              <w:left w:w="120" w:type="dxa"/>
              <w:bottom w:w="110" w:type="dxa"/>
              <w:right w:w="120" w:type="dxa"/>
            </w:tcMar>
            <w:vAlign w:val="center"/>
          </w:tcPr>
          <w:p w14:paraId="63B32089" w14:textId="77777777" w:rsidR="003A3C9C" w:rsidRPr="005B164B" w:rsidRDefault="003A3C9C" w:rsidP="009D1752">
            <w:pPr>
              <w:spacing w:after="0" w:line="240" w:lineRule="auto"/>
              <w:rPr>
                <w:color w:val="auto"/>
                <w:sz w:val="22"/>
              </w:rPr>
            </w:pPr>
          </w:p>
        </w:tc>
      </w:tr>
      <w:tr w:rsidR="003A3C9C" w:rsidRPr="00511BC3" w14:paraId="0994E893" w14:textId="77777777" w:rsidTr="009D1752">
        <w:trPr>
          <w:cantSplit/>
        </w:trPr>
        <w:tc>
          <w:tcPr>
            <w:tcW w:w="4528" w:type="dxa"/>
            <w:tcMar>
              <w:top w:w="110" w:type="dxa"/>
              <w:left w:w="120" w:type="dxa"/>
              <w:bottom w:w="110" w:type="dxa"/>
              <w:right w:w="120" w:type="dxa"/>
            </w:tcMar>
            <w:vAlign w:val="center"/>
          </w:tcPr>
          <w:p w14:paraId="53DCCD97" w14:textId="77777777" w:rsidR="003A3C9C" w:rsidRPr="009208B7" w:rsidRDefault="005C6638" w:rsidP="009D1752">
            <w:pPr>
              <w:spacing w:after="0" w:line="240" w:lineRule="auto"/>
              <w:rPr>
                <w:rFonts w:ascii="Segoe UI Symbol" w:hAnsi="Segoe UI Symbol" w:cs="Segoe UI Symbol"/>
                <w:b/>
                <w:bCs/>
                <w:color w:val="auto"/>
                <w:szCs w:val="21"/>
              </w:rPr>
            </w:pPr>
            <w:sdt>
              <w:sdtPr>
                <w:rPr>
                  <w:b/>
                  <w:bCs/>
                  <w:color w:val="auto"/>
                  <w:szCs w:val="21"/>
                </w:rPr>
                <w:id w:val="-757749429"/>
                <w14:checkbox>
                  <w14:checked w14:val="0"/>
                  <w14:checkedState w14:val="2612" w14:font="MS Gothic"/>
                  <w14:uncheckedState w14:val="2610" w14:font="MS Gothic"/>
                </w14:checkbox>
              </w:sdtPr>
              <w:sdtEndPr/>
              <w:sdtContent>
                <w:r w:rsidR="003A3C9C" w:rsidRPr="009208B7">
                  <w:rPr>
                    <w:rFonts w:ascii="Segoe UI Symbol" w:hAnsi="Segoe UI Symbol" w:cs="Segoe UI Symbol"/>
                    <w:b/>
                    <w:bCs/>
                    <w:color w:val="auto"/>
                    <w:szCs w:val="21"/>
                  </w:rPr>
                  <w:t>☐</w:t>
                </w:r>
              </w:sdtContent>
            </w:sdt>
            <w:r w:rsidR="003A3C9C" w:rsidRPr="009208B7">
              <w:rPr>
                <w:b/>
                <w:bCs/>
                <w:color w:val="auto"/>
                <w:szCs w:val="21"/>
              </w:rPr>
              <w:t xml:space="preserve">  Live Life Better</w:t>
            </w:r>
          </w:p>
        </w:tc>
        <w:tc>
          <w:tcPr>
            <w:tcW w:w="5245" w:type="dxa"/>
            <w:tcMar>
              <w:top w:w="110" w:type="dxa"/>
              <w:left w:w="120" w:type="dxa"/>
              <w:bottom w:w="110" w:type="dxa"/>
              <w:right w:w="120" w:type="dxa"/>
            </w:tcMar>
            <w:vAlign w:val="center"/>
          </w:tcPr>
          <w:p w14:paraId="58C7F1D2" w14:textId="77777777" w:rsidR="003A3C9C" w:rsidRPr="005B164B" w:rsidRDefault="003A3C9C" w:rsidP="009D1752">
            <w:pPr>
              <w:spacing w:after="0" w:line="240" w:lineRule="auto"/>
              <w:rPr>
                <w:color w:val="auto"/>
                <w:sz w:val="22"/>
              </w:rPr>
            </w:pPr>
          </w:p>
        </w:tc>
      </w:tr>
      <w:tr w:rsidR="003A3C9C" w:rsidRPr="00511BC3" w14:paraId="6829D8CB" w14:textId="77777777" w:rsidTr="009D1752">
        <w:trPr>
          <w:cantSplit/>
        </w:trPr>
        <w:tc>
          <w:tcPr>
            <w:tcW w:w="4528" w:type="dxa"/>
            <w:tcMar>
              <w:top w:w="110" w:type="dxa"/>
              <w:left w:w="120" w:type="dxa"/>
              <w:bottom w:w="110" w:type="dxa"/>
              <w:right w:w="120" w:type="dxa"/>
            </w:tcMar>
            <w:vAlign w:val="center"/>
          </w:tcPr>
          <w:p w14:paraId="30AAF65E" w14:textId="77777777" w:rsidR="003A3C9C" w:rsidRPr="009208B7" w:rsidRDefault="005C6638" w:rsidP="009D1752">
            <w:pPr>
              <w:spacing w:after="0" w:line="240" w:lineRule="auto"/>
              <w:rPr>
                <w:rFonts w:ascii="Segoe UI Symbol" w:hAnsi="Segoe UI Symbol" w:cs="Segoe UI Symbol"/>
                <w:b/>
                <w:bCs/>
                <w:color w:val="auto"/>
                <w:szCs w:val="21"/>
              </w:rPr>
            </w:pPr>
            <w:sdt>
              <w:sdtPr>
                <w:rPr>
                  <w:b/>
                  <w:bCs/>
                  <w:color w:val="auto"/>
                  <w:szCs w:val="21"/>
                </w:rPr>
                <w:id w:val="1718850472"/>
                <w14:checkbox>
                  <w14:checked w14:val="0"/>
                  <w14:checkedState w14:val="2612" w14:font="MS Gothic"/>
                  <w14:uncheckedState w14:val="2610" w14:font="MS Gothic"/>
                </w14:checkbox>
              </w:sdtPr>
              <w:sdtEndPr/>
              <w:sdtContent>
                <w:r w:rsidR="003A3C9C" w:rsidRPr="009208B7">
                  <w:rPr>
                    <w:rFonts w:ascii="Segoe UI Symbol" w:hAnsi="Segoe UI Symbol" w:cs="Segoe UI Symbol"/>
                    <w:b/>
                    <w:bCs/>
                    <w:color w:val="auto"/>
                    <w:szCs w:val="21"/>
                  </w:rPr>
                  <w:t>☐</w:t>
                </w:r>
              </w:sdtContent>
            </w:sdt>
            <w:r w:rsidR="003A3C9C" w:rsidRPr="009208B7">
              <w:rPr>
                <w:b/>
                <w:bCs/>
                <w:color w:val="auto"/>
                <w:szCs w:val="21"/>
              </w:rPr>
              <w:t xml:space="preserve">  Creating an explosion of opportunity</w:t>
            </w:r>
          </w:p>
        </w:tc>
        <w:tc>
          <w:tcPr>
            <w:tcW w:w="5245" w:type="dxa"/>
            <w:tcMar>
              <w:top w:w="110" w:type="dxa"/>
              <w:left w:w="120" w:type="dxa"/>
              <w:bottom w:w="110" w:type="dxa"/>
              <w:right w:w="120" w:type="dxa"/>
            </w:tcMar>
            <w:vAlign w:val="center"/>
          </w:tcPr>
          <w:p w14:paraId="29BA3902" w14:textId="77777777" w:rsidR="003A3C9C" w:rsidRPr="005B164B" w:rsidRDefault="003A3C9C" w:rsidP="009D1752">
            <w:pPr>
              <w:spacing w:after="0" w:line="240" w:lineRule="auto"/>
              <w:rPr>
                <w:color w:val="auto"/>
                <w:sz w:val="22"/>
              </w:rPr>
            </w:pPr>
          </w:p>
        </w:tc>
      </w:tr>
      <w:tr w:rsidR="003A3C9C" w:rsidRPr="00511BC3" w14:paraId="5D0335EE" w14:textId="77777777" w:rsidTr="009D1752">
        <w:trPr>
          <w:cantSplit/>
        </w:trPr>
        <w:tc>
          <w:tcPr>
            <w:tcW w:w="4528" w:type="dxa"/>
            <w:tcMar>
              <w:top w:w="110" w:type="dxa"/>
              <w:left w:w="120" w:type="dxa"/>
              <w:bottom w:w="110" w:type="dxa"/>
              <w:right w:w="120" w:type="dxa"/>
            </w:tcMar>
            <w:vAlign w:val="center"/>
          </w:tcPr>
          <w:p w14:paraId="286EC022" w14:textId="77777777" w:rsidR="003A3C9C" w:rsidRPr="009208B7" w:rsidRDefault="005C6638" w:rsidP="009D1752">
            <w:pPr>
              <w:spacing w:after="0" w:line="240" w:lineRule="auto"/>
              <w:rPr>
                <w:rFonts w:ascii="Segoe UI Symbol" w:hAnsi="Segoe UI Symbol" w:cs="Segoe UI Symbol"/>
                <w:b/>
                <w:bCs/>
                <w:color w:val="auto"/>
                <w:szCs w:val="21"/>
              </w:rPr>
            </w:pPr>
            <w:sdt>
              <w:sdtPr>
                <w:rPr>
                  <w:b/>
                  <w:bCs/>
                  <w:color w:val="auto"/>
                  <w:szCs w:val="21"/>
                </w:rPr>
                <w:id w:val="715396719"/>
                <w14:checkbox>
                  <w14:checked w14:val="0"/>
                  <w14:checkedState w14:val="2612" w14:font="MS Gothic"/>
                  <w14:uncheckedState w14:val="2610" w14:font="MS Gothic"/>
                </w14:checkbox>
              </w:sdtPr>
              <w:sdtEndPr/>
              <w:sdtContent>
                <w:r w:rsidR="003A3C9C" w:rsidRPr="009208B7">
                  <w:rPr>
                    <w:rFonts w:ascii="Segoe UI Symbol" w:hAnsi="Segoe UI Symbol" w:cs="Segoe UI Symbol"/>
                    <w:b/>
                    <w:bCs/>
                    <w:color w:val="auto"/>
                    <w:szCs w:val="21"/>
                  </w:rPr>
                  <w:t>☐</w:t>
                </w:r>
              </w:sdtContent>
            </w:sdt>
            <w:r w:rsidR="003A3C9C" w:rsidRPr="009208B7">
              <w:rPr>
                <w:b/>
                <w:bCs/>
                <w:color w:val="auto"/>
                <w:szCs w:val="21"/>
              </w:rPr>
              <w:t xml:space="preserve">  Making the most of who we are</w:t>
            </w:r>
          </w:p>
        </w:tc>
        <w:tc>
          <w:tcPr>
            <w:tcW w:w="5245" w:type="dxa"/>
            <w:tcMar>
              <w:top w:w="110" w:type="dxa"/>
              <w:left w:w="120" w:type="dxa"/>
              <w:bottom w:w="110" w:type="dxa"/>
              <w:right w:w="120" w:type="dxa"/>
            </w:tcMar>
            <w:vAlign w:val="center"/>
          </w:tcPr>
          <w:p w14:paraId="3BCDB0C4" w14:textId="77777777" w:rsidR="003A3C9C" w:rsidRPr="005B164B" w:rsidRDefault="003A3C9C" w:rsidP="009D1752">
            <w:pPr>
              <w:spacing w:after="0" w:line="240" w:lineRule="auto"/>
              <w:rPr>
                <w:color w:val="auto"/>
                <w:sz w:val="22"/>
              </w:rPr>
            </w:pPr>
          </w:p>
        </w:tc>
      </w:tr>
      <w:tr w:rsidR="003A3C9C" w:rsidRPr="00511BC3" w14:paraId="2EA483B1" w14:textId="77777777" w:rsidTr="009D1752">
        <w:trPr>
          <w:cantSplit/>
        </w:trPr>
        <w:tc>
          <w:tcPr>
            <w:tcW w:w="4528" w:type="dxa"/>
            <w:tcMar>
              <w:top w:w="110" w:type="dxa"/>
              <w:left w:w="120" w:type="dxa"/>
              <w:bottom w:w="110" w:type="dxa"/>
              <w:right w:w="120" w:type="dxa"/>
            </w:tcMar>
            <w:vAlign w:val="center"/>
          </w:tcPr>
          <w:p w14:paraId="5F38C66C" w14:textId="77777777" w:rsidR="003A3C9C" w:rsidRPr="009208B7" w:rsidRDefault="005C6638" w:rsidP="009D1752">
            <w:pPr>
              <w:spacing w:after="0" w:line="240" w:lineRule="auto"/>
              <w:rPr>
                <w:rFonts w:ascii="Segoe UI Symbol" w:hAnsi="Segoe UI Symbol" w:cs="Segoe UI Symbol"/>
                <w:b/>
                <w:bCs/>
                <w:color w:val="auto"/>
                <w:szCs w:val="21"/>
              </w:rPr>
            </w:pPr>
            <w:sdt>
              <w:sdtPr>
                <w:rPr>
                  <w:b/>
                  <w:bCs/>
                  <w:color w:val="auto"/>
                  <w:szCs w:val="21"/>
                </w:rPr>
                <w:id w:val="-109354963"/>
                <w14:checkbox>
                  <w14:checked w14:val="0"/>
                  <w14:checkedState w14:val="2612" w14:font="MS Gothic"/>
                  <w14:uncheckedState w14:val="2610" w14:font="MS Gothic"/>
                </w14:checkbox>
              </w:sdtPr>
              <w:sdtEndPr/>
              <w:sdtContent>
                <w:r w:rsidR="003A3C9C" w:rsidRPr="009208B7">
                  <w:rPr>
                    <w:rFonts w:ascii="Segoe UI Symbol" w:hAnsi="Segoe UI Symbol" w:cs="Segoe UI Symbol"/>
                    <w:b/>
                    <w:bCs/>
                    <w:color w:val="auto"/>
                    <w:szCs w:val="21"/>
                  </w:rPr>
                  <w:t>☐</w:t>
                </w:r>
              </w:sdtContent>
            </w:sdt>
            <w:r w:rsidR="003A3C9C" w:rsidRPr="009208B7">
              <w:rPr>
                <w:b/>
                <w:bCs/>
                <w:color w:val="auto"/>
                <w:szCs w:val="21"/>
              </w:rPr>
              <w:t xml:space="preserve">  Thinking Big</w:t>
            </w:r>
          </w:p>
        </w:tc>
        <w:tc>
          <w:tcPr>
            <w:tcW w:w="5245" w:type="dxa"/>
            <w:tcMar>
              <w:top w:w="110" w:type="dxa"/>
              <w:left w:w="120" w:type="dxa"/>
              <w:bottom w:w="110" w:type="dxa"/>
              <w:right w:w="120" w:type="dxa"/>
            </w:tcMar>
            <w:vAlign w:val="center"/>
          </w:tcPr>
          <w:p w14:paraId="20210AB5" w14:textId="77777777" w:rsidR="003A3C9C" w:rsidRPr="005B164B" w:rsidRDefault="003A3C9C" w:rsidP="009D1752">
            <w:pPr>
              <w:spacing w:after="0" w:line="240" w:lineRule="auto"/>
              <w:rPr>
                <w:color w:val="auto"/>
                <w:sz w:val="22"/>
              </w:rPr>
            </w:pPr>
          </w:p>
        </w:tc>
      </w:tr>
    </w:tbl>
    <w:p w14:paraId="785CF124" w14:textId="77777777" w:rsidR="003A3C9C" w:rsidRDefault="003A3C9C" w:rsidP="003A3C9C">
      <w:pPr>
        <w:keepNext/>
        <w:spacing w:after="0" w:line="240" w:lineRule="auto"/>
        <w:rPr>
          <w:b/>
          <w:color w:val="auto"/>
          <w:sz w:val="22"/>
        </w:rPr>
      </w:pPr>
    </w:p>
    <w:p w14:paraId="209BFC19" w14:textId="77777777" w:rsidR="003A3C9C" w:rsidRPr="004A1D8E" w:rsidRDefault="003A3C9C" w:rsidP="003A3C9C">
      <w:pPr>
        <w:keepNext/>
        <w:spacing w:after="0" w:line="240" w:lineRule="auto"/>
        <w:rPr>
          <w:b/>
          <w:color w:val="BE4067"/>
          <w:sz w:val="22"/>
        </w:rPr>
      </w:pPr>
      <w:r w:rsidRPr="004A1D8E">
        <w:rPr>
          <w:b/>
          <w:color w:val="BE4067"/>
          <w:sz w:val="22"/>
        </w:rPr>
        <w:t>CONTRIBUTION TO THE TARGETS</w:t>
      </w:r>
    </w:p>
    <w:p w14:paraId="1B2314E4" w14:textId="66FC634E" w:rsidR="003A3C9C" w:rsidRPr="00067A99" w:rsidRDefault="003A3C9C" w:rsidP="003A3C9C">
      <w:pPr>
        <w:keepNext/>
        <w:spacing w:after="0" w:line="240" w:lineRule="auto"/>
        <w:rPr>
          <w:bCs/>
          <w:color w:val="auto"/>
          <w:sz w:val="22"/>
        </w:rPr>
      </w:pPr>
      <w:r>
        <w:rPr>
          <w:bCs/>
          <w:color w:val="auto"/>
          <w:sz w:val="22"/>
        </w:rPr>
        <w:t xml:space="preserve">Review the ten targets below and select </w:t>
      </w:r>
      <w:r w:rsidRPr="00290C98">
        <w:rPr>
          <w:bCs/>
          <w:color w:val="auto"/>
          <w:sz w:val="22"/>
          <w:u w:val="single"/>
        </w:rPr>
        <w:t>up to two</w:t>
      </w:r>
      <w:r>
        <w:rPr>
          <w:bCs/>
          <w:color w:val="auto"/>
          <w:sz w:val="22"/>
        </w:rPr>
        <w:t xml:space="preserve"> to which the project will make a direct and measurable contribution.</w:t>
      </w:r>
    </w:p>
    <w:p w14:paraId="2BE51F15" w14:textId="77777777" w:rsidR="003A3C9C" w:rsidRPr="00067A99" w:rsidRDefault="003A3C9C" w:rsidP="003A3C9C">
      <w:pPr>
        <w:keepNext/>
        <w:spacing w:after="0" w:line="240" w:lineRule="auto"/>
        <w:rPr>
          <w:bCs/>
          <w:color w:val="auto"/>
          <w:sz w:val="22"/>
        </w:rPr>
      </w:pPr>
    </w:p>
    <w:p w14:paraId="0FE64192" w14:textId="77777777" w:rsidR="003A3C9C" w:rsidRPr="00067A99" w:rsidRDefault="003A3C9C" w:rsidP="003A3C9C">
      <w:pPr>
        <w:keepNext/>
        <w:spacing w:after="0" w:line="240" w:lineRule="auto"/>
        <w:rPr>
          <w:bCs/>
          <w:color w:val="auto"/>
          <w:sz w:val="22"/>
        </w:rPr>
      </w:pPr>
      <w:r w:rsidRPr="00067A99">
        <w:rPr>
          <w:bCs/>
          <w:color w:val="auto"/>
          <w:sz w:val="22"/>
        </w:rPr>
        <w:t>For each target selected, explain:</w:t>
      </w:r>
    </w:p>
    <w:p w14:paraId="0F6E48D2" w14:textId="77777777" w:rsidR="003A3C9C" w:rsidRPr="00067A99" w:rsidRDefault="003A3C9C" w:rsidP="003A3C9C">
      <w:pPr>
        <w:keepNext/>
        <w:spacing w:after="0" w:line="240" w:lineRule="auto"/>
        <w:rPr>
          <w:bCs/>
          <w:color w:val="auto"/>
          <w:sz w:val="22"/>
        </w:rPr>
      </w:pPr>
    </w:p>
    <w:p w14:paraId="14EC5E68" w14:textId="77777777" w:rsidR="003A3C9C" w:rsidRPr="00067A99" w:rsidRDefault="003A3C9C" w:rsidP="003A3C9C">
      <w:pPr>
        <w:pStyle w:val="ListParagraph"/>
        <w:keepNext/>
        <w:numPr>
          <w:ilvl w:val="0"/>
          <w:numId w:val="26"/>
        </w:numPr>
        <w:spacing w:after="0" w:line="240" w:lineRule="auto"/>
        <w:rPr>
          <w:bCs/>
          <w:color w:val="auto"/>
          <w:sz w:val="22"/>
        </w:rPr>
      </w:pPr>
      <w:r>
        <w:rPr>
          <w:bCs/>
          <w:color w:val="auto"/>
          <w:sz w:val="22"/>
        </w:rPr>
        <w:t>The contribution the project is expected to make during the delivery period</w:t>
      </w:r>
    </w:p>
    <w:p w14:paraId="4AEE8583" w14:textId="77777777" w:rsidR="003A3C9C" w:rsidRPr="00067A99" w:rsidRDefault="003A3C9C" w:rsidP="003A3C9C">
      <w:pPr>
        <w:pStyle w:val="ListParagraph"/>
        <w:keepNext/>
        <w:numPr>
          <w:ilvl w:val="0"/>
          <w:numId w:val="26"/>
        </w:numPr>
        <w:spacing w:after="0" w:line="240" w:lineRule="auto"/>
        <w:rPr>
          <w:bCs/>
          <w:color w:val="auto"/>
          <w:sz w:val="22"/>
        </w:rPr>
      </w:pPr>
      <w:r w:rsidRPr="00067A99">
        <w:rPr>
          <w:bCs/>
          <w:color w:val="auto"/>
          <w:sz w:val="22"/>
        </w:rPr>
        <w:t>The relevant activity, output or outcome</w:t>
      </w:r>
    </w:p>
    <w:p w14:paraId="3B84C23D" w14:textId="77777777" w:rsidR="003A3C9C" w:rsidRPr="00067A99" w:rsidRDefault="003A3C9C" w:rsidP="003A3C9C">
      <w:pPr>
        <w:pStyle w:val="ListParagraph"/>
        <w:keepNext/>
        <w:numPr>
          <w:ilvl w:val="0"/>
          <w:numId w:val="26"/>
        </w:numPr>
        <w:spacing w:after="0" w:line="240" w:lineRule="auto"/>
        <w:rPr>
          <w:bCs/>
          <w:color w:val="auto"/>
          <w:sz w:val="22"/>
        </w:rPr>
      </w:pPr>
      <w:r w:rsidRPr="00067A99">
        <w:rPr>
          <w:bCs/>
          <w:color w:val="auto"/>
          <w:sz w:val="22"/>
        </w:rPr>
        <w:t>How you will measure and evidence your contribution</w:t>
      </w:r>
    </w:p>
    <w:p w14:paraId="6F1C7B38" w14:textId="77777777" w:rsidR="003A3C9C" w:rsidRPr="00067A99" w:rsidRDefault="003A3C9C" w:rsidP="003A3C9C">
      <w:pPr>
        <w:pStyle w:val="ListParagraph"/>
        <w:keepNext/>
        <w:numPr>
          <w:ilvl w:val="0"/>
          <w:numId w:val="26"/>
        </w:numPr>
        <w:spacing w:after="0" w:line="240" w:lineRule="auto"/>
        <w:rPr>
          <w:bCs/>
          <w:color w:val="auto"/>
          <w:sz w:val="22"/>
        </w:rPr>
      </w:pPr>
      <w:r w:rsidRPr="00067A99">
        <w:rPr>
          <w:bCs/>
          <w:color w:val="auto"/>
          <w:sz w:val="22"/>
        </w:rPr>
        <w:t>How Bradford Council’s investment will support delivery</w:t>
      </w:r>
    </w:p>
    <w:p w14:paraId="32B0041D" w14:textId="77777777" w:rsidR="003A3C9C" w:rsidRPr="00067A99" w:rsidRDefault="003A3C9C" w:rsidP="003A3C9C">
      <w:pPr>
        <w:keepNext/>
        <w:spacing w:after="0" w:line="240" w:lineRule="auto"/>
        <w:rPr>
          <w:bCs/>
          <w:color w:val="auto"/>
          <w:sz w:val="22"/>
        </w:rPr>
      </w:pPr>
    </w:p>
    <w:p w14:paraId="259A8E40" w14:textId="77777777" w:rsidR="003A3C9C" w:rsidRDefault="003A3C9C" w:rsidP="003A3C9C">
      <w:pPr>
        <w:keepNext/>
        <w:spacing w:after="0" w:line="240" w:lineRule="auto"/>
        <w:rPr>
          <w:bCs/>
          <w:color w:val="auto"/>
          <w:sz w:val="22"/>
        </w:rPr>
      </w:pPr>
      <w:r>
        <w:rPr>
          <w:bCs/>
          <w:color w:val="auto"/>
          <w:sz w:val="22"/>
        </w:rPr>
        <w:t>The project does not need to deliver the target on its own. Explain its realistic contribution to the district-wide target and do not select targets that are not meaningfully connected to the project.</w:t>
      </w:r>
    </w:p>
    <w:p w14:paraId="354FEC31" w14:textId="77777777" w:rsidR="003A3C9C" w:rsidRDefault="003A3C9C" w:rsidP="003A3C9C">
      <w:pPr>
        <w:keepNext/>
        <w:spacing w:after="0" w:line="240" w:lineRule="auto"/>
        <w:rPr>
          <w:bCs/>
          <w:color w:val="auto"/>
          <w:sz w:val="22"/>
        </w:rPr>
      </w:pPr>
    </w:p>
    <w:p w14:paraId="5624DD74" w14:textId="77777777" w:rsidR="003A3C9C" w:rsidRPr="007410E8" w:rsidRDefault="003A3C9C" w:rsidP="003A3C9C">
      <w:pPr>
        <w:keepNext/>
        <w:spacing w:after="0" w:line="240" w:lineRule="auto"/>
        <w:rPr>
          <w:bCs/>
          <w:color w:val="595959" w:themeColor="text1" w:themeTint="A6"/>
          <w:sz w:val="22"/>
        </w:rPr>
      </w:pPr>
      <w:r w:rsidRPr="007410E8">
        <w:rPr>
          <w:bCs/>
          <w:color w:val="595959" w:themeColor="text1" w:themeTint="A6"/>
          <w:sz w:val="22"/>
        </w:rPr>
        <w:t>Use no more than 150 words to describe your contribution to each target selected. The word limit applies separately to each selected item.</w:t>
      </w:r>
    </w:p>
    <w:p w14:paraId="5F509A2F" w14:textId="77777777" w:rsidR="003A3C9C" w:rsidRPr="00511BC3" w:rsidRDefault="003A3C9C" w:rsidP="003A3C9C">
      <w:pPr>
        <w:keepNext/>
        <w:spacing w:after="0" w:line="240" w:lineRule="auto"/>
        <w:rPr>
          <w:b/>
          <w:color w:val="auto"/>
          <w:sz w:val="22"/>
        </w:rPr>
      </w:pPr>
    </w:p>
    <w:tbl>
      <w:tblPr>
        <w:tblW w:w="9915" w:type="dxa"/>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4103"/>
        <w:gridCol w:w="5812"/>
      </w:tblGrid>
      <w:tr w:rsidR="003A3C9C" w:rsidRPr="007E4ED9" w14:paraId="1EE195E3" w14:textId="77777777" w:rsidTr="009D1752">
        <w:trPr>
          <w:cantSplit/>
          <w:trHeight w:val="192"/>
          <w:tblHeader/>
        </w:trPr>
        <w:tc>
          <w:tcPr>
            <w:tcW w:w="4103" w:type="dxa"/>
            <w:tcBorders>
              <w:bottom w:val="single" w:sz="6" w:space="0" w:color="D9D9D9"/>
            </w:tcBorders>
            <w:shd w:val="clear" w:color="auto" w:fill="000000" w:themeFill="text1"/>
            <w:tcMar>
              <w:top w:w="110" w:type="dxa"/>
              <w:left w:w="120" w:type="dxa"/>
              <w:bottom w:w="110" w:type="dxa"/>
              <w:right w:w="120" w:type="dxa"/>
            </w:tcMar>
            <w:vAlign w:val="center"/>
          </w:tcPr>
          <w:p w14:paraId="3237DE42" w14:textId="77777777" w:rsidR="003A3C9C" w:rsidRPr="007E4ED9" w:rsidRDefault="003A3C9C" w:rsidP="009D1752">
            <w:pPr>
              <w:spacing w:after="0" w:line="240" w:lineRule="auto"/>
              <w:rPr>
                <w:b/>
                <w:bCs/>
                <w:color w:val="auto"/>
                <w:sz w:val="22"/>
              </w:rPr>
            </w:pPr>
            <w:r w:rsidRPr="007E4ED9">
              <w:rPr>
                <w:b/>
                <w:bCs/>
                <w:color w:val="auto"/>
                <w:sz w:val="22"/>
              </w:rPr>
              <w:t>Targets</w:t>
            </w:r>
          </w:p>
        </w:tc>
        <w:tc>
          <w:tcPr>
            <w:tcW w:w="5812" w:type="dxa"/>
            <w:tcBorders>
              <w:bottom w:val="single" w:sz="6" w:space="0" w:color="D9D9D9"/>
            </w:tcBorders>
            <w:shd w:val="clear" w:color="auto" w:fill="000000" w:themeFill="text1"/>
            <w:tcMar>
              <w:top w:w="110" w:type="dxa"/>
              <w:left w:w="120" w:type="dxa"/>
              <w:bottom w:w="110" w:type="dxa"/>
              <w:right w:w="120" w:type="dxa"/>
            </w:tcMar>
            <w:vAlign w:val="center"/>
          </w:tcPr>
          <w:p w14:paraId="24565402" w14:textId="77777777" w:rsidR="003A3C9C" w:rsidRPr="00BC3C12" w:rsidRDefault="003A3C9C" w:rsidP="009D1752">
            <w:pPr>
              <w:spacing w:after="0" w:line="240" w:lineRule="auto"/>
              <w:rPr>
                <w:b/>
                <w:bCs/>
                <w:color w:val="auto"/>
                <w:sz w:val="22"/>
              </w:rPr>
            </w:pPr>
            <w:r w:rsidRPr="00BC3C12">
              <w:rPr>
                <w:b/>
                <w:bCs/>
                <w:color w:val="auto"/>
                <w:sz w:val="22"/>
              </w:rPr>
              <w:t>Your expected contribution and how it will be measured</w:t>
            </w:r>
          </w:p>
        </w:tc>
      </w:tr>
      <w:tr w:rsidR="003A3C9C" w:rsidRPr="007E4ED9" w14:paraId="11136079" w14:textId="77777777" w:rsidTr="009D1752">
        <w:trPr>
          <w:cantSplit/>
        </w:trPr>
        <w:tc>
          <w:tcPr>
            <w:tcW w:w="4103" w:type="dxa"/>
            <w:tcMar>
              <w:top w:w="110" w:type="dxa"/>
              <w:left w:w="120" w:type="dxa"/>
              <w:bottom w:w="110" w:type="dxa"/>
              <w:right w:w="120" w:type="dxa"/>
            </w:tcMar>
            <w:vAlign w:val="center"/>
          </w:tcPr>
          <w:p w14:paraId="4F3FF20A" w14:textId="77777777" w:rsidR="003A3C9C" w:rsidRPr="009208B7" w:rsidRDefault="005C6638" w:rsidP="009D1752">
            <w:pPr>
              <w:spacing w:after="0" w:line="240" w:lineRule="auto"/>
              <w:rPr>
                <w:b/>
                <w:bCs/>
                <w:color w:val="auto"/>
                <w:szCs w:val="21"/>
              </w:rPr>
            </w:pPr>
            <w:sdt>
              <w:sdtPr>
                <w:rPr>
                  <w:b/>
                  <w:bCs/>
                  <w:color w:val="auto"/>
                  <w:szCs w:val="21"/>
                </w:rPr>
                <w:id w:val="690486423"/>
                <w14:checkbox>
                  <w14:checked w14:val="0"/>
                  <w14:checkedState w14:val="2612" w14:font="MS Gothic"/>
                  <w14:uncheckedState w14:val="2610" w14:font="MS Gothic"/>
                </w14:checkbox>
              </w:sdtPr>
              <w:sdtEndPr/>
              <w:sdtContent>
                <w:r w:rsidR="003A3C9C" w:rsidRPr="009208B7">
                  <w:rPr>
                    <w:rFonts w:ascii="MS Gothic" w:eastAsia="MS Gothic" w:hAnsi="MS Gothic" w:hint="eastAsia"/>
                    <w:b/>
                    <w:bCs/>
                    <w:color w:val="auto"/>
                    <w:szCs w:val="21"/>
                  </w:rPr>
                  <w:t>☐</w:t>
                </w:r>
              </w:sdtContent>
            </w:sdt>
            <w:r w:rsidR="003A3C9C" w:rsidRPr="009208B7">
              <w:rPr>
                <w:b/>
                <w:bCs/>
                <w:color w:val="auto"/>
                <w:szCs w:val="21"/>
              </w:rPr>
              <w:t xml:space="preserve">  Give every primary age child in the </w:t>
            </w:r>
            <w:proofErr w:type="gramStart"/>
            <w:r w:rsidR="003A3C9C" w:rsidRPr="009208B7">
              <w:rPr>
                <w:b/>
                <w:bCs/>
                <w:color w:val="auto"/>
                <w:szCs w:val="21"/>
              </w:rPr>
              <w:t>District</w:t>
            </w:r>
            <w:proofErr w:type="gramEnd"/>
            <w:r w:rsidR="003A3C9C" w:rsidRPr="009208B7">
              <w:rPr>
                <w:b/>
                <w:bCs/>
                <w:color w:val="auto"/>
                <w:szCs w:val="21"/>
              </w:rPr>
              <w:t xml:space="preserve"> the opportunity to learn the </w:t>
            </w:r>
            <w:proofErr w:type="gramStart"/>
            <w:r w:rsidR="003A3C9C" w:rsidRPr="009208B7">
              <w:rPr>
                <w:b/>
                <w:bCs/>
                <w:color w:val="auto"/>
                <w:szCs w:val="21"/>
              </w:rPr>
              <w:t>District’s</w:t>
            </w:r>
            <w:proofErr w:type="gramEnd"/>
            <w:r w:rsidR="003A3C9C" w:rsidRPr="009208B7">
              <w:rPr>
                <w:b/>
                <w:bCs/>
                <w:color w:val="auto"/>
                <w:szCs w:val="21"/>
              </w:rPr>
              <w:t xml:space="preserve"> story through co-creation of a Bradford Curriculum</w:t>
            </w:r>
          </w:p>
        </w:tc>
        <w:tc>
          <w:tcPr>
            <w:tcW w:w="5812" w:type="dxa"/>
            <w:tcMar>
              <w:top w:w="110" w:type="dxa"/>
              <w:left w:w="120" w:type="dxa"/>
              <w:bottom w:w="110" w:type="dxa"/>
              <w:right w:w="120" w:type="dxa"/>
            </w:tcMar>
            <w:vAlign w:val="center"/>
          </w:tcPr>
          <w:p w14:paraId="63355BE6" w14:textId="77777777" w:rsidR="003A3C9C" w:rsidRPr="00BC3C12" w:rsidRDefault="003A3C9C" w:rsidP="009D1752">
            <w:pPr>
              <w:spacing w:after="0" w:line="240" w:lineRule="auto"/>
              <w:rPr>
                <w:color w:val="auto"/>
                <w:sz w:val="22"/>
              </w:rPr>
            </w:pPr>
          </w:p>
        </w:tc>
      </w:tr>
      <w:tr w:rsidR="003A3C9C" w:rsidRPr="007E4ED9" w14:paraId="016855C8" w14:textId="77777777" w:rsidTr="009D1752">
        <w:trPr>
          <w:cantSplit/>
        </w:trPr>
        <w:tc>
          <w:tcPr>
            <w:tcW w:w="4103" w:type="dxa"/>
            <w:tcMar>
              <w:top w:w="110" w:type="dxa"/>
              <w:left w:w="120" w:type="dxa"/>
              <w:bottom w:w="110" w:type="dxa"/>
              <w:right w:w="120" w:type="dxa"/>
            </w:tcMar>
            <w:vAlign w:val="center"/>
          </w:tcPr>
          <w:p w14:paraId="2F68B43C" w14:textId="77777777" w:rsidR="003A3C9C" w:rsidRPr="009208B7" w:rsidRDefault="005C6638" w:rsidP="009D1752">
            <w:pPr>
              <w:spacing w:after="0" w:line="240" w:lineRule="auto"/>
              <w:rPr>
                <w:b/>
                <w:bCs/>
                <w:color w:val="auto"/>
                <w:szCs w:val="21"/>
              </w:rPr>
            </w:pPr>
            <w:sdt>
              <w:sdtPr>
                <w:rPr>
                  <w:b/>
                  <w:bCs/>
                  <w:color w:val="auto"/>
                  <w:szCs w:val="21"/>
                </w:rPr>
                <w:id w:val="793639403"/>
                <w14:checkbox>
                  <w14:checked w14:val="0"/>
                  <w14:checkedState w14:val="2612" w14:font="MS Gothic"/>
                  <w14:uncheckedState w14:val="2610" w14:font="MS Gothic"/>
                </w14:checkbox>
              </w:sdtPr>
              <w:sdtEndPr/>
              <w:sdtContent>
                <w:r w:rsidR="003A3C9C" w:rsidRPr="009208B7">
                  <w:rPr>
                    <w:rFonts w:ascii="Segoe UI Symbol" w:hAnsi="Segoe UI Symbol" w:cs="Segoe UI Symbol"/>
                    <w:b/>
                    <w:bCs/>
                    <w:color w:val="auto"/>
                    <w:szCs w:val="21"/>
                  </w:rPr>
                  <w:t>☐</w:t>
                </w:r>
              </w:sdtContent>
            </w:sdt>
            <w:r w:rsidR="003A3C9C" w:rsidRPr="009208B7">
              <w:rPr>
                <w:b/>
                <w:bCs/>
                <w:color w:val="auto"/>
                <w:szCs w:val="21"/>
              </w:rPr>
              <w:t xml:space="preserve">  Level up national investment per capita to match other major English cities</w:t>
            </w:r>
          </w:p>
        </w:tc>
        <w:tc>
          <w:tcPr>
            <w:tcW w:w="5812" w:type="dxa"/>
            <w:tcMar>
              <w:top w:w="110" w:type="dxa"/>
              <w:left w:w="120" w:type="dxa"/>
              <w:bottom w:w="110" w:type="dxa"/>
              <w:right w:w="120" w:type="dxa"/>
            </w:tcMar>
            <w:vAlign w:val="center"/>
          </w:tcPr>
          <w:p w14:paraId="5ED73710" w14:textId="77777777" w:rsidR="003A3C9C" w:rsidRPr="00BC3C12" w:rsidRDefault="003A3C9C" w:rsidP="009D1752">
            <w:pPr>
              <w:spacing w:after="0" w:line="240" w:lineRule="auto"/>
              <w:rPr>
                <w:color w:val="auto"/>
                <w:sz w:val="22"/>
              </w:rPr>
            </w:pPr>
          </w:p>
        </w:tc>
      </w:tr>
      <w:tr w:rsidR="003A3C9C" w:rsidRPr="007E4ED9" w14:paraId="20974DC4" w14:textId="77777777" w:rsidTr="009D1752">
        <w:trPr>
          <w:cantSplit/>
        </w:trPr>
        <w:tc>
          <w:tcPr>
            <w:tcW w:w="4103" w:type="dxa"/>
            <w:tcMar>
              <w:top w:w="110" w:type="dxa"/>
              <w:left w:w="120" w:type="dxa"/>
              <w:bottom w:w="110" w:type="dxa"/>
              <w:right w:w="120" w:type="dxa"/>
            </w:tcMar>
            <w:vAlign w:val="center"/>
          </w:tcPr>
          <w:p w14:paraId="1AAF7B87" w14:textId="77777777" w:rsidR="003A3C9C" w:rsidRPr="009208B7" w:rsidRDefault="005C6638" w:rsidP="009D1752">
            <w:pPr>
              <w:spacing w:after="0" w:line="240" w:lineRule="auto"/>
              <w:rPr>
                <w:b/>
                <w:bCs/>
                <w:color w:val="auto"/>
                <w:szCs w:val="21"/>
              </w:rPr>
            </w:pPr>
            <w:sdt>
              <w:sdtPr>
                <w:rPr>
                  <w:b/>
                  <w:bCs/>
                  <w:color w:val="auto"/>
                  <w:szCs w:val="21"/>
                </w:rPr>
                <w:id w:val="713703141"/>
                <w14:checkbox>
                  <w14:checked w14:val="0"/>
                  <w14:checkedState w14:val="2612" w14:font="MS Gothic"/>
                  <w14:uncheckedState w14:val="2610" w14:font="MS Gothic"/>
                </w14:checkbox>
              </w:sdtPr>
              <w:sdtEndPr/>
              <w:sdtContent>
                <w:r w:rsidR="003A3C9C" w:rsidRPr="009208B7">
                  <w:rPr>
                    <w:rFonts w:ascii="Segoe UI Symbol" w:hAnsi="Segoe UI Symbol" w:cs="Segoe UI Symbol"/>
                    <w:b/>
                    <w:bCs/>
                    <w:color w:val="auto"/>
                    <w:szCs w:val="21"/>
                  </w:rPr>
                  <w:t>☐</w:t>
                </w:r>
              </w:sdtContent>
            </w:sdt>
            <w:r w:rsidR="003A3C9C" w:rsidRPr="009208B7">
              <w:rPr>
                <w:b/>
                <w:bCs/>
                <w:color w:val="auto"/>
                <w:szCs w:val="21"/>
              </w:rPr>
              <w:t xml:space="preserve">  Give 250,000 people in the </w:t>
            </w:r>
            <w:proofErr w:type="gramStart"/>
            <w:r w:rsidR="003A3C9C" w:rsidRPr="009208B7">
              <w:rPr>
                <w:b/>
                <w:bCs/>
                <w:color w:val="auto"/>
                <w:szCs w:val="21"/>
              </w:rPr>
              <w:t>District’s</w:t>
            </w:r>
            <w:proofErr w:type="gramEnd"/>
            <w:r w:rsidR="003A3C9C" w:rsidRPr="009208B7">
              <w:rPr>
                <w:b/>
                <w:bCs/>
                <w:color w:val="auto"/>
                <w:szCs w:val="21"/>
              </w:rPr>
              <w:t xml:space="preserve"> most deprived wards the opportunity to get involved with arts, culture and heritage activities</w:t>
            </w:r>
          </w:p>
        </w:tc>
        <w:tc>
          <w:tcPr>
            <w:tcW w:w="5812" w:type="dxa"/>
            <w:tcMar>
              <w:top w:w="110" w:type="dxa"/>
              <w:left w:w="120" w:type="dxa"/>
              <w:bottom w:w="110" w:type="dxa"/>
              <w:right w:w="120" w:type="dxa"/>
            </w:tcMar>
            <w:vAlign w:val="center"/>
          </w:tcPr>
          <w:p w14:paraId="5922A16A" w14:textId="77777777" w:rsidR="003A3C9C" w:rsidRPr="00BC3C12" w:rsidRDefault="003A3C9C" w:rsidP="009D1752">
            <w:pPr>
              <w:spacing w:after="0" w:line="240" w:lineRule="auto"/>
              <w:rPr>
                <w:color w:val="auto"/>
                <w:sz w:val="22"/>
              </w:rPr>
            </w:pPr>
          </w:p>
        </w:tc>
      </w:tr>
      <w:tr w:rsidR="003A3C9C" w:rsidRPr="007E4ED9" w14:paraId="0828768B" w14:textId="77777777" w:rsidTr="009D1752">
        <w:trPr>
          <w:cantSplit/>
        </w:trPr>
        <w:tc>
          <w:tcPr>
            <w:tcW w:w="4103" w:type="dxa"/>
            <w:tcMar>
              <w:top w:w="110" w:type="dxa"/>
              <w:left w:w="120" w:type="dxa"/>
              <w:bottom w:w="110" w:type="dxa"/>
              <w:right w:w="120" w:type="dxa"/>
            </w:tcMar>
            <w:vAlign w:val="center"/>
          </w:tcPr>
          <w:p w14:paraId="678F29CC" w14:textId="77777777" w:rsidR="003A3C9C" w:rsidRPr="009208B7" w:rsidRDefault="005C6638" w:rsidP="009D1752">
            <w:pPr>
              <w:spacing w:after="0" w:line="240" w:lineRule="auto"/>
              <w:rPr>
                <w:b/>
                <w:bCs/>
                <w:color w:val="auto"/>
                <w:szCs w:val="21"/>
              </w:rPr>
            </w:pPr>
            <w:sdt>
              <w:sdtPr>
                <w:rPr>
                  <w:b/>
                  <w:bCs/>
                  <w:color w:val="auto"/>
                  <w:szCs w:val="21"/>
                </w:rPr>
                <w:id w:val="-1391344213"/>
                <w14:checkbox>
                  <w14:checked w14:val="0"/>
                  <w14:checkedState w14:val="2612" w14:font="MS Gothic"/>
                  <w14:uncheckedState w14:val="2610" w14:font="MS Gothic"/>
                </w14:checkbox>
              </w:sdtPr>
              <w:sdtEndPr/>
              <w:sdtContent>
                <w:r w:rsidR="003A3C9C" w:rsidRPr="009208B7">
                  <w:rPr>
                    <w:rFonts w:ascii="Segoe UI Symbol" w:hAnsi="Segoe UI Symbol" w:cs="Segoe UI Symbol"/>
                    <w:b/>
                    <w:bCs/>
                    <w:color w:val="auto"/>
                    <w:szCs w:val="21"/>
                  </w:rPr>
                  <w:t>☐</w:t>
                </w:r>
              </w:sdtContent>
            </w:sdt>
            <w:r w:rsidR="003A3C9C" w:rsidRPr="009208B7">
              <w:rPr>
                <w:b/>
                <w:bCs/>
                <w:color w:val="auto"/>
                <w:szCs w:val="21"/>
              </w:rPr>
              <w:t xml:space="preserve">  Create a calendar of high-quality festivals and events with local, national and international significance, with a view to Bradford District being designated UK City of Culture 2025</w:t>
            </w:r>
          </w:p>
        </w:tc>
        <w:tc>
          <w:tcPr>
            <w:tcW w:w="5812" w:type="dxa"/>
            <w:tcMar>
              <w:top w:w="110" w:type="dxa"/>
              <w:left w:w="120" w:type="dxa"/>
              <w:bottom w:w="110" w:type="dxa"/>
              <w:right w:w="120" w:type="dxa"/>
            </w:tcMar>
            <w:vAlign w:val="center"/>
          </w:tcPr>
          <w:p w14:paraId="7A436FE4" w14:textId="77777777" w:rsidR="003A3C9C" w:rsidRPr="00BC3C12" w:rsidRDefault="003A3C9C" w:rsidP="009D1752">
            <w:pPr>
              <w:spacing w:after="0" w:line="240" w:lineRule="auto"/>
              <w:rPr>
                <w:color w:val="auto"/>
                <w:sz w:val="22"/>
              </w:rPr>
            </w:pPr>
          </w:p>
        </w:tc>
      </w:tr>
      <w:tr w:rsidR="003A3C9C" w:rsidRPr="007E4ED9" w14:paraId="067D0760" w14:textId="77777777" w:rsidTr="009D1752">
        <w:trPr>
          <w:cantSplit/>
        </w:trPr>
        <w:tc>
          <w:tcPr>
            <w:tcW w:w="4103" w:type="dxa"/>
            <w:tcMar>
              <w:top w:w="110" w:type="dxa"/>
              <w:left w:w="120" w:type="dxa"/>
              <w:bottom w:w="110" w:type="dxa"/>
              <w:right w:w="120" w:type="dxa"/>
            </w:tcMar>
            <w:vAlign w:val="center"/>
          </w:tcPr>
          <w:p w14:paraId="13585797" w14:textId="77777777" w:rsidR="003A3C9C" w:rsidRPr="009208B7" w:rsidRDefault="005C6638" w:rsidP="009D1752">
            <w:pPr>
              <w:spacing w:after="0" w:line="240" w:lineRule="auto"/>
              <w:rPr>
                <w:rFonts w:ascii="Segoe UI Symbol" w:hAnsi="Segoe UI Symbol" w:cs="Segoe UI Symbol"/>
                <w:b/>
                <w:bCs/>
                <w:color w:val="auto"/>
                <w:szCs w:val="21"/>
              </w:rPr>
            </w:pPr>
            <w:sdt>
              <w:sdtPr>
                <w:rPr>
                  <w:b/>
                  <w:bCs/>
                  <w:color w:val="auto"/>
                  <w:szCs w:val="21"/>
                </w:rPr>
                <w:id w:val="-1785027707"/>
                <w14:checkbox>
                  <w14:checked w14:val="0"/>
                  <w14:checkedState w14:val="2612" w14:font="MS Gothic"/>
                  <w14:uncheckedState w14:val="2610" w14:font="MS Gothic"/>
                </w14:checkbox>
              </w:sdtPr>
              <w:sdtEndPr/>
              <w:sdtContent>
                <w:r w:rsidR="003A3C9C" w:rsidRPr="009208B7">
                  <w:rPr>
                    <w:rFonts w:ascii="Segoe UI Symbol" w:hAnsi="Segoe UI Symbol" w:cs="Segoe UI Symbol"/>
                    <w:b/>
                    <w:bCs/>
                    <w:color w:val="auto"/>
                    <w:szCs w:val="21"/>
                  </w:rPr>
                  <w:t>☐</w:t>
                </w:r>
              </w:sdtContent>
            </w:sdt>
            <w:r w:rsidR="003A3C9C" w:rsidRPr="009208B7">
              <w:rPr>
                <w:b/>
                <w:bCs/>
                <w:color w:val="auto"/>
                <w:szCs w:val="21"/>
              </w:rPr>
              <w:t xml:space="preserve">  Increase the number, range, scale and ambition of arts, culture and heritage activity and partnerships, creating 3,000 jobs in the </w:t>
            </w:r>
            <w:proofErr w:type="gramStart"/>
            <w:r w:rsidR="003A3C9C" w:rsidRPr="009208B7">
              <w:rPr>
                <w:b/>
                <w:bCs/>
                <w:color w:val="auto"/>
                <w:szCs w:val="21"/>
              </w:rPr>
              <w:t>District</w:t>
            </w:r>
            <w:proofErr w:type="gramEnd"/>
            <w:r w:rsidR="003A3C9C" w:rsidRPr="009208B7">
              <w:rPr>
                <w:b/>
                <w:bCs/>
                <w:color w:val="auto"/>
                <w:szCs w:val="21"/>
              </w:rPr>
              <w:t xml:space="preserve"> and increasing visitor numbers and spend</w:t>
            </w:r>
          </w:p>
        </w:tc>
        <w:tc>
          <w:tcPr>
            <w:tcW w:w="5812" w:type="dxa"/>
            <w:tcMar>
              <w:top w:w="110" w:type="dxa"/>
              <w:left w:w="120" w:type="dxa"/>
              <w:bottom w:w="110" w:type="dxa"/>
              <w:right w:w="120" w:type="dxa"/>
            </w:tcMar>
            <w:vAlign w:val="center"/>
          </w:tcPr>
          <w:p w14:paraId="3F24EBF6" w14:textId="77777777" w:rsidR="003A3C9C" w:rsidRPr="00BC3C12" w:rsidRDefault="003A3C9C" w:rsidP="009D1752">
            <w:pPr>
              <w:spacing w:after="0" w:line="240" w:lineRule="auto"/>
              <w:rPr>
                <w:color w:val="auto"/>
                <w:sz w:val="22"/>
              </w:rPr>
            </w:pPr>
          </w:p>
        </w:tc>
      </w:tr>
      <w:tr w:rsidR="003A3C9C" w:rsidRPr="007E4ED9" w14:paraId="6CA10A7C" w14:textId="77777777" w:rsidTr="009D1752">
        <w:trPr>
          <w:cantSplit/>
        </w:trPr>
        <w:tc>
          <w:tcPr>
            <w:tcW w:w="4103" w:type="dxa"/>
            <w:tcMar>
              <w:top w:w="110" w:type="dxa"/>
              <w:left w:w="120" w:type="dxa"/>
              <w:bottom w:w="110" w:type="dxa"/>
              <w:right w:w="120" w:type="dxa"/>
            </w:tcMar>
            <w:vAlign w:val="center"/>
          </w:tcPr>
          <w:p w14:paraId="05909A89" w14:textId="77777777" w:rsidR="003A3C9C" w:rsidRPr="009208B7" w:rsidRDefault="005C6638" w:rsidP="009D1752">
            <w:pPr>
              <w:spacing w:after="0" w:line="240" w:lineRule="auto"/>
              <w:rPr>
                <w:rFonts w:ascii="Segoe UI Symbol" w:hAnsi="Segoe UI Symbol" w:cs="Segoe UI Symbol"/>
                <w:b/>
                <w:bCs/>
                <w:color w:val="auto"/>
                <w:szCs w:val="21"/>
              </w:rPr>
            </w:pPr>
            <w:sdt>
              <w:sdtPr>
                <w:rPr>
                  <w:b/>
                  <w:bCs/>
                  <w:color w:val="auto"/>
                  <w:szCs w:val="21"/>
                </w:rPr>
                <w:id w:val="150330535"/>
                <w14:checkbox>
                  <w14:checked w14:val="0"/>
                  <w14:checkedState w14:val="2612" w14:font="MS Gothic"/>
                  <w14:uncheckedState w14:val="2610" w14:font="MS Gothic"/>
                </w14:checkbox>
              </w:sdtPr>
              <w:sdtEndPr/>
              <w:sdtContent>
                <w:r w:rsidR="003A3C9C" w:rsidRPr="009208B7">
                  <w:rPr>
                    <w:rFonts w:ascii="Segoe UI Symbol" w:hAnsi="Segoe UI Symbol" w:cs="Segoe UI Symbol"/>
                    <w:b/>
                    <w:bCs/>
                    <w:color w:val="auto"/>
                    <w:szCs w:val="21"/>
                  </w:rPr>
                  <w:t>☐</w:t>
                </w:r>
              </w:sdtContent>
            </w:sdt>
            <w:r w:rsidR="003A3C9C" w:rsidRPr="009208B7">
              <w:rPr>
                <w:b/>
                <w:bCs/>
                <w:color w:val="auto"/>
                <w:szCs w:val="21"/>
              </w:rPr>
              <w:t xml:space="preserve">  Adopt the 17 UN Sustainable Development Goals to measure our success not only in carbon reduction but also in equalities, decent jobs, good education, wellbeing and reducing poverty</w:t>
            </w:r>
          </w:p>
        </w:tc>
        <w:tc>
          <w:tcPr>
            <w:tcW w:w="5812" w:type="dxa"/>
            <w:tcMar>
              <w:top w:w="110" w:type="dxa"/>
              <w:left w:w="120" w:type="dxa"/>
              <w:bottom w:w="110" w:type="dxa"/>
              <w:right w:w="120" w:type="dxa"/>
            </w:tcMar>
            <w:vAlign w:val="center"/>
          </w:tcPr>
          <w:p w14:paraId="17853723" w14:textId="77777777" w:rsidR="003A3C9C" w:rsidRPr="00BC3C12" w:rsidRDefault="003A3C9C" w:rsidP="009D1752">
            <w:pPr>
              <w:spacing w:after="0" w:line="240" w:lineRule="auto"/>
              <w:rPr>
                <w:color w:val="auto"/>
                <w:sz w:val="22"/>
              </w:rPr>
            </w:pPr>
          </w:p>
        </w:tc>
      </w:tr>
      <w:tr w:rsidR="003A3C9C" w:rsidRPr="007E4ED9" w14:paraId="039484CA" w14:textId="77777777" w:rsidTr="009D1752">
        <w:trPr>
          <w:cantSplit/>
        </w:trPr>
        <w:tc>
          <w:tcPr>
            <w:tcW w:w="4103" w:type="dxa"/>
            <w:tcMar>
              <w:top w:w="110" w:type="dxa"/>
              <w:left w:w="120" w:type="dxa"/>
              <w:bottom w:w="110" w:type="dxa"/>
              <w:right w:w="120" w:type="dxa"/>
            </w:tcMar>
            <w:vAlign w:val="center"/>
          </w:tcPr>
          <w:p w14:paraId="791C2FE7" w14:textId="77777777" w:rsidR="003A3C9C" w:rsidRPr="009208B7" w:rsidRDefault="005C6638" w:rsidP="009D1752">
            <w:pPr>
              <w:spacing w:after="0" w:line="240" w:lineRule="auto"/>
              <w:rPr>
                <w:rFonts w:ascii="Segoe UI Symbol" w:hAnsi="Segoe UI Symbol" w:cs="Segoe UI Symbol"/>
                <w:b/>
                <w:bCs/>
                <w:color w:val="auto"/>
                <w:szCs w:val="21"/>
              </w:rPr>
            </w:pPr>
            <w:sdt>
              <w:sdtPr>
                <w:rPr>
                  <w:b/>
                  <w:bCs/>
                  <w:color w:val="auto"/>
                  <w:szCs w:val="21"/>
                </w:rPr>
                <w:id w:val="1008796626"/>
                <w14:checkbox>
                  <w14:checked w14:val="0"/>
                  <w14:checkedState w14:val="2612" w14:font="MS Gothic"/>
                  <w14:uncheckedState w14:val="2610" w14:font="MS Gothic"/>
                </w14:checkbox>
              </w:sdtPr>
              <w:sdtEndPr/>
              <w:sdtContent>
                <w:r w:rsidR="003A3C9C" w:rsidRPr="009208B7">
                  <w:rPr>
                    <w:rFonts w:ascii="Segoe UI Symbol" w:hAnsi="Segoe UI Symbol" w:cs="Segoe UI Symbol"/>
                    <w:b/>
                    <w:bCs/>
                    <w:color w:val="auto"/>
                    <w:szCs w:val="21"/>
                  </w:rPr>
                  <w:t>☐</w:t>
                </w:r>
              </w:sdtContent>
            </w:sdt>
            <w:r w:rsidR="003A3C9C" w:rsidRPr="009208B7">
              <w:rPr>
                <w:b/>
                <w:bCs/>
                <w:color w:val="auto"/>
                <w:szCs w:val="21"/>
              </w:rPr>
              <w:t xml:space="preserve">  Ensure that 70% of people will be ‘satisfied with the range of cultural activities in the </w:t>
            </w:r>
            <w:proofErr w:type="gramStart"/>
            <w:r w:rsidR="003A3C9C" w:rsidRPr="009208B7">
              <w:rPr>
                <w:b/>
                <w:bCs/>
                <w:color w:val="auto"/>
                <w:szCs w:val="21"/>
              </w:rPr>
              <w:t>District</w:t>
            </w:r>
            <w:proofErr w:type="gramEnd"/>
            <w:r w:rsidR="003A3C9C" w:rsidRPr="009208B7">
              <w:rPr>
                <w:b/>
                <w:bCs/>
                <w:color w:val="auto"/>
                <w:szCs w:val="21"/>
              </w:rPr>
              <w:t xml:space="preserve"> and near to where they live’ (50% in 2021) and that 80% of people will feel culture in Bradford ‘represents me and my life’ (50% in 2021)</w:t>
            </w:r>
          </w:p>
        </w:tc>
        <w:tc>
          <w:tcPr>
            <w:tcW w:w="5812" w:type="dxa"/>
            <w:tcMar>
              <w:top w:w="110" w:type="dxa"/>
              <w:left w:w="120" w:type="dxa"/>
              <w:bottom w:w="110" w:type="dxa"/>
              <w:right w:w="120" w:type="dxa"/>
            </w:tcMar>
            <w:vAlign w:val="center"/>
          </w:tcPr>
          <w:p w14:paraId="4966B0AC" w14:textId="77777777" w:rsidR="003A3C9C" w:rsidRPr="007E4ED9" w:rsidRDefault="003A3C9C" w:rsidP="009D1752">
            <w:pPr>
              <w:spacing w:after="0" w:line="240" w:lineRule="auto"/>
              <w:rPr>
                <w:color w:val="auto"/>
                <w:sz w:val="22"/>
              </w:rPr>
            </w:pPr>
          </w:p>
        </w:tc>
      </w:tr>
      <w:tr w:rsidR="003A3C9C" w:rsidRPr="007E4ED9" w14:paraId="5555A612" w14:textId="77777777" w:rsidTr="009D1752">
        <w:trPr>
          <w:cantSplit/>
        </w:trPr>
        <w:tc>
          <w:tcPr>
            <w:tcW w:w="4103" w:type="dxa"/>
            <w:tcMar>
              <w:top w:w="110" w:type="dxa"/>
              <w:left w:w="120" w:type="dxa"/>
              <w:bottom w:w="110" w:type="dxa"/>
              <w:right w:w="120" w:type="dxa"/>
            </w:tcMar>
            <w:vAlign w:val="center"/>
          </w:tcPr>
          <w:p w14:paraId="73B6E5BD" w14:textId="77777777" w:rsidR="003A3C9C" w:rsidRPr="009208B7" w:rsidRDefault="005C6638" w:rsidP="009D1752">
            <w:pPr>
              <w:spacing w:after="0" w:line="240" w:lineRule="auto"/>
              <w:rPr>
                <w:rFonts w:ascii="Segoe UI Symbol" w:hAnsi="Segoe UI Symbol" w:cs="Segoe UI Symbol"/>
                <w:b/>
                <w:bCs/>
                <w:color w:val="auto"/>
                <w:szCs w:val="21"/>
              </w:rPr>
            </w:pPr>
            <w:sdt>
              <w:sdtPr>
                <w:rPr>
                  <w:b/>
                  <w:bCs/>
                  <w:color w:val="auto"/>
                  <w:szCs w:val="21"/>
                </w:rPr>
                <w:id w:val="-2017142155"/>
                <w14:checkbox>
                  <w14:checked w14:val="0"/>
                  <w14:checkedState w14:val="2612" w14:font="MS Gothic"/>
                  <w14:uncheckedState w14:val="2610" w14:font="MS Gothic"/>
                </w14:checkbox>
              </w:sdtPr>
              <w:sdtEndPr/>
              <w:sdtContent>
                <w:r w:rsidR="003A3C9C" w:rsidRPr="009208B7">
                  <w:rPr>
                    <w:rFonts w:ascii="Segoe UI Symbol" w:hAnsi="Segoe UI Symbol" w:cs="Segoe UI Symbol"/>
                    <w:b/>
                    <w:bCs/>
                    <w:color w:val="auto"/>
                    <w:szCs w:val="21"/>
                  </w:rPr>
                  <w:t>☐</w:t>
                </w:r>
              </w:sdtContent>
            </w:sdt>
            <w:r w:rsidR="003A3C9C" w:rsidRPr="009208B7">
              <w:rPr>
                <w:b/>
                <w:bCs/>
                <w:color w:val="auto"/>
                <w:szCs w:val="21"/>
              </w:rPr>
              <w:t xml:space="preserve">  </w:t>
            </w:r>
            <w:proofErr w:type="spellStart"/>
            <w:r w:rsidR="003A3C9C" w:rsidRPr="009208B7">
              <w:rPr>
                <w:b/>
                <w:bCs/>
                <w:color w:val="auto"/>
                <w:szCs w:val="21"/>
              </w:rPr>
              <w:t>Realise</w:t>
            </w:r>
            <w:proofErr w:type="spellEnd"/>
            <w:r w:rsidR="003A3C9C" w:rsidRPr="009208B7">
              <w:rPr>
                <w:b/>
                <w:bCs/>
                <w:color w:val="auto"/>
                <w:szCs w:val="21"/>
              </w:rPr>
              <w:t xml:space="preserve"> capital projects that will rehouse, reimagine and repurpose the </w:t>
            </w:r>
            <w:proofErr w:type="gramStart"/>
            <w:r w:rsidR="003A3C9C" w:rsidRPr="009208B7">
              <w:rPr>
                <w:b/>
                <w:bCs/>
                <w:color w:val="auto"/>
                <w:szCs w:val="21"/>
              </w:rPr>
              <w:t>District’s</w:t>
            </w:r>
            <w:proofErr w:type="gramEnd"/>
            <w:r w:rsidR="003A3C9C" w:rsidRPr="009208B7">
              <w:rPr>
                <w:b/>
                <w:bCs/>
                <w:color w:val="auto"/>
                <w:szCs w:val="21"/>
              </w:rPr>
              <w:t xml:space="preserve"> cultural and heritage assets</w:t>
            </w:r>
          </w:p>
        </w:tc>
        <w:tc>
          <w:tcPr>
            <w:tcW w:w="5812" w:type="dxa"/>
            <w:tcMar>
              <w:top w:w="110" w:type="dxa"/>
              <w:left w:w="120" w:type="dxa"/>
              <w:bottom w:w="110" w:type="dxa"/>
              <w:right w:w="120" w:type="dxa"/>
            </w:tcMar>
            <w:vAlign w:val="center"/>
          </w:tcPr>
          <w:p w14:paraId="4A9871E1" w14:textId="77777777" w:rsidR="003A3C9C" w:rsidRPr="007E4ED9" w:rsidRDefault="003A3C9C" w:rsidP="009D1752">
            <w:pPr>
              <w:spacing w:after="0" w:line="240" w:lineRule="auto"/>
              <w:rPr>
                <w:color w:val="auto"/>
                <w:sz w:val="22"/>
              </w:rPr>
            </w:pPr>
          </w:p>
        </w:tc>
      </w:tr>
      <w:tr w:rsidR="003A3C9C" w:rsidRPr="007E4ED9" w14:paraId="528848C4" w14:textId="77777777" w:rsidTr="009D1752">
        <w:trPr>
          <w:cantSplit/>
        </w:trPr>
        <w:tc>
          <w:tcPr>
            <w:tcW w:w="4103" w:type="dxa"/>
            <w:tcMar>
              <w:top w:w="110" w:type="dxa"/>
              <w:left w:w="120" w:type="dxa"/>
              <w:bottom w:w="110" w:type="dxa"/>
              <w:right w:w="120" w:type="dxa"/>
            </w:tcMar>
            <w:vAlign w:val="center"/>
          </w:tcPr>
          <w:p w14:paraId="51D0D881" w14:textId="77777777" w:rsidR="003A3C9C" w:rsidRPr="009208B7" w:rsidRDefault="005C6638" w:rsidP="009D1752">
            <w:pPr>
              <w:spacing w:after="0" w:line="240" w:lineRule="auto"/>
              <w:rPr>
                <w:rFonts w:ascii="Segoe UI Symbol" w:hAnsi="Segoe UI Symbol" w:cs="Segoe UI Symbol"/>
                <w:b/>
                <w:bCs/>
                <w:color w:val="auto"/>
                <w:szCs w:val="21"/>
              </w:rPr>
            </w:pPr>
            <w:sdt>
              <w:sdtPr>
                <w:rPr>
                  <w:b/>
                  <w:bCs/>
                  <w:color w:val="auto"/>
                  <w:szCs w:val="21"/>
                </w:rPr>
                <w:id w:val="1733123208"/>
                <w14:checkbox>
                  <w14:checked w14:val="0"/>
                  <w14:checkedState w14:val="2612" w14:font="MS Gothic"/>
                  <w14:uncheckedState w14:val="2610" w14:font="MS Gothic"/>
                </w14:checkbox>
              </w:sdtPr>
              <w:sdtEndPr/>
              <w:sdtContent>
                <w:r w:rsidR="003A3C9C" w:rsidRPr="009208B7">
                  <w:rPr>
                    <w:rFonts w:ascii="Segoe UI Symbol" w:hAnsi="Segoe UI Symbol" w:cs="Segoe UI Symbol"/>
                    <w:b/>
                    <w:bCs/>
                    <w:color w:val="auto"/>
                    <w:szCs w:val="21"/>
                  </w:rPr>
                  <w:t>☐</w:t>
                </w:r>
              </w:sdtContent>
            </w:sdt>
            <w:r w:rsidR="003A3C9C" w:rsidRPr="009208B7">
              <w:rPr>
                <w:b/>
                <w:bCs/>
                <w:color w:val="auto"/>
                <w:szCs w:val="21"/>
              </w:rPr>
              <w:t xml:space="preserve">  Regularly engage 70% of people in the </w:t>
            </w:r>
            <w:proofErr w:type="gramStart"/>
            <w:r w:rsidR="003A3C9C" w:rsidRPr="009208B7">
              <w:rPr>
                <w:b/>
                <w:bCs/>
                <w:color w:val="auto"/>
                <w:szCs w:val="21"/>
              </w:rPr>
              <w:t>District</w:t>
            </w:r>
            <w:proofErr w:type="gramEnd"/>
            <w:r w:rsidR="003A3C9C" w:rsidRPr="009208B7">
              <w:rPr>
                <w:b/>
                <w:bCs/>
                <w:color w:val="auto"/>
                <w:szCs w:val="21"/>
              </w:rPr>
              <w:t xml:space="preserve"> in arts, culture and heritage activities</w:t>
            </w:r>
          </w:p>
        </w:tc>
        <w:tc>
          <w:tcPr>
            <w:tcW w:w="5812" w:type="dxa"/>
            <w:tcMar>
              <w:top w:w="110" w:type="dxa"/>
              <w:left w:w="120" w:type="dxa"/>
              <w:bottom w:w="110" w:type="dxa"/>
              <w:right w:w="120" w:type="dxa"/>
            </w:tcMar>
            <w:vAlign w:val="center"/>
          </w:tcPr>
          <w:p w14:paraId="540EB024" w14:textId="77777777" w:rsidR="003A3C9C" w:rsidRPr="007E4ED9" w:rsidRDefault="003A3C9C" w:rsidP="009D1752">
            <w:pPr>
              <w:spacing w:after="0" w:line="240" w:lineRule="auto"/>
              <w:rPr>
                <w:color w:val="auto"/>
                <w:sz w:val="22"/>
              </w:rPr>
            </w:pPr>
          </w:p>
        </w:tc>
      </w:tr>
      <w:tr w:rsidR="003A3C9C" w:rsidRPr="007E4ED9" w14:paraId="7906D424" w14:textId="77777777" w:rsidTr="009D1752">
        <w:trPr>
          <w:cantSplit/>
        </w:trPr>
        <w:tc>
          <w:tcPr>
            <w:tcW w:w="4103" w:type="dxa"/>
            <w:tcMar>
              <w:top w:w="110" w:type="dxa"/>
              <w:left w:w="120" w:type="dxa"/>
              <w:bottom w:w="110" w:type="dxa"/>
              <w:right w:w="120" w:type="dxa"/>
            </w:tcMar>
            <w:vAlign w:val="center"/>
          </w:tcPr>
          <w:p w14:paraId="515C726D" w14:textId="77777777" w:rsidR="003A3C9C" w:rsidRPr="009208B7" w:rsidRDefault="005C6638" w:rsidP="009D1752">
            <w:pPr>
              <w:spacing w:after="0" w:line="240" w:lineRule="auto"/>
              <w:rPr>
                <w:rFonts w:ascii="Segoe UI Symbol" w:hAnsi="Segoe UI Symbol" w:cs="Segoe UI Symbol"/>
                <w:b/>
                <w:bCs/>
                <w:color w:val="auto"/>
                <w:szCs w:val="21"/>
              </w:rPr>
            </w:pPr>
            <w:sdt>
              <w:sdtPr>
                <w:rPr>
                  <w:b/>
                  <w:bCs/>
                  <w:color w:val="auto"/>
                  <w:szCs w:val="21"/>
                </w:rPr>
                <w:id w:val="-607424628"/>
                <w14:checkbox>
                  <w14:checked w14:val="0"/>
                  <w14:checkedState w14:val="2612" w14:font="MS Gothic"/>
                  <w14:uncheckedState w14:val="2610" w14:font="MS Gothic"/>
                </w14:checkbox>
              </w:sdtPr>
              <w:sdtEndPr/>
              <w:sdtContent>
                <w:r w:rsidR="003A3C9C" w:rsidRPr="009208B7">
                  <w:rPr>
                    <w:rFonts w:ascii="Segoe UI Symbol" w:hAnsi="Segoe UI Symbol" w:cs="Segoe UI Symbol"/>
                    <w:b/>
                    <w:bCs/>
                    <w:color w:val="auto"/>
                    <w:szCs w:val="21"/>
                  </w:rPr>
                  <w:t>☐</w:t>
                </w:r>
              </w:sdtContent>
            </w:sdt>
            <w:r w:rsidR="003A3C9C" w:rsidRPr="009208B7">
              <w:rPr>
                <w:b/>
                <w:bCs/>
                <w:color w:val="auto"/>
                <w:szCs w:val="21"/>
              </w:rPr>
              <w:t xml:space="preserve">  Draw 50% of Bradford’s creative workforce, audiences and cultural leadership from people currently underrepresented in the culture and creative industries sector</w:t>
            </w:r>
          </w:p>
        </w:tc>
        <w:tc>
          <w:tcPr>
            <w:tcW w:w="5812" w:type="dxa"/>
            <w:tcMar>
              <w:top w:w="110" w:type="dxa"/>
              <w:left w:w="120" w:type="dxa"/>
              <w:bottom w:w="110" w:type="dxa"/>
              <w:right w:w="120" w:type="dxa"/>
            </w:tcMar>
            <w:vAlign w:val="center"/>
          </w:tcPr>
          <w:p w14:paraId="629E96AA" w14:textId="77777777" w:rsidR="003A3C9C" w:rsidRPr="007E4ED9" w:rsidRDefault="003A3C9C" w:rsidP="009D1752">
            <w:pPr>
              <w:spacing w:after="0" w:line="240" w:lineRule="auto"/>
              <w:rPr>
                <w:color w:val="auto"/>
                <w:sz w:val="22"/>
              </w:rPr>
            </w:pPr>
          </w:p>
        </w:tc>
      </w:tr>
    </w:tbl>
    <w:p w14:paraId="5FC930BF" w14:textId="2069F738" w:rsidR="009577AC" w:rsidRPr="004E3A0B" w:rsidRDefault="00DF42D5">
      <w:pPr>
        <w:pStyle w:val="Heading1"/>
        <w:rPr>
          <w:rFonts w:ascii="Arial" w:hAnsi="Arial" w:cs="Arial"/>
          <w:color w:val="auto"/>
        </w:rPr>
      </w:pPr>
      <w:r w:rsidRPr="004E3A0B">
        <w:rPr>
          <w:rFonts w:ascii="Arial" w:hAnsi="Arial" w:cs="Arial"/>
          <w:color w:val="auto"/>
        </w:rPr>
        <w:t xml:space="preserve">9: </w:t>
      </w:r>
      <w:r w:rsidR="00C02829" w:rsidRPr="004E3A0B">
        <w:rPr>
          <w:rFonts w:ascii="Arial" w:hAnsi="Arial" w:cs="Arial"/>
          <w:color w:val="auto"/>
        </w:rPr>
        <w:t>Targets &amp; Outcomes</w:t>
      </w:r>
    </w:p>
    <w:p w14:paraId="76AFD977" w14:textId="54899D1C" w:rsidR="00C02829" w:rsidRPr="00F90327" w:rsidRDefault="00C02829" w:rsidP="00C02829">
      <w:pPr>
        <w:spacing w:after="0" w:line="240" w:lineRule="auto"/>
        <w:rPr>
          <w:iCs/>
          <w:color w:val="auto"/>
          <w:sz w:val="22"/>
        </w:rPr>
      </w:pPr>
      <w:r>
        <w:rPr>
          <w:iCs/>
          <w:color w:val="auto"/>
          <w:sz w:val="22"/>
        </w:rPr>
        <w:t>Provide forecast targets for this project. They should be realistic and based on the activity proposed in this application.</w:t>
      </w:r>
      <w:r w:rsidR="00290C98">
        <w:rPr>
          <w:iCs/>
          <w:color w:val="auto"/>
          <w:sz w:val="22"/>
        </w:rPr>
        <w:t xml:space="preserve"> </w:t>
      </w:r>
      <w:r>
        <w:rPr>
          <w:iCs/>
          <w:color w:val="auto"/>
          <w:sz w:val="22"/>
        </w:rPr>
        <w:t>Where you have delivered comparable activity before, use a relevant previous result as the baseline. If no comparable baseline is available, explain what evidence or assumptions you used to estimate the target.</w:t>
      </w:r>
    </w:p>
    <w:p w14:paraId="53369647" w14:textId="77777777" w:rsidR="00C02829" w:rsidRPr="00F90327" w:rsidRDefault="00C02829" w:rsidP="00C02829">
      <w:pPr>
        <w:spacing w:after="0" w:line="240" w:lineRule="auto"/>
        <w:rPr>
          <w:iCs/>
          <w:color w:val="auto"/>
          <w:sz w:val="22"/>
        </w:rPr>
      </w:pPr>
    </w:p>
    <w:p w14:paraId="61B20139" w14:textId="45BFCD20" w:rsidR="00C02829" w:rsidRPr="006F0639" w:rsidRDefault="00C02829" w:rsidP="00C02829">
      <w:pPr>
        <w:spacing w:after="0" w:line="240" w:lineRule="auto"/>
        <w:rPr>
          <w:iCs/>
          <w:color w:val="auto"/>
          <w:sz w:val="22"/>
        </w:rPr>
      </w:pPr>
      <w:r>
        <w:rPr>
          <w:iCs/>
          <w:color w:val="auto"/>
          <w:sz w:val="22"/>
        </w:rPr>
        <w:t xml:space="preserve">The figures should represent your </w:t>
      </w:r>
      <w:proofErr w:type="gramStart"/>
      <w:r>
        <w:rPr>
          <w:iCs/>
          <w:color w:val="auto"/>
          <w:sz w:val="22"/>
        </w:rPr>
        <w:t>best</w:t>
      </w:r>
      <w:proofErr w:type="gramEnd"/>
      <w:r>
        <w:rPr>
          <w:iCs/>
          <w:color w:val="auto"/>
          <w:sz w:val="22"/>
        </w:rPr>
        <w:t xml:space="preserve"> reasonable estimate at the time of application.</w:t>
      </w:r>
      <w:r w:rsidR="009B430B">
        <w:rPr>
          <w:iCs/>
          <w:color w:val="auto"/>
          <w:sz w:val="22"/>
        </w:rPr>
        <w:br/>
      </w:r>
    </w:p>
    <w:tbl>
      <w:tblPr>
        <w:tblW w:w="9631" w:type="dxa"/>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544"/>
        <w:gridCol w:w="1701"/>
        <w:gridCol w:w="3544"/>
        <w:gridCol w:w="1842"/>
      </w:tblGrid>
      <w:tr w:rsidR="004E3A0B" w:rsidRPr="0028241F" w14:paraId="645326B5" w14:textId="77777777" w:rsidTr="009B430B">
        <w:trPr>
          <w:cantSplit/>
          <w:tblHeader/>
        </w:trPr>
        <w:tc>
          <w:tcPr>
            <w:tcW w:w="2544" w:type="dxa"/>
            <w:tcBorders>
              <w:bottom w:val="single" w:sz="6" w:space="0" w:color="D9D9D9"/>
            </w:tcBorders>
            <w:shd w:val="clear" w:color="auto" w:fill="000000"/>
            <w:tcMar>
              <w:top w:w="110" w:type="dxa"/>
              <w:left w:w="100" w:type="dxa"/>
              <w:bottom w:w="110" w:type="dxa"/>
              <w:right w:w="100" w:type="dxa"/>
            </w:tcMar>
            <w:vAlign w:val="center"/>
          </w:tcPr>
          <w:p w14:paraId="04E5CE23" w14:textId="77777777" w:rsidR="004E3A0B" w:rsidRPr="0028241F" w:rsidRDefault="004E3A0B" w:rsidP="009D1752">
            <w:pPr>
              <w:spacing w:after="0" w:line="240" w:lineRule="auto"/>
              <w:rPr>
                <w:color w:val="auto"/>
                <w:szCs w:val="21"/>
              </w:rPr>
            </w:pPr>
            <w:r w:rsidRPr="0028241F">
              <w:rPr>
                <w:b/>
                <w:color w:val="auto"/>
                <w:szCs w:val="21"/>
              </w:rPr>
              <w:t>Measure</w:t>
            </w:r>
          </w:p>
        </w:tc>
        <w:tc>
          <w:tcPr>
            <w:tcW w:w="1701" w:type="dxa"/>
            <w:tcBorders>
              <w:bottom w:val="single" w:sz="6" w:space="0" w:color="D9D9D9"/>
            </w:tcBorders>
            <w:shd w:val="clear" w:color="auto" w:fill="000000"/>
            <w:tcMar>
              <w:top w:w="110" w:type="dxa"/>
              <w:left w:w="100" w:type="dxa"/>
              <w:bottom w:w="110" w:type="dxa"/>
              <w:right w:w="100" w:type="dxa"/>
            </w:tcMar>
            <w:vAlign w:val="center"/>
          </w:tcPr>
          <w:p w14:paraId="7F21D3CD" w14:textId="77777777" w:rsidR="004E3A0B" w:rsidRPr="0028241F" w:rsidRDefault="004E3A0B" w:rsidP="009D1752">
            <w:pPr>
              <w:spacing w:after="0" w:line="240" w:lineRule="auto"/>
              <w:rPr>
                <w:color w:val="auto"/>
                <w:szCs w:val="21"/>
              </w:rPr>
            </w:pPr>
            <w:r w:rsidRPr="0028241F">
              <w:rPr>
                <w:b/>
                <w:color w:val="auto"/>
                <w:szCs w:val="21"/>
              </w:rPr>
              <w:t>Unit</w:t>
            </w:r>
          </w:p>
        </w:tc>
        <w:tc>
          <w:tcPr>
            <w:tcW w:w="3544" w:type="dxa"/>
            <w:tcBorders>
              <w:bottom w:val="single" w:sz="6" w:space="0" w:color="D9D9D9"/>
            </w:tcBorders>
            <w:shd w:val="clear" w:color="auto" w:fill="000000"/>
          </w:tcPr>
          <w:p w14:paraId="4FC75D6D" w14:textId="1DA73933" w:rsidR="004E3A0B" w:rsidRPr="0028241F" w:rsidRDefault="004E3A0B" w:rsidP="009D1752">
            <w:pPr>
              <w:spacing w:after="0" w:line="240" w:lineRule="auto"/>
              <w:rPr>
                <w:b/>
                <w:color w:val="auto"/>
                <w:szCs w:val="21"/>
              </w:rPr>
            </w:pPr>
            <w:r>
              <w:rPr>
                <w:b/>
                <w:color w:val="auto"/>
                <w:szCs w:val="21"/>
              </w:rPr>
              <w:t xml:space="preserve">Baseline </w:t>
            </w:r>
            <w:r w:rsidR="00290C98">
              <w:rPr>
                <w:b/>
                <w:color w:val="auto"/>
                <w:szCs w:val="21"/>
              </w:rPr>
              <w:t>or Evidence</w:t>
            </w:r>
          </w:p>
        </w:tc>
        <w:tc>
          <w:tcPr>
            <w:tcW w:w="1842" w:type="dxa"/>
            <w:tcBorders>
              <w:bottom w:val="single" w:sz="6" w:space="0" w:color="D9D9D9"/>
            </w:tcBorders>
            <w:shd w:val="clear" w:color="auto" w:fill="000000"/>
            <w:tcMar>
              <w:top w:w="110" w:type="dxa"/>
              <w:left w:w="100" w:type="dxa"/>
              <w:bottom w:w="110" w:type="dxa"/>
              <w:right w:w="100" w:type="dxa"/>
            </w:tcMar>
            <w:vAlign w:val="center"/>
          </w:tcPr>
          <w:p w14:paraId="2E58057A" w14:textId="1BA76BDB" w:rsidR="004E3A0B" w:rsidRPr="0028241F" w:rsidRDefault="004E3A0B" w:rsidP="009D1752">
            <w:pPr>
              <w:spacing w:after="0" w:line="240" w:lineRule="auto"/>
              <w:rPr>
                <w:color w:val="auto"/>
                <w:szCs w:val="21"/>
              </w:rPr>
            </w:pPr>
            <w:r>
              <w:rPr>
                <w:b/>
                <w:color w:val="auto"/>
                <w:szCs w:val="21"/>
              </w:rPr>
              <w:t>2027/28</w:t>
            </w:r>
            <w:r w:rsidR="00290C98">
              <w:rPr>
                <w:b/>
                <w:color w:val="auto"/>
                <w:szCs w:val="21"/>
              </w:rPr>
              <w:t xml:space="preserve"> Target</w:t>
            </w:r>
          </w:p>
        </w:tc>
      </w:tr>
      <w:tr w:rsidR="004E3A0B" w:rsidRPr="0028241F" w14:paraId="120ECC71" w14:textId="77777777" w:rsidTr="009B430B">
        <w:trPr>
          <w:cantSplit/>
        </w:trPr>
        <w:tc>
          <w:tcPr>
            <w:tcW w:w="2544" w:type="dxa"/>
            <w:tcMar>
              <w:top w:w="85" w:type="dxa"/>
              <w:left w:w="75" w:type="dxa"/>
              <w:bottom w:w="85" w:type="dxa"/>
              <w:right w:w="75" w:type="dxa"/>
            </w:tcMar>
            <w:vAlign w:val="center"/>
          </w:tcPr>
          <w:p w14:paraId="6500E27E" w14:textId="77777777" w:rsidR="004E3A0B" w:rsidRPr="0028241F" w:rsidRDefault="004E3A0B" w:rsidP="009D1752">
            <w:pPr>
              <w:spacing w:after="0" w:line="240" w:lineRule="auto"/>
              <w:rPr>
                <w:color w:val="auto"/>
                <w:szCs w:val="21"/>
              </w:rPr>
            </w:pPr>
            <w:r w:rsidRPr="0028241F">
              <w:rPr>
                <w:color w:val="auto"/>
                <w:szCs w:val="21"/>
              </w:rPr>
              <w:t>Artists and creatives engaged</w:t>
            </w:r>
          </w:p>
        </w:tc>
        <w:tc>
          <w:tcPr>
            <w:tcW w:w="1701" w:type="dxa"/>
            <w:tcMar>
              <w:top w:w="85" w:type="dxa"/>
              <w:left w:w="75" w:type="dxa"/>
              <w:bottom w:w="85" w:type="dxa"/>
              <w:right w:w="75" w:type="dxa"/>
            </w:tcMar>
            <w:vAlign w:val="center"/>
          </w:tcPr>
          <w:p w14:paraId="6DFDD576" w14:textId="77777777" w:rsidR="004E3A0B" w:rsidRPr="0028241F" w:rsidRDefault="004E3A0B" w:rsidP="009D1752">
            <w:pPr>
              <w:spacing w:after="0" w:line="240" w:lineRule="auto"/>
              <w:rPr>
                <w:color w:val="auto"/>
                <w:szCs w:val="21"/>
              </w:rPr>
            </w:pPr>
            <w:r w:rsidRPr="0028241F">
              <w:rPr>
                <w:color w:val="auto"/>
                <w:szCs w:val="21"/>
              </w:rPr>
              <w:t>People</w:t>
            </w:r>
          </w:p>
        </w:tc>
        <w:tc>
          <w:tcPr>
            <w:tcW w:w="3544" w:type="dxa"/>
          </w:tcPr>
          <w:p w14:paraId="3DF2F9F7" w14:textId="77777777" w:rsidR="004E3A0B" w:rsidRPr="0028241F" w:rsidRDefault="004E3A0B" w:rsidP="009D1752">
            <w:pPr>
              <w:spacing w:after="0" w:line="240" w:lineRule="auto"/>
              <w:rPr>
                <w:color w:val="auto"/>
                <w:szCs w:val="21"/>
              </w:rPr>
            </w:pPr>
          </w:p>
        </w:tc>
        <w:tc>
          <w:tcPr>
            <w:tcW w:w="1842" w:type="dxa"/>
            <w:tcMar>
              <w:top w:w="85" w:type="dxa"/>
              <w:left w:w="75" w:type="dxa"/>
              <w:bottom w:w="85" w:type="dxa"/>
              <w:right w:w="75" w:type="dxa"/>
            </w:tcMar>
            <w:vAlign w:val="center"/>
          </w:tcPr>
          <w:p w14:paraId="2D6C5A5D" w14:textId="77777777" w:rsidR="004E3A0B" w:rsidRPr="0028241F" w:rsidRDefault="004E3A0B" w:rsidP="009D1752">
            <w:pPr>
              <w:spacing w:after="0" w:line="240" w:lineRule="auto"/>
              <w:rPr>
                <w:color w:val="auto"/>
                <w:szCs w:val="21"/>
              </w:rPr>
            </w:pPr>
          </w:p>
        </w:tc>
      </w:tr>
      <w:tr w:rsidR="004E3A0B" w:rsidRPr="0028241F" w14:paraId="75B8C83C" w14:textId="77777777" w:rsidTr="009B430B">
        <w:trPr>
          <w:cantSplit/>
        </w:trPr>
        <w:tc>
          <w:tcPr>
            <w:tcW w:w="2544" w:type="dxa"/>
            <w:tcMar>
              <w:top w:w="85" w:type="dxa"/>
              <w:left w:w="75" w:type="dxa"/>
              <w:bottom w:w="85" w:type="dxa"/>
              <w:right w:w="75" w:type="dxa"/>
            </w:tcMar>
            <w:vAlign w:val="center"/>
          </w:tcPr>
          <w:p w14:paraId="5CC5C891" w14:textId="77777777" w:rsidR="004E3A0B" w:rsidRPr="0028241F" w:rsidRDefault="004E3A0B" w:rsidP="009D1752">
            <w:pPr>
              <w:spacing w:after="0" w:line="240" w:lineRule="auto"/>
              <w:rPr>
                <w:color w:val="auto"/>
                <w:szCs w:val="21"/>
              </w:rPr>
            </w:pPr>
            <w:r w:rsidRPr="0028241F">
              <w:rPr>
                <w:color w:val="auto"/>
                <w:szCs w:val="21"/>
              </w:rPr>
              <w:t>Participants</w:t>
            </w:r>
          </w:p>
        </w:tc>
        <w:tc>
          <w:tcPr>
            <w:tcW w:w="1701" w:type="dxa"/>
            <w:tcMar>
              <w:top w:w="85" w:type="dxa"/>
              <w:left w:w="75" w:type="dxa"/>
              <w:bottom w:w="85" w:type="dxa"/>
              <w:right w:w="75" w:type="dxa"/>
            </w:tcMar>
            <w:vAlign w:val="center"/>
          </w:tcPr>
          <w:p w14:paraId="2AAC4163" w14:textId="77777777" w:rsidR="004E3A0B" w:rsidRPr="0028241F" w:rsidRDefault="004E3A0B" w:rsidP="009D1752">
            <w:pPr>
              <w:spacing w:after="0" w:line="240" w:lineRule="auto"/>
              <w:rPr>
                <w:color w:val="auto"/>
                <w:szCs w:val="21"/>
              </w:rPr>
            </w:pPr>
            <w:r w:rsidRPr="0028241F">
              <w:rPr>
                <w:color w:val="auto"/>
                <w:szCs w:val="21"/>
              </w:rPr>
              <w:t>People</w:t>
            </w:r>
          </w:p>
        </w:tc>
        <w:tc>
          <w:tcPr>
            <w:tcW w:w="3544" w:type="dxa"/>
          </w:tcPr>
          <w:p w14:paraId="2D553D38" w14:textId="77777777" w:rsidR="004E3A0B" w:rsidRPr="0028241F" w:rsidRDefault="004E3A0B" w:rsidP="009D1752">
            <w:pPr>
              <w:spacing w:after="0" w:line="240" w:lineRule="auto"/>
              <w:rPr>
                <w:color w:val="auto"/>
                <w:szCs w:val="21"/>
              </w:rPr>
            </w:pPr>
          </w:p>
        </w:tc>
        <w:tc>
          <w:tcPr>
            <w:tcW w:w="1842" w:type="dxa"/>
            <w:tcMar>
              <w:top w:w="85" w:type="dxa"/>
              <w:left w:w="75" w:type="dxa"/>
              <w:bottom w:w="85" w:type="dxa"/>
              <w:right w:w="75" w:type="dxa"/>
            </w:tcMar>
            <w:vAlign w:val="center"/>
          </w:tcPr>
          <w:p w14:paraId="3A1A6769" w14:textId="77777777" w:rsidR="004E3A0B" w:rsidRPr="0028241F" w:rsidRDefault="004E3A0B" w:rsidP="009D1752">
            <w:pPr>
              <w:spacing w:after="0" w:line="240" w:lineRule="auto"/>
              <w:rPr>
                <w:color w:val="auto"/>
                <w:szCs w:val="21"/>
              </w:rPr>
            </w:pPr>
          </w:p>
        </w:tc>
      </w:tr>
      <w:tr w:rsidR="004E3A0B" w:rsidRPr="0028241F" w14:paraId="78B145C4" w14:textId="77777777" w:rsidTr="009B430B">
        <w:trPr>
          <w:cantSplit/>
        </w:trPr>
        <w:tc>
          <w:tcPr>
            <w:tcW w:w="2544" w:type="dxa"/>
            <w:tcMar>
              <w:top w:w="85" w:type="dxa"/>
              <w:left w:w="75" w:type="dxa"/>
              <w:bottom w:w="85" w:type="dxa"/>
              <w:right w:w="75" w:type="dxa"/>
            </w:tcMar>
            <w:vAlign w:val="center"/>
          </w:tcPr>
          <w:p w14:paraId="4CE68C4C" w14:textId="77777777" w:rsidR="004E3A0B" w:rsidRPr="0028241F" w:rsidRDefault="004E3A0B" w:rsidP="009D1752">
            <w:pPr>
              <w:spacing w:after="0" w:line="240" w:lineRule="auto"/>
              <w:rPr>
                <w:color w:val="auto"/>
                <w:szCs w:val="21"/>
              </w:rPr>
            </w:pPr>
            <w:r w:rsidRPr="0028241F">
              <w:rPr>
                <w:color w:val="auto"/>
                <w:szCs w:val="21"/>
              </w:rPr>
              <w:t>Live audiences or visitors</w:t>
            </w:r>
          </w:p>
        </w:tc>
        <w:tc>
          <w:tcPr>
            <w:tcW w:w="1701" w:type="dxa"/>
            <w:tcMar>
              <w:top w:w="85" w:type="dxa"/>
              <w:left w:w="75" w:type="dxa"/>
              <w:bottom w:w="85" w:type="dxa"/>
              <w:right w:w="75" w:type="dxa"/>
            </w:tcMar>
            <w:vAlign w:val="center"/>
          </w:tcPr>
          <w:p w14:paraId="43A12C08" w14:textId="77777777" w:rsidR="004E3A0B" w:rsidRPr="0028241F" w:rsidRDefault="004E3A0B" w:rsidP="009D1752">
            <w:pPr>
              <w:spacing w:after="0" w:line="240" w:lineRule="auto"/>
              <w:rPr>
                <w:color w:val="auto"/>
                <w:szCs w:val="21"/>
              </w:rPr>
            </w:pPr>
            <w:r w:rsidRPr="0028241F">
              <w:rPr>
                <w:color w:val="auto"/>
                <w:szCs w:val="21"/>
              </w:rPr>
              <w:t>Attendances</w:t>
            </w:r>
          </w:p>
        </w:tc>
        <w:tc>
          <w:tcPr>
            <w:tcW w:w="3544" w:type="dxa"/>
          </w:tcPr>
          <w:p w14:paraId="19230261" w14:textId="77777777" w:rsidR="004E3A0B" w:rsidRPr="0028241F" w:rsidRDefault="004E3A0B" w:rsidP="009D1752">
            <w:pPr>
              <w:spacing w:after="0" w:line="240" w:lineRule="auto"/>
              <w:rPr>
                <w:color w:val="auto"/>
                <w:szCs w:val="21"/>
              </w:rPr>
            </w:pPr>
          </w:p>
        </w:tc>
        <w:tc>
          <w:tcPr>
            <w:tcW w:w="1842" w:type="dxa"/>
            <w:tcMar>
              <w:top w:w="85" w:type="dxa"/>
              <w:left w:w="75" w:type="dxa"/>
              <w:bottom w:w="85" w:type="dxa"/>
              <w:right w:w="75" w:type="dxa"/>
            </w:tcMar>
            <w:vAlign w:val="center"/>
          </w:tcPr>
          <w:p w14:paraId="6F1F040C" w14:textId="77777777" w:rsidR="004E3A0B" w:rsidRPr="0028241F" w:rsidRDefault="004E3A0B" w:rsidP="009D1752">
            <w:pPr>
              <w:spacing w:after="0" w:line="240" w:lineRule="auto"/>
              <w:rPr>
                <w:color w:val="auto"/>
                <w:szCs w:val="21"/>
              </w:rPr>
            </w:pPr>
          </w:p>
        </w:tc>
      </w:tr>
      <w:tr w:rsidR="004E3A0B" w:rsidRPr="0028241F" w14:paraId="21B56FB2" w14:textId="77777777" w:rsidTr="009B430B">
        <w:trPr>
          <w:cantSplit/>
        </w:trPr>
        <w:tc>
          <w:tcPr>
            <w:tcW w:w="2544" w:type="dxa"/>
            <w:tcMar>
              <w:top w:w="85" w:type="dxa"/>
              <w:left w:w="75" w:type="dxa"/>
              <w:bottom w:w="85" w:type="dxa"/>
              <w:right w:w="75" w:type="dxa"/>
            </w:tcMar>
            <w:vAlign w:val="center"/>
          </w:tcPr>
          <w:p w14:paraId="43CE6B9C" w14:textId="77777777" w:rsidR="004E3A0B" w:rsidRPr="0028241F" w:rsidRDefault="004E3A0B" w:rsidP="009D1752">
            <w:pPr>
              <w:spacing w:after="0" w:line="240" w:lineRule="auto"/>
              <w:rPr>
                <w:color w:val="auto"/>
                <w:szCs w:val="21"/>
              </w:rPr>
            </w:pPr>
            <w:r w:rsidRPr="0028241F">
              <w:rPr>
                <w:color w:val="auto"/>
                <w:szCs w:val="21"/>
              </w:rPr>
              <w:t>Broadcast or online audiences</w:t>
            </w:r>
          </w:p>
        </w:tc>
        <w:tc>
          <w:tcPr>
            <w:tcW w:w="1701" w:type="dxa"/>
            <w:tcMar>
              <w:top w:w="85" w:type="dxa"/>
              <w:left w:w="75" w:type="dxa"/>
              <w:bottom w:w="85" w:type="dxa"/>
              <w:right w:w="75" w:type="dxa"/>
            </w:tcMar>
            <w:vAlign w:val="center"/>
          </w:tcPr>
          <w:p w14:paraId="61031FCE" w14:textId="77777777" w:rsidR="004E3A0B" w:rsidRPr="0028241F" w:rsidRDefault="004E3A0B" w:rsidP="009D1752">
            <w:pPr>
              <w:spacing w:after="0" w:line="240" w:lineRule="auto"/>
              <w:rPr>
                <w:color w:val="auto"/>
                <w:szCs w:val="21"/>
              </w:rPr>
            </w:pPr>
            <w:r w:rsidRPr="0028241F">
              <w:rPr>
                <w:color w:val="auto"/>
                <w:szCs w:val="21"/>
              </w:rPr>
              <w:t>Meaningful engagements</w:t>
            </w:r>
          </w:p>
        </w:tc>
        <w:tc>
          <w:tcPr>
            <w:tcW w:w="3544" w:type="dxa"/>
          </w:tcPr>
          <w:p w14:paraId="4FE7FD66" w14:textId="77777777" w:rsidR="004E3A0B" w:rsidRPr="0028241F" w:rsidRDefault="004E3A0B" w:rsidP="009D1752">
            <w:pPr>
              <w:spacing w:after="0" w:line="240" w:lineRule="auto"/>
              <w:rPr>
                <w:color w:val="auto"/>
                <w:szCs w:val="21"/>
              </w:rPr>
            </w:pPr>
          </w:p>
        </w:tc>
        <w:tc>
          <w:tcPr>
            <w:tcW w:w="1842" w:type="dxa"/>
            <w:tcMar>
              <w:top w:w="85" w:type="dxa"/>
              <w:left w:w="75" w:type="dxa"/>
              <w:bottom w:w="85" w:type="dxa"/>
              <w:right w:w="75" w:type="dxa"/>
            </w:tcMar>
            <w:vAlign w:val="center"/>
          </w:tcPr>
          <w:p w14:paraId="11F10A8C" w14:textId="77777777" w:rsidR="004E3A0B" w:rsidRPr="0028241F" w:rsidRDefault="004E3A0B" w:rsidP="009D1752">
            <w:pPr>
              <w:spacing w:after="0" w:line="240" w:lineRule="auto"/>
              <w:rPr>
                <w:color w:val="auto"/>
                <w:szCs w:val="21"/>
              </w:rPr>
            </w:pPr>
          </w:p>
        </w:tc>
      </w:tr>
      <w:tr w:rsidR="004E3A0B" w:rsidRPr="0028241F" w14:paraId="13D826BB" w14:textId="77777777" w:rsidTr="009B430B">
        <w:trPr>
          <w:cantSplit/>
        </w:trPr>
        <w:tc>
          <w:tcPr>
            <w:tcW w:w="2544" w:type="dxa"/>
            <w:tcMar>
              <w:top w:w="85" w:type="dxa"/>
              <w:left w:w="75" w:type="dxa"/>
              <w:bottom w:w="85" w:type="dxa"/>
              <w:right w:w="75" w:type="dxa"/>
            </w:tcMar>
            <w:vAlign w:val="center"/>
          </w:tcPr>
          <w:p w14:paraId="488ABED4" w14:textId="77777777" w:rsidR="004E3A0B" w:rsidRPr="0028241F" w:rsidRDefault="004E3A0B" w:rsidP="009D1752">
            <w:pPr>
              <w:spacing w:after="0" w:line="240" w:lineRule="auto"/>
              <w:rPr>
                <w:color w:val="auto"/>
                <w:szCs w:val="21"/>
              </w:rPr>
            </w:pPr>
            <w:r w:rsidRPr="0028241F">
              <w:rPr>
                <w:color w:val="auto"/>
                <w:szCs w:val="21"/>
              </w:rPr>
              <w:t>Volunteers</w:t>
            </w:r>
          </w:p>
        </w:tc>
        <w:tc>
          <w:tcPr>
            <w:tcW w:w="1701" w:type="dxa"/>
            <w:tcMar>
              <w:top w:w="85" w:type="dxa"/>
              <w:left w:w="75" w:type="dxa"/>
              <w:bottom w:w="85" w:type="dxa"/>
              <w:right w:w="75" w:type="dxa"/>
            </w:tcMar>
            <w:vAlign w:val="center"/>
          </w:tcPr>
          <w:p w14:paraId="0DC7A994" w14:textId="77777777" w:rsidR="004E3A0B" w:rsidRPr="0028241F" w:rsidRDefault="004E3A0B" w:rsidP="009D1752">
            <w:pPr>
              <w:spacing w:after="0" w:line="240" w:lineRule="auto"/>
              <w:rPr>
                <w:color w:val="auto"/>
                <w:szCs w:val="21"/>
              </w:rPr>
            </w:pPr>
            <w:r w:rsidRPr="0028241F">
              <w:rPr>
                <w:color w:val="auto"/>
                <w:szCs w:val="21"/>
              </w:rPr>
              <w:t>People</w:t>
            </w:r>
          </w:p>
        </w:tc>
        <w:tc>
          <w:tcPr>
            <w:tcW w:w="3544" w:type="dxa"/>
          </w:tcPr>
          <w:p w14:paraId="3FC14F15" w14:textId="77777777" w:rsidR="004E3A0B" w:rsidRPr="0028241F" w:rsidRDefault="004E3A0B" w:rsidP="009D1752">
            <w:pPr>
              <w:spacing w:after="0" w:line="240" w:lineRule="auto"/>
              <w:rPr>
                <w:color w:val="auto"/>
                <w:szCs w:val="21"/>
              </w:rPr>
            </w:pPr>
          </w:p>
        </w:tc>
        <w:tc>
          <w:tcPr>
            <w:tcW w:w="1842" w:type="dxa"/>
            <w:tcMar>
              <w:top w:w="85" w:type="dxa"/>
              <w:left w:w="75" w:type="dxa"/>
              <w:bottom w:w="85" w:type="dxa"/>
              <w:right w:w="75" w:type="dxa"/>
            </w:tcMar>
            <w:vAlign w:val="center"/>
          </w:tcPr>
          <w:p w14:paraId="7603BAEF" w14:textId="77777777" w:rsidR="004E3A0B" w:rsidRPr="0028241F" w:rsidRDefault="004E3A0B" w:rsidP="009D1752">
            <w:pPr>
              <w:spacing w:after="0" w:line="240" w:lineRule="auto"/>
              <w:rPr>
                <w:color w:val="auto"/>
                <w:szCs w:val="21"/>
              </w:rPr>
            </w:pPr>
          </w:p>
        </w:tc>
      </w:tr>
      <w:tr w:rsidR="004E3A0B" w:rsidRPr="0028241F" w14:paraId="65EB9661" w14:textId="77777777" w:rsidTr="009B430B">
        <w:trPr>
          <w:cantSplit/>
        </w:trPr>
        <w:tc>
          <w:tcPr>
            <w:tcW w:w="2544" w:type="dxa"/>
            <w:tcMar>
              <w:top w:w="85" w:type="dxa"/>
              <w:left w:w="75" w:type="dxa"/>
              <w:bottom w:w="85" w:type="dxa"/>
              <w:right w:w="75" w:type="dxa"/>
            </w:tcMar>
            <w:vAlign w:val="center"/>
          </w:tcPr>
          <w:p w14:paraId="66529EC9" w14:textId="77777777" w:rsidR="004E3A0B" w:rsidRPr="0028241F" w:rsidRDefault="004E3A0B" w:rsidP="009D1752">
            <w:pPr>
              <w:spacing w:after="0" w:line="240" w:lineRule="auto"/>
              <w:rPr>
                <w:color w:val="auto"/>
                <w:szCs w:val="21"/>
              </w:rPr>
            </w:pPr>
            <w:r w:rsidRPr="0028241F">
              <w:rPr>
                <w:color w:val="auto"/>
                <w:szCs w:val="21"/>
              </w:rPr>
              <w:t>Volunteering Hours</w:t>
            </w:r>
          </w:p>
        </w:tc>
        <w:tc>
          <w:tcPr>
            <w:tcW w:w="1701" w:type="dxa"/>
            <w:tcMar>
              <w:top w:w="85" w:type="dxa"/>
              <w:left w:w="75" w:type="dxa"/>
              <w:bottom w:w="85" w:type="dxa"/>
              <w:right w:w="75" w:type="dxa"/>
            </w:tcMar>
            <w:vAlign w:val="center"/>
          </w:tcPr>
          <w:p w14:paraId="0AA27078" w14:textId="77777777" w:rsidR="004E3A0B" w:rsidRPr="0028241F" w:rsidRDefault="004E3A0B" w:rsidP="009D1752">
            <w:pPr>
              <w:spacing w:after="0" w:line="240" w:lineRule="auto"/>
              <w:rPr>
                <w:color w:val="auto"/>
                <w:szCs w:val="21"/>
              </w:rPr>
            </w:pPr>
            <w:r w:rsidRPr="0028241F">
              <w:rPr>
                <w:color w:val="auto"/>
                <w:szCs w:val="21"/>
              </w:rPr>
              <w:t>Number</w:t>
            </w:r>
          </w:p>
        </w:tc>
        <w:tc>
          <w:tcPr>
            <w:tcW w:w="3544" w:type="dxa"/>
          </w:tcPr>
          <w:p w14:paraId="14C17135" w14:textId="77777777" w:rsidR="004E3A0B" w:rsidRPr="0028241F" w:rsidRDefault="004E3A0B" w:rsidP="009D1752">
            <w:pPr>
              <w:spacing w:after="0" w:line="240" w:lineRule="auto"/>
              <w:rPr>
                <w:color w:val="auto"/>
                <w:szCs w:val="21"/>
              </w:rPr>
            </w:pPr>
          </w:p>
        </w:tc>
        <w:tc>
          <w:tcPr>
            <w:tcW w:w="1842" w:type="dxa"/>
            <w:tcMar>
              <w:top w:w="85" w:type="dxa"/>
              <w:left w:w="75" w:type="dxa"/>
              <w:bottom w:w="85" w:type="dxa"/>
              <w:right w:w="75" w:type="dxa"/>
            </w:tcMar>
            <w:vAlign w:val="center"/>
          </w:tcPr>
          <w:p w14:paraId="5C20A7EA" w14:textId="77777777" w:rsidR="004E3A0B" w:rsidRPr="0028241F" w:rsidRDefault="004E3A0B" w:rsidP="009D1752">
            <w:pPr>
              <w:spacing w:after="0" w:line="240" w:lineRule="auto"/>
              <w:rPr>
                <w:color w:val="auto"/>
                <w:szCs w:val="21"/>
              </w:rPr>
            </w:pPr>
          </w:p>
        </w:tc>
      </w:tr>
      <w:tr w:rsidR="004E3A0B" w:rsidRPr="0028241F" w14:paraId="6BC7C9E5" w14:textId="77777777" w:rsidTr="009B430B">
        <w:trPr>
          <w:cantSplit/>
        </w:trPr>
        <w:tc>
          <w:tcPr>
            <w:tcW w:w="2544" w:type="dxa"/>
            <w:tcMar>
              <w:top w:w="85" w:type="dxa"/>
              <w:left w:w="75" w:type="dxa"/>
              <w:bottom w:w="85" w:type="dxa"/>
              <w:right w:w="75" w:type="dxa"/>
            </w:tcMar>
            <w:vAlign w:val="center"/>
          </w:tcPr>
          <w:p w14:paraId="19F4FF47" w14:textId="77777777" w:rsidR="004E3A0B" w:rsidRPr="0028241F" w:rsidRDefault="004E3A0B" w:rsidP="009D1752">
            <w:pPr>
              <w:spacing w:after="0" w:line="240" w:lineRule="auto"/>
              <w:rPr>
                <w:color w:val="auto"/>
                <w:szCs w:val="21"/>
              </w:rPr>
            </w:pPr>
            <w:r w:rsidRPr="0028241F">
              <w:rPr>
                <w:color w:val="auto"/>
                <w:szCs w:val="21"/>
              </w:rPr>
              <w:t>New cultural activities, products or commissions</w:t>
            </w:r>
          </w:p>
        </w:tc>
        <w:tc>
          <w:tcPr>
            <w:tcW w:w="1701" w:type="dxa"/>
            <w:tcMar>
              <w:top w:w="85" w:type="dxa"/>
              <w:left w:w="75" w:type="dxa"/>
              <w:bottom w:w="85" w:type="dxa"/>
              <w:right w:w="75" w:type="dxa"/>
            </w:tcMar>
            <w:vAlign w:val="center"/>
          </w:tcPr>
          <w:p w14:paraId="66F1F9D1" w14:textId="77777777" w:rsidR="004E3A0B" w:rsidRPr="0028241F" w:rsidRDefault="004E3A0B" w:rsidP="009D1752">
            <w:pPr>
              <w:spacing w:after="0" w:line="240" w:lineRule="auto"/>
              <w:rPr>
                <w:color w:val="auto"/>
                <w:szCs w:val="21"/>
              </w:rPr>
            </w:pPr>
            <w:r w:rsidRPr="0028241F">
              <w:rPr>
                <w:color w:val="auto"/>
                <w:szCs w:val="21"/>
              </w:rPr>
              <w:t>Number</w:t>
            </w:r>
          </w:p>
        </w:tc>
        <w:tc>
          <w:tcPr>
            <w:tcW w:w="3544" w:type="dxa"/>
          </w:tcPr>
          <w:p w14:paraId="6C09BB83" w14:textId="77777777" w:rsidR="004E3A0B" w:rsidRPr="0028241F" w:rsidRDefault="004E3A0B" w:rsidP="009D1752">
            <w:pPr>
              <w:spacing w:after="0" w:line="240" w:lineRule="auto"/>
              <w:rPr>
                <w:color w:val="auto"/>
                <w:szCs w:val="21"/>
              </w:rPr>
            </w:pPr>
          </w:p>
        </w:tc>
        <w:tc>
          <w:tcPr>
            <w:tcW w:w="1842" w:type="dxa"/>
            <w:tcMar>
              <w:top w:w="85" w:type="dxa"/>
              <w:left w:w="75" w:type="dxa"/>
              <w:bottom w:w="85" w:type="dxa"/>
              <w:right w:w="75" w:type="dxa"/>
            </w:tcMar>
            <w:vAlign w:val="center"/>
          </w:tcPr>
          <w:p w14:paraId="4C6B82B5" w14:textId="77777777" w:rsidR="004E3A0B" w:rsidRPr="0028241F" w:rsidRDefault="004E3A0B" w:rsidP="009D1752">
            <w:pPr>
              <w:spacing w:after="0" w:line="240" w:lineRule="auto"/>
              <w:rPr>
                <w:color w:val="auto"/>
                <w:szCs w:val="21"/>
              </w:rPr>
            </w:pPr>
          </w:p>
        </w:tc>
      </w:tr>
      <w:tr w:rsidR="004E3A0B" w:rsidRPr="0028241F" w14:paraId="773D21ED" w14:textId="77777777" w:rsidTr="009B430B">
        <w:trPr>
          <w:cantSplit/>
        </w:trPr>
        <w:tc>
          <w:tcPr>
            <w:tcW w:w="2544" w:type="dxa"/>
            <w:tcMar>
              <w:top w:w="85" w:type="dxa"/>
              <w:left w:w="75" w:type="dxa"/>
              <w:bottom w:w="85" w:type="dxa"/>
              <w:right w:w="75" w:type="dxa"/>
            </w:tcMar>
            <w:vAlign w:val="center"/>
          </w:tcPr>
          <w:p w14:paraId="6A994203" w14:textId="77777777" w:rsidR="004E3A0B" w:rsidRPr="0028241F" w:rsidRDefault="004E3A0B" w:rsidP="009D1752">
            <w:pPr>
              <w:spacing w:after="0" w:line="240" w:lineRule="auto"/>
              <w:rPr>
                <w:color w:val="auto"/>
                <w:szCs w:val="21"/>
              </w:rPr>
            </w:pPr>
            <w:r w:rsidRPr="0028241F">
              <w:rPr>
                <w:color w:val="auto"/>
                <w:szCs w:val="21"/>
              </w:rPr>
              <w:t>Existing employee posts supported or sustained</w:t>
            </w:r>
          </w:p>
        </w:tc>
        <w:tc>
          <w:tcPr>
            <w:tcW w:w="1701" w:type="dxa"/>
            <w:tcMar>
              <w:top w:w="85" w:type="dxa"/>
              <w:left w:w="75" w:type="dxa"/>
              <w:bottom w:w="85" w:type="dxa"/>
              <w:right w:w="75" w:type="dxa"/>
            </w:tcMar>
            <w:vAlign w:val="center"/>
          </w:tcPr>
          <w:p w14:paraId="1486559E" w14:textId="77777777" w:rsidR="004E3A0B" w:rsidRPr="0028241F" w:rsidRDefault="004E3A0B" w:rsidP="009D1752">
            <w:pPr>
              <w:spacing w:after="0" w:line="240" w:lineRule="auto"/>
              <w:rPr>
                <w:color w:val="auto"/>
                <w:szCs w:val="21"/>
              </w:rPr>
            </w:pPr>
            <w:r w:rsidRPr="0028241F">
              <w:rPr>
                <w:color w:val="auto"/>
                <w:szCs w:val="21"/>
              </w:rPr>
              <w:t>Number</w:t>
            </w:r>
          </w:p>
        </w:tc>
        <w:tc>
          <w:tcPr>
            <w:tcW w:w="3544" w:type="dxa"/>
          </w:tcPr>
          <w:p w14:paraId="008F50CA" w14:textId="77777777" w:rsidR="004E3A0B" w:rsidRPr="0028241F" w:rsidRDefault="004E3A0B" w:rsidP="009D1752">
            <w:pPr>
              <w:spacing w:after="0" w:line="240" w:lineRule="auto"/>
              <w:rPr>
                <w:color w:val="auto"/>
                <w:szCs w:val="21"/>
              </w:rPr>
            </w:pPr>
          </w:p>
        </w:tc>
        <w:tc>
          <w:tcPr>
            <w:tcW w:w="1842" w:type="dxa"/>
            <w:tcMar>
              <w:top w:w="85" w:type="dxa"/>
              <w:left w:w="75" w:type="dxa"/>
              <w:bottom w:w="85" w:type="dxa"/>
              <w:right w:w="75" w:type="dxa"/>
            </w:tcMar>
            <w:vAlign w:val="center"/>
          </w:tcPr>
          <w:p w14:paraId="151B0650" w14:textId="77777777" w:rsidR="004E3A0B" w:rsidRPr="0028241F" w:rsidRDefault="004E3A0B" w:rsidP="009D1752">
            <w:pPr>
              <w:spacing w:after="0" w:line="240" w:lineRule="auto"/>
              <w:rPr>
                <w:color w:val="auto"/>
                <w:szCs w:val="21"/>
              </w:rPr>
            </w:pPr>
          </w:p>
        </w:tc>
      </w:tr>
      <w:tr w:rsidR="004E3A0B" w:rsidRPr="0028241F" w14:paraId="5606F527" w14:textId="77777777" w:rsidTr="009B430B">
        <w:trPr>
          <w:cantSplit/>
        </w:trPr>
        <w:tc>
          <w:tcPr>
            <w:tcW w:w="2544" w:type="dxa"/>
            <w:tcMar>
              <w:top w:w="85" w:type="dxa"/>
              <w:left w:w="75" w:type="dxa"/>
              <w:bottom w:w="85" w:type="dxa"/>
              <w:right w:w="75" w:type="dxa"/>
            </w:tcMar>
            <w:vAlign w:val="center"/>
          </w:tcPr>
          <w:p w14:paraId="7F4B6BB8" w14:textId="77777777" w:rsidR="004E3A0B" w:rsidRPr="0028241F" w:rsidRDefault="004E3A0B" w:rsidP="009D1752">
            <w:pPr>
              <w:spacing w:after="0" w:line="240" w:lineRule="auto"/>
              <w:rPr>
                <w:color w:val="auto"/>
                <w:szCs w:val="21"/>
              </w:rPr>
            </w:pPr>
            <w:r w:rsidRPr="0028241F">
              <w:rPr>
                <w:color w:val="auto"/>
                <w:szCs w:val="21"/>
              </w:rPr>
              <w:t>New employee posts created</w:t>
            </w:r>
          </w:p>
        </w:tc>
        <w:tc>
          <w:tcPr>
            <w:tcW w:w="1701" w:type="dxa"/>
            <w:tcMar>
              <w:top w:w="85" w:type="dxa"/>
              <w:left w:w="75" w:type="dxa"/>
              <w:bottom w:w="85" w:type="dxa"/>
              <w:right w:w="75" w:type="dxa"/>
            </w:tcMar>
            <w:vAlign w:val="center"/>
          </w:tcPr>
          <w:p w14:paraId="0B705DF8" w14:textId="77777777" w:rsidR="004E3A0B" w:rsidRPr="0028241F" w:rsidRDefault="004E3A0B" w:rsidP="009D1752">
            <w:pPr>
              <w:spacing w:after="0" w:line="240" w:lineRule="auto"/>
              <w:rPr>
                <w:color w:val="auto"/>
                <w:szCs w:val="21"/>
              </w:rPr>
            </w:pPr>
            <w:r w:rsidRPr="0028241F">
              <w:rPr>
                <w:color w:val="auto"/>
                <w:szCs w:val="21"/>
              </w:rPr>
              <w:t>Number</w:t>
            </w:r>
          </w:p>
        </w:tc>
        <w:tc>
          <w:tcPr>
            <w:tcW w:w="3544" w:type="dxa"/>
          </w:tcPr>
          <w:p w14:paraId="70D1AAC3" w14:textId="77777777" w:rsidR="004E3A0B" w:rsidRPr="0028241F" w:rsidRDefault="004E3A0B" w:rsidP="009D1752">
            <w:pPr>
              <w:spacing w:after="0" w:line="240" w:lineRule="auto"/>
              <w:rPr>
                <w:color w:val="auto"/>
                <w:szCs w:val="21"/>
              </w:rPr>
            </w:pPr>
          </w:p>
        </w:tc>
        <w:tc>
          <w:tcPr>
            <w:tcW w:w="1842" w:type="dxa"/>
            <w:tcMar>
              <w:top w:w="85" w:type="dxa"/>
              <w:left w:w="75" w:type="dxa"/>
              <w:bottom w:w="85" w:type="dxa"/>
              <w:right w:w="75" w:type="dxa"/>
            </w:tcMar>
            <w:vAlign w:val="center"/>
          </w:tcPr>
          <w:p w14:paraId="3690F978" w14:textId="77777777" w:rsidR="004E3A0B" w:rsidRPr="0028241F" w:rsidRDefault="004E3A0B" w:rsidP="009D1752">
            <w:pPr>
              <w:spacing w:after="0" w:line="240" w:lineRule="auto"/>
              <w:rPr>
                <w:color w:val="auto"/>
                <w:szCs w:val="21"/>
              </w:rPr>
            </w:pPr>
          </w:p>
        </w:tc>
      </w:tr>
      <w:tr w:rsidR="004E3A0B" w:rsidRPr="0028241F" w14:paraId="7AF2BE4E" w14:textId="77777777" w:rsidTr="009B430B">
        <w:trPr>
          <w:cantSplit/>
        </w:trPr>
        <w:tc>
          <w:tcPr>
            <w:tcW w:w="2544" w:type="dxa"/>
            <w:tcMar>
              <w:top w:w="85" w:type="dxa"/>
              <w:left w:w="75" w:type="dxa"/>
              <w:bottom w:w="85" w:type="dxa"/>
              <w:right w:w="75" w:type="dxa"/>
            </w:tcMar>
            <w:vAlign w:val="center"/>
          </w:tcPr>
          <w:p w14:paraId="63F7B913" w14:textId="77777777" w:rsidR="004E3A0B" w:rsidRPr="0028241F" w:rsidRDefault="004E3A0B" w:rsidP="009D1752">
            <w:pPr>
              <w:spacing w:after="0" w:line="240" w:lineRule="auto"/>
              <w:rPr>
                <w:color w:val="auto"/>
                <w:szCs w:val="21"/>
              </w:rPr>
            </w:pPr>
            <w:r w:rsidRPr="0028241F">
              <w:rPr>
                <w:color w:val="auto"/>
                <w:szCs w:val="21"/>
              </w:rPr>
              <w:lastRenderedPageBreak/>
              <w:t>Apprenticeships or paid placements created</w:t>
            </w:r>
          </w:p>
        </w:tc>
        <w:tc>
          <w:tcPr>
            <w:tcW w:w="1701" w:type="dxa"/>
            <w:tcMar>
              <w:top w:w="85" w:type="dxa"/>
              <w:left w:w="75" w:type="dxa"/>
              <w:bottom w:w="85" w:type="dxa"/>
              <w:right w:w="75" w:type="dxa"/>
            </w:tcMar>
            <w:vAlign w:val="center"/>
          </w:tcPr>
          <w:p w14:paraId="3183FAED" w14:textId="77777777" w:rsidR="004E3A0B" w:rsidRPr="0028241F" w:rsidRDefault="004E3A0B" w:rsidP="009D1752">
            <w:pPr>
              <w:spacing w:after="0" w:line="240" w:lineRule="auto"/>
              <w:rPr>
                <w:color w:val="auto"/>
                <w:szCs w:val="21"/>
              </w:rPr>
            </w:pPr>
            <w:r w:rsidRPr="0028241F">
              <w:rPr>
                <w:color w:val="auto"/>
                <w:szCs w:val="21"/>
              </w:rPr>
              <w:t>Number</w:t>
            </w:r>
          </w:p>
        </w:tc>
        <w:tc>
          <w:tcPr>
            <w:tcW w:w="3544" w:type="dxa"/>
          </w:tcPr>
          <w:p w14:paraId="2F3E1497" w14:textId="77777777" w:rsidR="004E3A0B" w:rsidRPr="0028241F" w:rsidRDefault="004E3A0B" w:rsidP="009D1752">
            <w:pPr>
              <w:spacing w:after="0" w:line="240" w:lineRule="auto"/>
              <w:rPr>
                <w:color w:val="auto"/>
                <w:szCs w:val="21"/>
              </w:rPr>
            </w:pPr>
          </w:p>
        </w:tc>
        <w:tc>
          <w:tcPr>
            <w:tcW w:w="1842" w:type="dxa"/>
            <w:tcMar>
              <w:top w:w="85" w:type="dxa"/>
              <w:left w:w="75" w:type="dxa"/>
              <w:bottom w:w="85" w:type="dxa"/>
              <w:right w:w="75" w:type="dxa"/>
            </w:tcMar>
            <w:vAlign w:val="center"/>
          </w:tcPr>
          <w:p w14:paraId="7BA8AB0F" w14:textId="77777777" w:rsidR="004E3A0B" w:rsidRPr="0028241F" w:rsidRDefault="004E3A0B" w:rsidP="009D1752">
            <w:pPr>
              <w:spacing w:after="0" w:line="240" w:lineRule="auto"/>
              <w:rPr>
                <w:color w:val="auto"/>
                <w:szCs w:val="21"/>
              </w:rPr>
            </w:pPr>
          </w:p>
        </w:tc>
      </w:tr>
      <w:tr w:rsidR="004E3A0B" w:rsidRPr="0028241F" w14:paraId="574F7495" w14:textId="77777777" w:rsidTr="009B430B">
        <w:trPr>
          <w:cantSplit/>
        </w:trPr>
        <w:tc>
          <w:tcPr>
            <w:tcW w:w="2544" w:type="dxa"/>
            <w:tcMar>
              <w:top w:w="85" w:type="dxa"/>
              <w:left w:w="75" w:type="dxa"/>
              <w:bottom w:w="85" w:type="dxa"/>
              <w:right w:w="75" w:type="dxa"/>
            </w:tcMar>
            <w:vAlign w:val="center"/>
          </w:tcPr>
          <w:p w14:paraId="4D7B9F29" w14:textId="77777777" w:rsidR="004E3A0B" w:rsidRPr="0028241F" w:rsidRDefault="004E3A0B" w:rsidP="009D1752">
            <w:pPr>
              <w:spacing w:after="0" w:line="240" w:lineRule="auto"/>
              <w:rPr>
                <w:color w:val="auto"/>
                <w:szCs w:val="21"/>
              </w:rPr>
            </w:pPr>
            <w:r w:rsidRPr="0028241F">
              <w:rPr>
                <w:color w:val="auto"/>
                <w:szCs w:val="21"/>
              </w:rPr>
              <w:t>Freelance artist, practitioner and creative or technical employment</w:t>
            </w:r>
          </w:p>
        </w:tc>
        <w:tc>
          <w:tcPr>
            <w:tcW w:w="1701" w:type="dxa"/>
            <w:tcMar>
              <w:top w:w="85" w:type="dxa"/>
              <w:left w:w="75" w:type="dxa"/>
              <w:bottom w:w="85" w:type="dxa"/>
              <w:right w:w="75" w:type="dxa"/>
            </w:tcMar>
            <w:vAlign w:val="center"/>
          </w:tcPr>
          <w:p w14:paraId="1A95C63B" w14:textId="77777777" w:rsidR="004E3A0B" w:rsidRPr="0028241F" w:rsidRDefault="004E3A0B" w:rsidP="009D1752">
            <w:pPr>
              <w:spacing w:after="0" w:line="240" w:lineRule="auto"/>
              <w:rPr>
                <w:color w:val="auto"/>
                <w:szCs w:val="21"/>
              </w:rPr>
            </w:pPr>
            <w:r w:rsidRPr="0028241F">
              <w:rPr>
                <w:color w:val="auto"/>
                <w:szCs w:val="21"/>
              </w:rPr>
              <w:t>Paid days</w:t>
            </w:r>
          </w:p>
        </w:tc>
        <w:tc>
          <w:tcPr>
            <w:tcW w:w="3544" w:type="dxa"/>
          </w:tcPr>
          <w:p w14:paraId="7EE29335" w14:textId="77777777" w:rsidR="004E3A0B" w:rsidRPr="0028241F" w:rsidRDefault="004E3A0B" w:rsidP="009D1752">
            <w:pPr>
              <w:spacing w:after="0" w:line="240" w:lineRule="auto"/>
              <w:rPr>
                <w:color w:val="auto"/>
                <w:szCs w:val="21"/>
              </w:rPr>
            </w:pPr>
          </w:p>
        </w:tc>
        <w:tc>
          <w:tcPr>
            <w:tcW w:w="1842" w:type="dxa"/>
            <w:tcMar>
              <w:top w:w="85" w:type="dxa"/>
              <w:left w:w="75" w:type="dxa"/>
              <w:bottom w:w="85" w:type="dxa"/>
              <w:right w:w="75" w:type="dxa"/>
            </w:tcMar>
            <w:vAlign w:val="center"/>
          </w:tcPr>
          <w:p w14:paraId="553646EC" w14:textId="77777777" w:rsidR="004E3A0B" w:rsidRPr="0028241F" w:rsidRDefault="004E3A0B" w:rsidP="009D1752">
            <w:pPr>
              <w:spacing w:after="0" w:line="240" w:lineRule="auto"/>
              <w:rPr>
                <w:color w:val="auto"/>
                <w:szCs w:val="21"/>
              </w:rPr>
            </w:pPr>
          </w:p>
        </w:tc>
      </w:tr>
      <w:tr w:rsidR="004E3A0B" w:rsidRPr="0028241F" w14:paraId="3CD900A0" w14:textId="77777777" w:rsidTr="009B430B">
        <w:trPr>
          <w:cantSplit/>
        </w:trPr>
        <w:tc>
          <w:tcPr>
            <w:tcW w:w="2544" w:type="dxa"/>
            <w:tcMar>
              <w:top w:w="85" w:type="dxa"/>
              <w:left w:w="75" w:type="dxa"/>
              <w:bottom w:w="85" w:type="dxa"/>
              <w:right w:w="75" w:type="dxa"/>
            </w:tcMar>
            <w:vAlign w:val="center"/>
          </w:tcPr>
          <w:p w14:paraId="1E385A70" w14:textId="77777777" w:rsidR="004E3A0B" w:rsidRPr="0028241F" w:rsidRDefault="004E3A0B" w:rsidP="009D1752">
            <w:pPr>
              <w:spacing w:after="0" w:line="240" w:lineRule="auto"/>
              <w:rPr>
                <w:color w:val="auto"/>
                <w:szCs w:val="21"/>
              </w:rPr>
            </w:pPr>
            <w:r w:rsidRPr="0028241F">
              <w:rPr>
                <w:color w:val="auto"/>
                <w:szCs w:val="21"/>
              </w:rPr>
              <w:t xml:space="preserve">Performances, </w:t>
            </w:r>
            <w:proofErr w:type="gramStart"/>
            <w:r w:rsidRPr="0028241F">
              <w:rPr>
                <w:color w:val="auto"/>
                <w:szCs w:val="21"/>
              </w:rPr>
              <w:t>exhibition</w:t>
            </w:r>
            <w:proofErr w:type="gramEnd"/>
            <w:r w:rsidRPr="0028241F">
              <w:rPr>
                <w:color w:val="auto"/>
                <w:szCs w:val="21"/>
              </w:rPr>
              <w:t xml:space="preserve"> or event days</w:t>
            </w:r>
          </w:p>
        </w:tc>
        <w:tc>
          <w:tcPr>
            <w:tcW w:w="1701" w:type="dxa"/>
            <w:tcMar>
              <w:top w:w="85" w:type="dxa"/>
              <w:left w:w="75" w:type="dxa"/>
              <w:bottom w:w="85" w:type="dxa"/>
              <w:right w:w="75" w:type="dxa"/>
            </w:tcMar>
            <w:vAlign w:val="center"/>
          </w:tcPr>
          <w:p w14:paraId="72F23A26" w14:textId="77777777" w:rsidR="004E3A0B" w:rsidRPr="0028241F" w:rsidRDefault="004E3A0B" w:rsidP="009D1752">
            <w:pPr>
              <w:spacing w:after="0" w:line="240" w:lineRule="auto"/>
              <w:rPr>
                <w:color w:val="auto"/>
                <w:szCs w:val="21"/>
              </w:rPr>
            </w:pPr>
            <w:r w:rsidRPr="0028241F">
              <w:rPr>
                <w:color w:val="auto"/>
                <w:szCs w:val="21"/>
              </w:rPr>
              <w:t>Days</w:t>
            </w:r>
          </w:p>
        </w:tc>
        <w:tc>
          <w:tcPr>
            <w:tcW w:w="3544" w:type="dxa"/>
          </w:tcPr>
          <w:p w14:paraId="51ADBE3D" w14:textId="77777777" w:rsidR="004E3A0B" w:rsidRPr="0028241F" w:rsidRDefault="004E3A0B" w:rsidP="009D1752">
            <w:pPr>
              <w:spacing w:after="0" w:line="240" w:lineRule="auto"/>
              <w:rPr>
                <w:color w:val="auto"/>
                <w:szCs w:val="21"/>
              </w:rPr>
            </w:pPr>
          </w:p>
        </w:tc>
        <w:tc>
          <w:tcPr>
            <w:tcW w:w="1842" w:type="dxa"/>
            <w:tcMar>
              <w:top w:w="85" w:type="dxa"/>
              <w:left w:w="75" w:type="dxa"/>
              <w:bottom w:w="85" w:type="dxa"/>
              <w:right w:w="75" w:type="dxa"/>
            </w:tcMar>
            <w:vAlign w:val="center"/>
          </w:tcPr>
          <w:p w14:paraId="1167FC5C" w14:textId="77777777" w:rsidR="004E3A0B" w:rsidRPr="0028241F" w:rsidRDefault="004E3A0B" w:rsidP="009D1752">
            <w:pPr>
              <w:spacing w:after="0" w:line="240" w:lineRule="auto"/>
              <w:rPr>
                <w:color w:val="auto"/>
                <w:szCs w:val="21"/>
              </w:rPr>
            </w:pPr>
          </w:p>
        </w:tc>
      </w:tr>
      <w:tr w:rsidR="004E3A0B" w:rsidRPr="0028241F" w14:paraId="3BA68411" w14:textId="77777777" w:rsidTr="009B430B">
        <w:trPr>
          <w:cantSplit/>
        </w:trPr>
        <w:tc>
          <w:tcPr>
            <w:tcW w:w="2544" w:type="dxa"/>
            <w:tcMar>
              <w:top w:w="85" w:type="dxa"/>
              <w:left w:w="75" w:type="dxa"/>
              <w:bottom w:w="85" w:type="dxa"/>
              <w:right w:w="75" w:type="dxa"/>
            </w:tcMar>
            <w:vAlign w:val="center"/>
          </w:tcPr>
          <w:p w14:paraId="6BF9BC5C" w14:textId="77777777" w:rsidR="004E3A0B" w:rsidRPr="0028241F" w:rsidRDefault="004E3A0B" w:rsidP="009D1752">
            <w:pPr>
              <w:spacing w:after="0" w:line="240" w:lineRule="auto"/>
              <w:rPr>
                <w:color w:val="auto"/>
                <w:szCs w:val="21"/>
              </w:rPr>
            </w:pPr>
            <w:r w:rsidRPr="0028241F">
              <w:rPr>
                <w:color w:val="auto"/>
                <w:szCs w:val="21"/>
              </w:rPr>
              <w:t>Education, training or participation sessions</w:t>
            </w:r>
          </w:p>
        </w:tc>
        <w:tc>
          <w:tcPr>
            <w:tcW w:w="1701" w:type="dxa"/>
            <w:tcMar>
              <w:top w:w="85" w:type="dxa"/>
              <w:left w:w="75" w:type="dxa"/>
              <w:bottom w:w="85" w:type="dxa"/>
              <w:right w:w="75" w:type="dxa"/>
            </w:tcMar>
            <w:vAlign w:val="center"/>
          </w:tcPr>
          <w:p w14:paraId="66BC0523" w14:textId="77777777" w:rsidR="004E3A0B" w:rsidRPr="0028241F" w:rsidRDefault="004E3A0B" w:rsidP="009D1752">
            <w:pPr>
              <w:spacing w:after="0" w:line="240" w:lineRule="auto"/>
              <w:rPr>
                <w:color w:val="auto"/>
                <w:szCs w:val="21"/>
              </w:rPr>
            </w:pPr>
            <w:r w:rsidRPr="0028241F">
              <w:rPr>
                <w:color w:val="auto"/>
                <w:szCs w:val="21"/>
              </w:rPr>
              <w:t>Sessions</w:t>
            </w:r>
          </w:p>
        </w:tc>
        <w:tc>
          <w:tcPr>
            <w:tcW w:w="3544" w:type="dxa"/>
          </w:tcPr>
          <w:p w14:paraId="561E0953" w14:textId="77777777" w:rsidR="004E3A0B" w:rsidRPr="0028241F" w:rsidRDefault="004E3A0B" w:rsidP="009D1752">
            <w:pPr>
              <w:spacing w:after="0" w:line="240" w:lineRule="auto"/>
              <w:rPr>
                <w:color w:val="auto"/>
                <w:szCs w:val="21"/>
              </w:rPr>
            </w:pPr>
          </w:p>
        </w:tc>
        <w:tc>
          <w:tcPr>
            <w:tcW w:w="1842" w:type="dxa"/>
            <w:tcMar>
              <w:top w:w="85" w:type="dxa"/>
              <w:left w:w="75" w:type="dxa"/>
              <w:bottom w:w="85" w:type="dxa"/>
              <w:right w:w="75" w:type="dxa"/>
            </w:tcMar>
            <w:vAlign w:val="center"/>
          </w:tcPr>
          <w:p w14:paraId="5958876C" w14:textId="77777777" w:rsidR="004E3A0B" w:rsidRPr="0028241F" w:rsidRDefault="004E3A0B" w:rsidP="009D1752">
            <w:pPr>
              <w:spacing w:after="0" w:line="240" w:lineRule="auto"/>
              <w:rPr>
                <w:color w:val="auto"/>
                <w:szCs w:val="21"/>
              </w:rPr>
            </w:pPr>
          </w:p>
        </w:tc>
      </w:tr>
    </w:tbl>
    <w:p w14:paraId="2CDAB8F2" w14:textId="6AB53509" w:rsidR="004F5276" w:rsidRPr="00575940" w:rsidRDefault="00C02829" w:rsidP="004F5276">
      <w:pPr>
        <w:keepNext/>
        <w:spacing w:after="0" w:line="240" w:lineRule="auto"/>
        <w:rPr>
          <w:b/>
          <w:color w:val="auto"/>
          <w:sz w:val="22"/>
        </w:rPr>
      </w:pPr>
      <w:r>
        <w:rPr>
          <w:b/>
          <w:color w:val="auto"/>
          <w:sz w:val="22"/>
        </w:rPr>
        <w:br/>
      </w:r>
      <w:r w:rsidR="004F5276">
        <w:rPr>
          <w:b/>
          <w:color w:val="auto"/>
          <w:sz w:val="22"/>
        </w:rPr>
        <w:t>What are the most important outcomes you expect from the project?</w:t>
      </w:r>
    </w:p>
    <w:p w14:paraId="5DF5D83B" w14:textId="08A7652F" w:rsidR="004F5276" w:rsidRPr="00290C98" w:rsidRDefault="004F5276" w:rsidP="004F5276">
      <w:pPr>
        <w:keepNext/>
        <w:spacing w:after="0" w:line="240" w:lineRule="auto"/>
        <w:rPr>
          <w:bCs/>
          <w:color w:val="595959" w:themeColor="text1" w:themeTint="A6"/>
          <w:sz w:val="22"/>
        </w:rPr>
      </w:pPr>
      <w:r w:rsidRPr="00290C98">
        <w:rPr>
          <w:bCs/>
          <w:color w:val="595959" w:themeColor="text1" w:themeTint="A6"/>
          <w:sz w:val="22"/>
        </w:rPr>
        <w:t xml:space="preserve">Identify </w:t>
      </w:r>
      <w:r w:rsidRPr="00290C98">
        <w:rPr>
          <w:bCs/>
          <w:color w:val="595959" w:themeColor="text1" w:themeTint="A6"/>
          <w:sz w:val="22"/>
          <w:u w:val="single"/>
        </w:rPr>
        <w:t>up to three</w:t>
      </w:r>
      <w:r w:rsidRPr="00290C98">
        <w:rPr>
          <w:bCs/>
          <w:color w:val="595959" w:themeColor="text1" w:themeTint="A6"/>
          <w:sz w:val="22"/>
        </w:rPr>
        <w:t xml:space="preserve"> outcomes: the most important changes or benefits you expect the project to achieve or make progress towards.</w:t>
      </w:r>
    </w:p>
    <w:p w14:paraId="3B7531BD" w14:textId="77777777" w:rsidR="004F5276" w:rsidRPr="00290C98" w:rsidRDefault="004F5276" w:rsidP="004F5276">
      <w:pPr>
        <w:keepNext/>
        <w:spacing w:after="0" w:line="240" w:lineRule="auto"/>
        <w:rPr>
          <w:bCs/>
          <w:color w:val="595959" w:themeColor="text1" w:themeTint="A6"/>
          <w:sz w:val="22"/>
        </w:rPr>
      </w:pPr>
    </w:p>
    <w:p w14:paraId="4F18F43E" w14:textId="77777777" w:rsidR="004F5276" w:rsidRPr="00290C98" w:rsidRDefault="004F5276" w:rsidP="004F5276">
      <w:pPr>
        <w:keepNext/>
        <w:spacing w:after="0" w:line="240" w:lineRule="auto"/>
        <w:rPr>
          <w:bCs/>
          <w:color w:val="595959" w:themeColor="text1" w:themeTint="A6"/>
          <w:sz w:val="22"/>
        </w:rPr>
      </w:pPr>
      <w:r w:rsidRPr="00290C98">
        <w:rPr>
          <w:bCs/>
          <w:color w:val="595959" w:themeColor="text1" w:themeTint="A6"/>
          <w:sz w:val="22"/>
        </w:rPr>
        <w:t>Focus on outcomes - the changes or benefits resulting from the project - rather than outputs such as the number of events, performances or participants.</w:t>
      </w:r>
    </w:p>
    <w:p w14:paraId="0B5EC153" w14:textId="77777777" w:rsidR="004F5276" w:rsidRPr="00A2184F" w:rsidRDefault="004F5276" w:rsidP="004F5276">
      <w:pPr>
        <w:keepNext/>
        <w:spacing w:after="0" w:line="240" w:lineRule="auto"/>
        <w:rPr>
          <w:iCs/>
          <w:color w:val="7F7F7F" w:themeColor="text1" w:themeTint="80"/>
          <w:sz w:val="22"/>
        </w:rPr>
      </w:pPr>
    </w:p>
    <w:tbl>
      <w:tblPr>
        <w:tblW w:w="9866" w:type="dxa"/>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9866"/>
      </w:tblGrid>
      <w:tr w:rsidR="004F5276" w:rsidRPr="00511BC3" w14:paraId="4D929ACF" w14:textId="77777777" w:rsidTr="009D1752">
        <w:trPr>
          <w:cantSplit/>
          <w:jc w:val="center"/>
        </w:trPr>
        <w:tc>
          <w:tcPr>
            <w:tcW w:w="9866" w:type="dxa"/>
            <w:shd w:val="clear" w:color="auto" w:fill="FFFFFF"/>
            <w:tcMar>
              <w:top w:w="130" w:type="dxa"/>
              <w:left w:w="140" w:type="dxa"/>
              <w:bottom w:w="130" w:type="dxa"/>
              <w:right w:w="140" w:type="dxa"/>
            </w:tcMar>
            <w:vAlign w:val="center"/>
          </w:tcPr>
          <w:p w14:paraId="4D2B359D" w14:textId="77777777" w:rsidR="004F5276" w:rsidRDefault="004F5276" w:rsidP="009D1752">
            <w:pPr>
              <w:spacing w:after="0" w:line="240" w:lineRule="auto"/>
              <w:rPr>
                <w:color w:val="auto"/>
                <w:sz w:val="22"/>
              </w:rPr>
            </w:pPr>
            <w:r w:rsidRPr="00511BC3">
              <w:rPr>
                <w:color w:val="auto"/>
                <w:sz w:val="22"/>
              </w:rPr>
              <w:t xml:space="preserve"> </w:t>
            </w:r>
          </w:p>
          <w:p w14:paraId="0DB4A52D" w14:textId="77777777" w:rsidR="004F5276" w:rsidRDefault="004F5276" w:rsidP="009D1752">
            <w:pPr>
              <w:spacing w:after="0" w:line="240" w:lineRule="auto"/>
              <w:rPr>
                <w:color w:val="auto"/>
                <w:sz w:val="22"/>
              </w:rPr>
            </w:pPr>
          </w:p>
          <w:p w14:paraId="66315A5B" w14:textId="77777777" w:rsidR="004F5276" w:rsidRDefault="004F5276" w:rsidP="009D1752">
            <w:pPr>
              <w:spacing w:after="0" w:line="240" w:lineRule="auto"/>
              <w:rPr>
                <w:color w:val="auto"/>
                <w:sz w:val="22"/>
              </w:rPr>
            </w:pPr>
          </w:p>
          <w:p w14:paraId="0E6438F1" w14:textId="77777777" w:rsidR="004F5276" w:rsidRDefault="004F5276" w:rsidP="009D1752">
            <w:pPr>
              <w:spacing w:after="0" w:line="240" w:lineRule="auto"/>
              <w:rPr>
                <w:color w:val="auto"/>
                <w:sz w:val="22"/>
              </w:rPr>
            </w:pPr>
          </w:p>
          <w:p w14:paraId="35E92DE6" w14:textId="77777777" w:rsidR="004F5276" w:rsidRPr="00511BC3" w:rsidRDefault="004F5276" w:rsidP="009D1752">
            <w:pPr>
              <w:spacing w:after="0" w:line="240" w:lineRule="auto"/>
              <w:rPr>
                <w:color w:val="auto"/>
                <w:sz w:val="22"/>
              </w:rPr>
            </w:pPr>
          </w:p>
        </w:tc>
      </w:tr>
    </w:tbl>
    <w:p w14:paraId="0C49D144" w14:textId="15F49D12" w:rsidR="004F5276" w:rsidRPr="007410E8" w:rsidRDefault="004F5276" w:rsidP="004F5276">
      <w:pPr>
        <w:spacing w:after="0" w:line="240" w:lineRule="auto"/>
        <w:rPr>
          <w:iCs/>
          <w:color w:val="595959" w:themeColor="text1" w:themeTint="A6"/>
          <w:sz w:val="22"/>
        </w:rPr>
      </w:pPr>
      <w:r>
        <w:rPr>
          <w:iCs/>
          <w:color w:val="595959" w:themeColor="text1" w:themeTint="A6"/>
          <w:sz w:val="22"/>
        </w:rPr>
        <w:t xml:space="preserve">Maximum </w:t>
      </w:r>
      <w:r w:rsidR="00F6128D">
        <w:rPr>
          <w:iCs/>
          <w:color w:val="595959" w:themeColor="text1" w:themeTint="A6"/>
          <w:sz w:val="22"/>
        </w:rPr>
        <w:t>350</w:t>
      </w:r>
      <w:r>
        <w:rPr>
          <w:iCs/>
          <w:color w:val="595959" w:themeColor="text1" w:themeTint="A6"/>
          <w:sz w:val="22"/>
        </w:rPr>
        <w:t xml:space="preserve"> words.</w:t>
      </w:r>
    </w:p>
    <w:p w14:paraId="4940BF01" w14:textId="77777777" w:rsidR="0032642E" w:rsidRDefault="0032642E" w:rsidP="00554596">
      <w:pPr>
        <w:keepNext/>
        <w:spacing w:after="0" w:line="240" w:lineRule="auto"/>
        <w:rPr>
          <w:rFonts w:cs="Arial"/>
          <w:color w:val="BE4067"/>
        </w:rPr>
      </w:pPr>
    </w:p>
    <w:p w14:paraId="7159144F" w14:textId="77777777" w:rsidR="009577AC" w:rsidRPr="00554596" w:rsidRDefault="00DF42D5" w:rsidP="00554596">
      <w:pPr>
        <w:keepNext/>
        <w:spacing w:after="0" w:line="240" w:lineRule="auto"/>
        <w:rPr>
          <w:rFonts w:cs="Arial"/>
          <w:color w:val="auto"/>
          <w:sz w:val="22"/>
        </w:rPr>
      </w:pPr>
      <w:r>
        <w:rPr>
          <w:rFonts w:cs="Arial"/>
          <w:b/>
          <w:color w:val="auto"/>
          <w:sz w:val="22"/>
        </w:rPr>
        <w:t>How will you monitor, evaluate and learn from the project?</w:t>
      </w:r>
    </w:p>
    <w:p w14:paraId="016D1210" w14:textId="77777777" w:rsidR="009577AC" w:rsidRPr="00290C98" w:rsidRDefault="00DF42D5" w:rsidP="00554596">
      <w:pPr>
        <w:pStyle w:val="Helptext"/>
        <w:spacing w:after="0" w:line="240" w:lineRule="auto"/>
        <w:rPr>
          <w:rFonts w:cs="Arial"/>
          <w:i w:val="0"/>
          <w:color w:val="595959" w:themeColor="text1" w:themeTint="A6"/>
          <w:sz w:val="22"/>
        </w:rPr>
      </w:pPr>
      <w:r w:rsidRPr="00290C98">
        <w:rPr>
          <w:rFonts w:cs="Arial"/>
          <w:i w:val="0"/>
          <w:color w:val="595959" w:themeColor="text1" w:themeTint="A6"/>
          <w:sz w:val="22"/>
        </w:rPr>
        <w:t>Explain what evidence and feedback you will collect, who will be involved and how learning will inform delivery or future work.</w:t>
      </w:r>
    </w:p>
    <w:p w14:paraId="505AB0ED" w14:textId="02B6AADF" w:rsidR="009577AC" w:rsidRPr="00554596" w:rsidRDefault="009577AC" w:rsidP="00554596">
      <w:pPr>
        <w:pStyle w:val="Helptext"/>
        <w:spacing w:after="0" w:line="240" w:lineRule="auto"/>
        <w:rPr>
          <w:rFonts w:cs="Arial"/>
          <w:i w:val="0"/>
          <w:color w:val="auto"/>
          <w:sz w:val="22"/>
        </w:rPr>
      </w:pP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9856"/>
      </w:tblGrid>
      <w:tr w:rsidR="009577AC" w:rsidRPr="00554596" w14:paraId="03D1B78B" w14:textId="77777777" w:rsidTr="00554596">
        <w:tc>
          <w:tcPr>
            <w:tcW w:w="9856" w:type="dxa"/>
            <w:shd w:val="clear" w:color="auto" w:fill="FFFFFF"/>
            <w:vAlign w:val="center"/>
          </w:tcPr>
          <w:p w14:paraId="42424805" w14:textId="77777777" w:rsidR="009577AC" w:rsidRPr="00554596" w:rsidRDefault="00DF42D5" w:rsidP="00554596">
            <w:pPr>
              <w:spacing w:after="0" w:line="240" w:lineRule="auto"/>
              <w:rPr>
                <w:rFonts w:cs="Arial"/>
                <w:color w:val="auto"/>
                <w:sz w:val="22"/>
              </w:rPr>
            </w:pPr>
            <w:r w:rsidRPr="00554596">
              <w:rPr>
                <w:rFonts w:cs="Arial"/>
                <w:color w:val="auto"/>
                <w:sz w:val="22"/>
              </w:rPr>
              <w:br/>
            </w:r>
            <w:r w:rsidRPr="00554596">
              <w:rPr>
                <w:rFonts w:cs="Arial"/>
                <w:color w:val="auto"/>
                <w:sz w:val="22"/>
              </w:rPr>
              <w:br/>
            </w:r>
            <w:r w:rsidRPr="00554596">
              <w:rPr>
                <w:rFonts w:cs="Arial"/>
                <w:color w:val="auto"/>
                <w:sz w:val="22"/>
              </w:rPr>
              <w:br/>
            </w:r>
            <w:r w:rsidRPr="00554596">
              <w:rPr>
                <w:rFonts w:cs="Arial"/>
                <w:color w:val="auto"/>
                <w:sz w:val="22"/>
              </w:rPr>
              <w:br/>
            </w:r>
            <w:r w:rsidRPr="00554596">
              <w:rPr>
                <w:rFonts w:cs="Arial"/>
                <w:color w:val="auto"/>
                <w:sz w:val="22"/>
              </w:rPr>
              <w:br/>
            </w:r>
            <w:r w:rsidRPr="00554596">
              <w:rPr>
                <w:rFonts w:cs="Arial"/>
                <w:color w:val="auto"/>
                <w:sz w:val="22"/>
              </w:rPr>
              <w:br/>
            </w:r>
          </w:p>
        </w:tc>
      </w:tr>
    </w:tbl>
    <w:p w14:paraId="1F7B0D2A" w14:textId="64BC8E2A" w:rsidR="009577AC" w:rsidRPr="00290C98" w:rsidRDefault="00554596">
      <w:pPr>
        <w:spacing w:after="0"/>
        <w:rPr>
          <w:rFonts w:cs="Arial"/>
          <w:color w:val="595959" w:themeColor="text1" w:themeTint="A6"/>
        </w:rPr>
      </w:pPr>
      <w:r w:rsidRPr="00290C98">
        <w:rPr>
          <w:rFonts w:cs="Arial"/>
          <w:color w:val="595959" w:themeColor="text1" w:themeTint="A6"/>
          <w:sz w:val="22"/>
        </w:rPr>
        <w:t xml:space="preserve">Maximum </w:t>
      </w:r>
      <w:r w:rsidR="00F6128D">
        <w:rPr>
          <w:rFonts w:cs="Arial"/>
          <w:color w:val="595959" w:themeColor="text1" w:themeTint="A6"/>
          <w:sz w:val="22"/>
        </w:rPr>
        <w:t>350</w:t>
      </w:r>
      <w:r w:rsidRPr="00290C98">
        <w:rPr>
          <w:rFonts w:cs="Arial"/>
          <w:color w:val="595959" w:themeColor="text1" w:themeTint="A6"/>
          <w:sz w:val="22"/>
        </w:rPr>
        <w:t xml:space="preserve"> words.</w:t>
      </w:r>
    </w:p>
    <w:p w14:paraId="4EB4CA8A" w14:textId="6CC691B6" w:rsidR="009577AC" w:rsidRPr="00554596" w:rsidRDefault="00DF42D5">
      <w:pPr>
        <w:pStyle w:val="Heading1"/>
        <w:rPr>
          <w:rFonts w:ascii="Arial" w:hAnsi="Arial" w:cs="Arial"/>
          <w:color w:val="auto"/>
        </w:rPr>
      </w:pPr>
      <w:r>
        <w:rPr>
          <w:rFonts w:ascii="Arial" w:hAnsi="Arial" w:cs="Arial"/>
          <w:color w:val="auto"/>
        </w:rPr>
        <w:t xml:space="preserve">10: </w:t>
      </w:r>
      <w:r w:rsidR="00BF62D2">
        <w:rPr>
          <w:rFonts w:ascii="Arial" w:hAnsi="Arial" w:cs="Arial"/>
          <w:color w:val="auto"/>
        </w:rPr>
        <w:t xml:space="preserve">Key Activity </w:t>
      </w:r>
      <w:r>
        <w:rPr>
          <w:rFonts w:ascii="Arial" w:hAnsi="Arial" w:cs="Arial"/>
          <w:color w:val="auto"/>
        </w:rPr>
        <w:t>and Risk</w:t>
      </w:r>
      <w:r w:rsidR="00BF62D2">
        <w:rPr>
          <w:rFonts w:ascii="Arial" w:hAnsi="Arial" w:cs="Arial"/>
          <w:color w:val="auto"/>
        </w:rPr>
        <w:t>s</w:t>
      </w:r>
    </w:p>
    <w:p w14:paraId="16B499C2" w14:textId="2F5D35F2" w:rsidR="00B66D91" w:rsidRPr="00290C98" w:rsidRDefault="00B66D91" w:rsidP="00554596">
      <w:pPr>
        <w:spacing w:after="0" w:line="240" w:lineRule="auto"/>
        <w:rPr>
          <w:rFonts w:cs="Arial"/>
          <w:b/>
          <w:bCs/>
          <w:color w:val="auto"/>
          <w:sz w:val="22"/>
        </w:rPr>
      </w:pPr>
      <w:r>
        <w:rPr>
          <w:rFonts w:cs="Arial"/>
          <w:b/>
          <w:bCs/>
          <w:color w:val="BE4067"/>
          <w:sz w:val="22"/>
        </w:rPr>
        <w:t>ACTIVITY PLAN</w:t>
      </w:r>
      <w:r>
        <w:rPr>
          <w:rFonts w:cs="Arial"/>
          <w:bCs/>
          <w:color w:val="BE4067"/>
          <w:sz w:val="22"/>
        </w:rPr>
        <w:br/>
      </w:r>
      <w:r w:rsidRPr="00290C98">
        <w:rPr>
          <w:rFonts w:cs="Arial"/>
          <w:bCs/>
          <w:color w:val="auto"/>
          <w:sz w:val="22"/>
        </w:rPr>
        <w:t>Use the table to show the main stages or activities needed to deliver the project. Include key planning, development</w:t>
      </w:r>
      <w:r w:rsidR="005A24D4">
        <w:rPr>
          <w:rFonts w:cs="Arial"/>
          <w:bCs/>
          <w:color w:val="auto"/>
          <w:sz w:val="22"/>
        </w:rPr>
        <w:t xml:space="preserve"> and </w:t>
      </w:r>
      <w:r w:rsidRPr="00290C98">
        <w:rPr>
          <w:rFonts w:cs="Arial"/>
          <w:bCs/>
          <w:color w:val="auto"/>
          <w:sz w:val="22"/>
        </w:rPr>
        <w:t xml:space="preserve">delivery </w:t>
      </w:r>
      <w:r w:rsidR="005A24D4">
        <w:rPr>
          <w:rFonts w:cs="Arial"/>
          <w:bCs/>
          <w:color w:val="auto"/>
          <w:sz w:val="22"/>
        </w:rPr>
        <w:t xml:space="preserve">appropriate to your project </w:t>
      </w:r>
      <w:r w:rsidRPr="00290C98">
        <w:rPr>
          <w:rFonts w:cs="Arial"/>
          <w:bCs/>
          <w:color w:val="auto"/>
          <w:sz w:val="22"/>
        </w:rPr>
        <w:t xml:space="preserve">Give approximate start and finish dates and identify who will lead each stage. Keep this high level and add rows </w:t>
      </w:r>
      <w:r w:rsidR="00290C98">
        <w:rPr>
          <w:rFonts w:cs="Arial"/>
          <w:bCs/>
          <w:color w:val="auto"/>
          <w:sz w:val="22"/>
        </w:rPr>
        <w:t>as required.</w:t>
      </w:r>
      <w:r w:rsidR="005A24D4">
        <w:rPr>
          <w:rFonts w:cs="Arial"/>
          <w:bCs/>
          <w:color w:val="auto"/>
          <w:sz w:val="22"/>
        </w:rPr>
        <w:t xml:space="preserve"> Ensure your first </w:t>
      </w:r>
      <w:proofErr w:type="gramStart"/>
      <w:r w:rsidR="005A24D4">
        <w:rPr>
          <w:rFonts w:cs="Arial"/>
          <w:bCs/>
          <w:color w:val="auto"/>
          <w:sz w:val="22"/>
        </w:rPr>
        <w:t>activity,</w:t>
      </w:r>
      <w:proofErr w:type="gramEnd"/>
      <w:r w:rsidR="005A24D4">
        <w:rPr>
          <w:rFonts w:cs="Arial"/>
          <w:bCs/>
          <w:color w:val="auto"/>
          <w:sz w:val="22"/>
        </w:rPr>
        <w:t xml:space="preserve"> is </w:t>
      </w:r>
      <w:proofErr w:type="gramStart"/>
      <w:r w:rsidR="005A24D4">
        <w:rPr>
          <w:rFonts w:cs="Arial"/>
          <w:bCs/>
          <w:color w:val="auto"/>
          <w:sz w:val="22"/>
        </w:rPr>
        <w:t>in-line</w:t>
      </w:r>
      <w:proofErr w:type="gramEnd"/>
      <w:r w:rsidR="005A24D4">
        <w:rPr>
          <w:rFonts w:cs="Arial"/>
          <w:bCs/>
          <w:color w:val="auto"/>
          <w:sz w:val="22"/>
        </w:rPr>
        <w:t xml:space="preserve"> with your overall project start date, and your final activity doesn’t exceed the end date. </w:t>
      </w:r>
    </w:p>
    <w:p w14:paraId="006AC5A1" w14:textId="77777777" w:rsidR="00B66D91" w:rsidRPr="00554596" w:rsidRDefault="00B66D91" w:rsidP="00554596">
      <w:pPr>
        <w:spacing w:after="0" w:line="240" w:lineRule="auto"/>
        <w:rPr>
          <w:rFonts w:cs="Arial"/>
          <w:color w:val="auto"/>
          <w:sz w:val="22"/>
        </w:rPr>
      </w:pPr>
    </w:p>
    <w:tbl>
      <w:tblPr>
        <w:tblW w:w="9806"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4334"/>
        <w:gridCol w:w="1440"/>
        <w:gridCol w:w="1440"/>
        <w:gridCol w:w="2592"/>
      </w:tblGrid>
      <w:tr w:rsidR="009577AC" w:rsidRPr="00554596" w14:paraId="7EC5BD14" w14:textId="77777777" w:rsidTr="00290C98">
        <w:trPr>
          <w:trHeight w:val="558"/>
          <w:tblHeader/>
          <w:jc w:val="center"/>
        </w:trPr>
        <w:tc>
          <w:tcPr>
            <w:tcW w:w="4334" w:type="dxa"/>
            <w:tcBorders>
              <w:bottom w:val="single" w:sz="4" w:space="0" w:color="D9D9D9"/>
            </w:tcBorders>
            <w:shd w:val="clear" w:color="auto" w:fill="000000" w:themeFill="text1"/>
            <w:vAlign w:val="center"/>
          </w:tcPr>
          <w:p w14:paraId="29211FBB" w14:textId="77777777" w:rsidR="009577AC" w:rsidRPr="00554596" w:rsidRDefault="00DF42D5" w:rsidP="00554596">
            <w:pPr>
              <w:spacing w:after="0" w:line="240" w:lineRule="auto"/>
              <w:rPr>
                <w:rFonts w:cs="Arial"/>
                <w:color w:val="auto"/>
                <w:sz w:val="22"/>
              </w:rPr>
            </w:pPr>
            <w:r w:rsidRPr="00554596">
              <w:rPr>
                <w:rFonts w:cs="Arial"/>
                <w:b/>
                <w:color w:val="auto"/>
                <w:sz w:val="22"/>
              </w:rPr>
              <w:t>Key stage or activity</w:t>
            </w:r>
          </w:p>
        </w:tc>
        <w:tc>
          <w:tcPr>
            <w:tcW w:w="1440" w:type="dxa"/>
            <w:tcBorders>
              <w:bottom w:val="single" w:sz="4" w:space="0" w:color="D9D9D9"/>
            </w:tcBorders>
            <w:shd w:val="clear" w:color="auto" w:fill="000000" w:themeFill="text1"/>
            <w:vAlign w:val="center"/>
          </w:tcPr>
          <w:p w14:paraId="76CB1848" w14:textId="77777777" w:rsidR="009577AC" w:rsidRPr="00554596" w:rsidRDefault="00DF42D5" w:rsidP="00554596">
            <w:pPr>
              <w:spacing w:after="0" w:line="240" w:lineRule="auto"/>
              <w:rPr>
                <w:rFonts w:cs="Arial"/>
                <w:color w:val="auto"/>
                <w:sz w:val="22"/>
              </w:rPr>
            </w:pPr>
            <w:r w:rsidRPr="00554596">
              <w:rPr>
                <w:rFonts w:cs="Arial"/>
                <w:b/>
                <w:color w:val="auto"/>
                <w:sz w:val="22"/>
              </w:rPr>
              <w:t>Start</w:t>
            </w:r>
          </w:p>
        </w:tc>
        <w:tc>
          <w:tcPr>
            <w:tcW w:w="1440" w:type="dxa"/>
            <w:tcBorders>
              <w:bottom w:val="single" w:sz="4" w:space="0" w:color="D9D9D9"/>
            </w:tcBorders>
            <w:shd w:val="clear" w:color="auto" w:fill="000000" w:themeFill="text1"/>
            <w:vAlign w:val="center"/>
          </w:tcPr>
          <w:p w14:paraId="686F69B4" w14:textId="77777777" w:rsidR="009577AC" w:rsidRPr="00554596" w:rsidRDefault="00DF42D5" w:rsidP="00554596">
            <w:pPr>
              <w:spacing w:after="0" w:line="240" w:lineRule="auto"/>
              <w:rPr>
                <w:rFonts w:cs="Arial"/>
                <w:color w:val="auto"/>
                <w:sz w:val="22"/>
              </w:rPr>
            </w:pPr>
            <w:r w:rsidRPr="00554596">
              <w:rPr>
                <w:rFonts w:cs="Arial"/>
                <w:b/>
                <w:color w:val="auto"/>
                <w:sz w:val="22"/>
              </w:rPr>
              <w:t>Finish</w:t>
            </w:r>
          </w:p>
        </w:tc>
        <w:tc>
          <w:tcPr>
            <w:tcW w:w="2592" w:type="dxa"/>
            <w:tcBorders>
              <w:bottom w:val="single" w:sz="4" w:space="0" w:color="D9D9D9"/>
            </w:tcBorders>
            <w:shd w:val="clear" w:color="auto" w:fill="000000" w:themeFill="text1"/>
            <w:vAlign w:val="center"/>
          </w:tcPr>
          <w:p w14:paraId="15371FA5" w14:textId="77777777" w:rsidR="009577AC" w:rsidRPr="00554596" w:rsidRDefault="00DF42D5" w:rsidP="00554596">
            <w:pPr>
              <w:spacing w:after="0" w:line="240" w:lineRule="auto"/>
              <w:rPr>
                <w:rFonts w:cs="Arial"/>
                <w:color w:val="auto"/>
                <w:sz w:val="22"/>
              </w:rPr>
            </w:pPr>
            <w:r w:rsidRPr="00554596">
              <w:rPr>
                <w:rFonts w:cs="Arial"/>
                <w:b/>
                <w:color w:val="auto"/>
                <w:sz w:val="22"/>
              </w:rPr>
              <w:t>Lead or partner</w:t>
            </w:r>
          </w:p>
        </w:tc>
      </w:tr>
      <w:tr w:rsidR="009577AC" w:rsidRPr="00554596" w14:paraId="4DE9CFC0" w14:textId="77777777" w:rsidTr="00290C98">
        <w:trPr>
          <w:trHeight w:val="424"/>
          <w:jc w:val="center"/>
        </w:trPr>
        <w:tc>
          <w:tcPr>
            <w:tcW w:w="4334" w:type="dxa"/>
            <w:vAlign w:val="center"/>
          </w:tcPr>
          <w:p w14:paraId="02F394B1" w14:textId="77777777" w:rsidR="009577AC" w:rsidRPr="00554596" w:rsidRDefault="009577AC" w:rsidP="00554596">
            <w:pPr>
              <w:spacing w:after="0" w:line="240" w:lineRule="auto"/>
              <w:rPr>
                <w:rFonts w:cs="Arial"/>
                <w:color w:val="auto"/>
                <w:sz w:val="22"/>
              </w:rPr>
            </w:pPr>
          </w:p>
        </w:tc>
        <w:tc>
          <w:tcPr>
            <w:tcW w:w="1440" w:type="dxa"/>
            <w:vAlign w:val="center"/>
          </w:tcPr>
          <w:p w14:paraId="559BF77B" w14:textId="77777777" w:rsidR="009577AC" w:rsidRPr="00554596" w:rsidRDefault="009577AC" w:rsidP="00554596">
            <w:pPr>
              <w:spacing w:after="0" w:line="240" w:lineRule="auto"/>
              <w:rPr>
                <w:rFonts w:cs="Arial"/>
                <w:color w:val="auto"/>
                <w:sz w:val="22"/>
              </w:rPr>
            </w:pPr>
          </w:p>
        </w:tc>
        <w:tc>
          <w:tcPr>
            <w:tcW w:w="1440" w:type="dxa"/>
            <w:vAlign w:val="center"/>
          </w:tcPr>
          <w:p w14:paraId="5B7217D4" w14:textId="77777777" w:rsidR="009577AC" w:rsidRPr="00554596" w:rsidRDefault="009577AC" w:rsidP="00554596">
            <w:pPr>
              <w:spacing w:after="0" w:line="240" w:lineRule="auto"/>
              <w:rPr>
                <w:rFonts w:cs="Arial"/>
                <w:color w:val="auto"/>
                <w:sz w:val="22"/>
              </w:rPr>
            </w:pPr>
          </w:p>
        </w:tc>
        <w:tc>
          <w:tcPr>
            <w:tcW w:w="2592" w:type="dxa"/>
            <w:vAlign w:val="center"/>
          </w:tcPr>
          <w:p w14:paraId="4309114F" w14:textId="77777777" w:rsidR="009577AC" w:rsidRPr="00554596" w:rsidRDefault="009577AC" w:rsidP="00554596">
            <w:pPr>
              <w:spacing w:after="0" w:line="240" w:lineRule="auto"/>
              <w:rPr>
                <w:rFonts w:cs="Arial"/>
                <w:color w:val="auto"/>
                <w:sz w:val="22"/>
              </w:rPr>
            </w:pPr>
          </w:p>
        </w:tc>
      </w:tr>
      <w:tr w:rsidR="009577AC" w:rsidRPr="00554596" w14:paraId="51DB4EFA" w14:textId="77777777" w:rsidTr="00290C98">
        <w:trPr>
          <w:trHeight w:val="416"/>
          <w:jc w:val="center"/>
        </w:trPr>
        <w:tc>
          <w:tcPr>
            <w:tcW w:w="4334" w:type="dxa"/>
            <w:vAlign w:val="center"/>
          </w:tcPr>
          <w:p w14:paraId="1DD3E09A" w14:textId="77777777" w:rsidR="009577AC" w:rsidRPr="00554596" w:rsidRDefault="009577AC" w:rsidP="00554596">
            <w:pPr>
              <w:spacing w:after="0" w:line="240" w:lineRule="auto"/>
              <w:rPr>
                <w:rFonts w:cs="Arial"/>
                <w:color w:val="auto"/>
                <w:sz w:val="22"/>
              </w:rPr>
            </w:pPr>
          </w:p>
        </w:tc>
        <w:tc>
          <w:tcPr>
            <w:tcW w:w="1440" w:type="dxa"/>
            <w:vAlign w:val="center"/>
          </w:tcPr>
          <w:p w14:paraId="645C4457" w14:textId="77777777" w:rsidR="009577AC" w:rsidRPr="00554596" w:rsidRDefault="009577AC" w:rsidP="00554596">
            <w:pPr>
              <w:spacing w:after="0" w:line="240" w:lineRule="auto"/>
              <w:rPr>
                <w:rFonts w:cs="Arial"/>
                <w:color w:val="auto"/>
                <w:sz w:val="22"/>
              </w:rPr>
            </w:pPr>
          </w:p>
        </w:tc>
        <w:tc>
          <w:tcPr>
            <w:tcW w:w="1440" w:type="dxa"/>
            <w:vAlign w:val="center"/>
          </w:tcPr>
          <w:p w14:paraId="42B6B9FD" w14:textId="77777777" w:rsidR="009577AC" w:rsidRPr="00554596" w:rsidRDefault="009577AC" w:rsidP="00554596">
            <w:pPr>
              <w:spacing w:after="0" w:line="240" w:lineRule="auto"/>
              <w:rPr>
                <w:rFonts w:cs="Arial"/>
                <w:color w:val="auto"/>
                <w:sz w:val="22"/>
              </w:rPr>
            </w:pPr>
          </w:p>
        </w:tc>
        <w:tc>
          <w:tcPr>
            <w:tcW w:w="2592" w:type="dxa"/>
            <w:vAlign w:val="center"/>
          </w:tcPr>
          <w:p w14:paraId="7709E677" w14:textId="77777777" w:rsidR="009577AC" w:rsidRPr="00554596" w:rsidRDefault="009577AC" w:rsidP="00554596">
            <w:pPr>
              <w:spacing w:after="0" w:line="240" w:lineRule="auto"/>
              <w:rPr>
                <w:rFonts w:cs="Arial"/>
                <w:color w:val="auto"/>
                <w:sz w:val="22"/>
              </w:rPr>
            </w:pPr>
          </w:p>
        </w:tc>
      </w:tr>
      <w:tr w:rsidR="009577AC" w:rsidRPr="00554596" w14:paraId="51E12D4F" w14:textId="77777777" w:rsidTr="00290C98">
        <w:trPr>
          <w:trHeight w:val="407"/>
          <w:jc w:val="center"/>
        </w:trPr>
        <w:tc>
          <w:tcPr>
            <w:tcW w:w="4334" w:type="dxa"/>
            <w:vAlign w:val="center"/>
          </w:tcPr>
          <w:p w14:paraId="6571AE4D" w14:textId="77777777" w:rsidR="009577AC" w:rsidRPr="00554596" w:rsidRDefault="009577AC" w:rsidP="00554596">
            <w:pPr>
              <w:spacing w:after="0" w:line="240" w:lineRule="auto"/>
              <w:rPr>
                <w:rFonts w:cs="Arial"/>
                <w:color w:val="auto"/>
                <w:sz w:val="22"/>
              </w:rPr>
            </w:pPr>
          </w:p>
        </w:tc>
        <w:tc>
          <w:tcPr>
            <w:tcW w:w="1440" w:type="dxa"/>
            <w:vAlign w:val="center"/>
          </w:tcPr>
          <w:p w14:paraId="5538A5E0" w14:textId="77777777" w:rsidR="009577AC" w:rsidRPr="00554596" w:rsidRDefault="009577AC" w:rsidP="00554596">
            <w:pPr>
              <w:spacing w:after="0" w:line="240" w:lineRule="auto"/>
              <w:rPr>
                <w:rFonts w:cs="Arial"/>
                <w:color w:val="auto"/>
                <w:sz w:val="22"/>
              </w:rPr>
            </w:pPr>
          </w:p>
        </w:tc>
        <w:tc>
          <w:tcPr>
            <w:tcW w:w="1440" w:type="dxa"/>
            <w:vAlign w:val="center"/>
          </w:tcPr>
          <w:p w14:paraId="79405D69" w14:textId="77777777" w:rsidR="009577AC" w:rsidRPr="00554596" w:rsidRDefault="009577AC" w:rsidP="00554596">
            <w:pPr>
              <w:spacing w:after="0" w:line="240" w:lineRule="auto"/>
              <w:rPr>
                <w:rFonts w:cs="Arial"/>
                <w:color w:val="auto"/>
                <w:sz w:val="22"/>
              </w:rPr>
            </w:pPr>
          </w:p>
        </w:tc>
        <w:tc>
          <w:tcPr>
            <w:tcW w:w="2592" w:type="dxa"/>
            <w:vAlign w:val="center"/>
          </w:tcPr>
          <w:p w14:paraId="354C7996" w14:textId="77777777" w:rsidR="009577AC" w:rsidRPr="00554596" w:rsidRDefault="009577AC" w:rsidP="00554596">
            <w:pPr>
              <w:spacing w:after="0" w:line="240" w:lineRule="auto"/>
              <w:rPr>
                <w:rFonts w:cs="Arial"/>
                <w:color w:val="auto"/>
                <w:sz w:val="22"/>
              </w:rPr>
            </w:pPr>
          </w:p>
        </w:tc>
      </w:tr>
      <w:tr w:rsidR="009577AC" w:rsidRPr="00554596" w14:paraId="442785B0" w14:textId="77777777" w:rsidTr="00290C98">
        <w:trPr>
          <w:trHeight w:val="427"/>
          <w:jc w:val="center"/>
        </w:trPr>
        <w:tc>
          <w:tcPr>
            <w:tcW w:w="4334" w:type="dxa"/>
            <w:vAlign w:val="center"/>
          </w:tcPr>
          <w:p w14:paraId="469403EB" w14:textId="77777777" w:rsidR="009577AC" w:rsidRPr="00554596" w:rsidRDefault="009577AC" w:rsidP="00554596">
            <w:pPr>
              <w:spacing w:after="0" w:line="240" w:lineRule="auto"/>
              <w:rPr>
                <w:rFonts w:cs="Arial"/>
                <w:color w:val="auto"/>
                <w:sz w:val="22"/>
              </w:rPr>
            </w:pPr>
          </w:p>
        </w:tc>
        <w:tc>
          <w:tcPr>
            <w:tcW w:w="1440" w:type="dxa"/>
            <w:vAlign w:val="center"/>
          </w:tcPr>
          <w:p w14:paraId="37672E81" w14:textId="77777777" w:rsidR="009577AC" w:rsidRPr="00554596" w:rsidRDefault="009577AC" w:rsidP="00554596">
            <w:pPr>
              <w:spacing w:after="0" w:line="240" w:lineRule="auto"/>
              <w:rPr>
                <w:rFonts w:cs="Arial"/>
                <w:color w:val="auto"/>
                <w:sz w:val="22"/>
              </w:rPr>
            </w:pPr>
          </w:p>
        </w:tc>
        <w:tc>
          <w:tcPr>
            <w:tcW w:w="1440" w:type="dxa"/>
            <w:vAlign w:val="center"/>
          </w:tcPr>
          <w:p w14:paraId="0C6FE66E" w14:textId="77777777" w:rsidR="009577AC" w:rsidRPr="00554596" w:rsidRDefault="009577AC" w:rsidP="00554596">
            <w:pPr>
              <w:spacing w:after="0" w:line="240" w:lineRule="auto"/>
              <w:rPr>
                <w:rFonts w:cs="Arial"/>
                <w:color w:val="auto"/>
                <w:sz w:val="22"/>
              </w:rPr>
            </w:pPr>
          </w:p>
        </w:tc>
        <w:tc>
          <w:tcPr>
            <w:tcW w:w="2592" w:type="dxa"/>
            <w:vAlign w:val="center"/>
          </w:tcPr>
          <w:p w14:paraId="3BE7BC17" w14:textId="77777777" w:rsidR="009577AC" w:rsidRPr="00554596" w:rsidRDefault="009577AC" w:rsidP="00554596">
            <w:pPr>
              <w:spacing w:after="0" w:line="240" w:lineRule="auto"/>
              <w:rPr>
                <w:rFonts w:cs="Arial"/>
                <w:color w:val="auto"/>
                <w:sz w:val="22"/>
              </w:rPr>
            </w:pPr>
          </w:p>
        </w:tc>
      </w:tr>
      <w:tr w:rsidR="009577AC" w:rsidRPr="00554596" w14:paraId="531A0567" w14:textId="77777777" w:rsidTr="00290C98">
        <w:trPr>
          <w:trHeight w:val="405"/>
          <w:jc w:val="center"/>
        </w:trPr>
        <w:tc>
          <w:tcPr>
            <w:tcW w:w="4334" w:type="dxa"/>
            <w:vAlign w:val="center"/>
          </w:tcPr>
          <w:p w14:paraId="3B4087C8" w14:textId="77777777" w:rsidR="009577AC" w:rsidRPr="00554596" w:rsidRDefault="009577AC" w:rsidP="00554596">
            <w:pPr>
              <w:spacing w:after="0" w:line="240" w:lineRule="auto"/>
              <w:rPr>
                <w:rFonts w:cs="Arial"/>
                <w:color w:val="auto"/>
                <w:sz w:val="22"/>
              </w:rPr>
            </w:pPr>
          </w:p>
        </w:tc>
        <w:tc>
          <w:tcPr>
            <w:tcW w:w="1440" w:type="dxa"/>
            <w:vAlign w:val="center"/>
          </w:tcPr>
          <w:p w14:paraId="35A5CB24" w14:textId="77777777" w:rsidR="009577AC" w:rsidRPr="00554596" w:rsidRDefault="009577AC" w:rsidP="00554596">
            <w:pPr>
              <w:spacing w:after="0" w:line="240" w:lineRule="auto"/>
              <w:rPr>
                <w:rFonts w:cs="Arial"/>
                <w:color w:val="auto"/>
                <w:sz w:val="22"/>
              </w:rPr>
            </w:pPr>
          </w:p>
        </w:tc>
        <w:tc>
          <w:tcPr>
            <w:tcW w:w="1440" w:type="dxa"/>
            <w:vAlign w:val="center"/>
          </w:tcPr>
          <w:p w14:paraId="346EE27F" w14:textId="77777777" w:rsidR="009577AC" w:rsidRPr="00554596" w:rsidRDefault="009577AC" w:rsidP="00554596">
            <w:pPr>
              <w:spacing w:after="0" w:line="240" w:lineRule="auto"/>
              <w:rPr>
                <w:rFonts w:cs="Arial"/>
                <w:color w:val="auto"/>
                <w:sz w:val="22"/>
              </w:rPr>
            </w:pPr>
          </w:p>
        </w:tc>
        <w:tc>
          <w:tcPr>
            <w:tcW w:w="2592" w:type="dxa"/>
            <w:vAlign w:val="center"/>
          </w:tcPr>
          <w:p w14:paraId="1CF3E161" w14:textId="77777777" w:rsidR="009577AC" w:rsidRPr="00554596" w:rsidRDefault="009577AC" w:rsidP="00554596">
            <w:pPr>
              <w:spacing w:after="0" w:line="240" w:lineRule="auto"/>
              <w:rPr>
                <w:rFonts w:cs="Arial"/>
                <w:color w:val="auto"/>
                <w:sz w:val="22"/>
              </w:rPr>
            </w:pPr>
          </w:p>
        </w:tc>
      </w:tr>
      <w:tr w:rsidR="009577AC" w:rsidRPr="00554596" w14:paraId="2F7D4CD4" w14:textId="77777777" w:rsidTr="00290C98">
        <w:trPr>
          <w:trHeight w:val="424"/>
          <w:jc w:val="center"/>
        </w:trPr>
        <w:tc>
          <w:tcPr>
            <w:tcW w:w="4334" w:type="dxa"/>
            <w:vAlign w:val="center"/>
          </w:tcPr>
          <w:p w14:paraId="284E1EFB" w14:textId="77777777" w:rsidR="009577AC" w:rsidRPr="00554596" w:rsidRDefault="009577AC" w:rsidP="00554596">
            <w:pPr>
              <w:spacing w:after="0" w:line="240" w:lineRule="auto"/>
              <w:rPr>
                <w:rFonts w:cs="Arial"/>
                <w:color w:val="auto"/>
                <w:sz w:val="22"/>
              </w:rPr>
            </w:pPr>
          </w:p>
        </w:tc>
        <w:tc>
          <w:tcPr>
            <w:tcW w:w="1440" w:type="dxa"/>
            <w:vAlign w:val="center"/>
          </w:tcPr>
          <w:p w14:paraId="58073F80" w14:textId="77777777" w:rsidR="009577AC" w:rsidRPr="00554596" w:rsidRDefault="009577AC" w:rsidP="00554596">
            <w:pPr>
              <w:spacing w:after="0" w:line="240" w:lineRule="auto"/>
              <w:rPr>
                <w:rFonts w:cs="Arial"/>
                <w:color w:val="auto"/>
                <w:sz w:val="22"/>
              </w:rPr>
            </w:pPr>
          </w:p>
        </w:tc>
        <w:tc>
          <w:tcPr>
            <w:tcW w:w="1440" w:type="dxa"/>
            <w:vAlign w:val="center"/>
          </w:tcPr>
          <w:p w14:paraId="291BF3CF" w14:textId="77777777" w:rsidR="009577AC" w:rsidRPr="00554596" w:rsidRDefault="009577AC" w:rsidP="00554596">
            <w:pPr>
              <w:spacing w:after="0" w:line="240" w:lineRule="auto"/>
              <w:rPr>
                <w:rFonts w:cs="Arial"/>
                <w:color w:val="auto"/>
                <w:sz w:val="22"/>
              </w:rPr>
            </w:pPr>
          </w:p>
        </w:tc>
        <w:tc>
          <w:tcPr>
            <w:tcW w:w="2592" w:type="dxa"/>
            <w:vAlign w:val="center"/>
          </w:tcPr>
          <w:p w14:paraId="30650BAA" w14:textId="77777777" w:rsidR="009577AC" w:rsidRPr="00554596" w:rsidRDefault="009577AC" w:rsidP="00554596">
            <w:pPr>
              <w:spacing w:after="0" w:line="240" w:lineRule="auto"/>
              <w:rPr>
                <w:rFonts w:cs="Arial"/>
                <w:color w:val="auto"/>
                <w:sz w:val="22"/>
              </w:rPr>
            </w:pPr>
          </w:p>
        </w:tc>
      </w:tr>
    </w:tbl>
    <w:p w14:paraId="74F93336" w14:textId="77777777" w:rsidR="009577AC" w:rsidRPr="00554596" w:rsidRDefault="009577AC" w:rsidP="00554596">
      <w:pPr>
        <w:spacing w:after="0" w:line="240" w:lineRule="auto"/>
        <w:rPr>
          <w:rFonts w:cs="Arial"/>
          <w:color w:val="auto"/>
          <w:sz w:val="22"/>
        </w:rPr>
      </w:pPr>
    </w:p>
    <w:p w14:paraId="2CE11173" w14:textId="6C7571E6" w:rsidR="0089082D" w:rsidRPr="0089082D" w:rsidRDefault="0089082D" w:rsidP="00554596">
      <w:pPr>
        <w:spacing w:after="0" w:line="240" w:lineRule="auto"/>
        <w:rPr>
          <w:rFonts w:cs="Arial"/>
          <w:b/>
          <w:bCs/>
          <w:color w:val="BE4067"/>
          <w:sz w:val="22"/>
        </w:rPr>
      </w:pPr>
      <w:r w:rsidRPr="0089082D">
        <w:rPr>
          <w:rFonts w:cs="Arial"/>
          <w:b/>
          <w:bCs/>
          <w:color w:val="BE4067"/>
          <w:sz w:val="22"/>
        </w:rPr>
        <w:t>RISKS</w:t>
      </w:r>
    </w:p>
    <w:p w14:paraId="172E826D" w14:textId="3172E6B6" w:rsidR="009577AC" w:rsidRPr="00554596" w:rsidRDefault="00DF42D5" w:rsidP="00554596">
      <w:pPr>
        <w:spacing w:after="0" w:line="240" w:lineRule="auto"/>
        <w:rPr>
          <w:rFonts w:cs="Arial"/>
          <w:color w:val="auto"/>
          <w:sz w:val="22"/>
        </w:rPr>
      </w:pPr>
      <w:r w:rsidRPr="0089082D">
        <w:rPr>
          <w:rFonts w:cs="Arial"/>
          <w:color w:val="595959" w:themeColor="text1" w:themeTint="A6"/>
          <w:sz w:val="22"/>
        </w:rPr>
        <w:t xml:space="preserve">Identify the principal risks that could materially affect the project. </w:t>
      </w:r>
      <w:r w:rsidR="0089082D" w:rsidRPr="0089082D">
        <w:rPr>
          <w:rFonts w:cs="Arial"/>
          <w:color w:val="595959" w:themeColor="text1" w:themeTint="A6"/>
          <w:sz w:val="22"/>
        </w:rPr>
        <w:br/>
      </w:r>
      <w:r w:rsidR="0089082D" w:rsidRPr="0089082D">
        <w:rPr>
          <w:rFonts w:cs="Arial"/>
          <w:color w:val="595959" w:themeColor="text1" w:themeTint="A6"/>
          <w:sz w:val="22"/>
        </w:rPr>
        <w:br/>
      </w:r>
      <w:r w:rsidRPr="0089082D">
        <w:rPr>
          <w:rFonts w:cs="Arial"/>
          <w:color w:val="595959" w:themeColor="text1" w:themeTint="A6"/>
          <w:sz w:val="22"/>
        </w:rPr>
        <w:t>Add rows if necessary.</w:t>
      </w:r>
      <w:r w:rsidR="00554596">
        <w:rPr>
          <w:rFonts w:cs="Arial"/>
          <w:color w:val="auto"/>
          <w:sz w:val="22"/>
        </w:rPr>
        <w:br/>
      </w:r>
    </w:p>
    <w:tbl>
      <w:tblPr>
        <w:tblW w:w="9915" w:type="dxa"/>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551"/>
        <w:gridCol w:w="1973"/>
        <w:gridCol w:w="1564"/>
        <w:gridCol w:w="2126"/>
        <w:gridCol w:w="1701"/>
      </w:tblGrid>
      <w:tr w:rsidR="00AB7546" w:rsidRPr="00511BC3" w14:paraId="6DAA07F3" w14:textId="77777777" w:rsidTr="009D1752">
        <w:trPr>
          <w:cantSplit/>
          <w:tblHeader/>
        </w:trPr>
        <w:tc>
          <w:tcPr>
            <w:tcW w:w="2551" w:type="dxa"/>
            <w:tcBorders>
              <w:bottom w:val="single" w:sz="6" w:space="0" w:color="D9D9D9"/>
            </w:tcBorders>
            <w:shd w:val="clear" w:color="auto" w:fill="000000"/>
            <w:tcMar>
              <w:top w:w="110" w:type="dxa"/>
              <w:left w:w="100" w:type="dxa"/>
              <w:bottom w:w="110" w:type="dxa"/>
              <w:right w:w="100" w:type="dxa"/>
            </w:tcMar>
            <w:vAlign w:val="center"/>
          </w:tcPr>
          <w:p w14:paraId="312EA065" w14:textId="77777777" w:rsidR="00AB7546" w:rsidRPr="00511BC3" w:rsidRDefault="00AB7546" w:rsidP="009D1752">
            <w:pPr>
              <w:spacing w:after="0" w:line="240" w:lineRule="auto"/>
              <w:rPr>
                <w:color w:val="auto"/>
                <w:sz w:val="22"/>
              </w:rPr>
            </w:pPr>
            <w:r w:rsidRPr="00511BC3">
              <w:rPr>
                <w:b/>
                <w:color w:val="auto"/>
                <w:sz w:val="22"/>
              </w:rPr>
              <w:t>Risk</w:t>
            </w:r>
          </w:p>
        </w:tc>
        <w:tc>
          <w:tcPr>
            <w:tcW w:w="1973" w:type="dxa"/>
            <w:tcBorders>
              <w:bottom w:val="single" w:sz="6" w:space="0" w:color="D9D9D9"/>
            </w:tcBorders>
            <w:shd w:val="clear" w:color="auto" w:fill="000000"/>
            <w:tcMar>
              <w:top w:w="110" w:type="dxa"/>
              <w:left w:w="100" w:type="dxa"/>
              <w:bottom w:w="110" w:type="dxa"/>
              <w:right w:w="100" w:type="dxa"/>
            </w:tcMar>
            <w:vAlign w:val="center"/>
          </w:tcPr>
          <w:p w14:paraId="64CC1064" w14:textId="77777777" w:rsidR="00AB7546" w:rsidRPr="00511BC3" w:rsidRDefault="00AB7546" w:rsidP="009D1752">
            <w:pPr>
              <w:spacing w:after="0" w:line="240" w:lineRule="auto"/>
              <w:rPr>
                <w:color w:val="auto"/>
                <w:sz w:val="22"/>
              </w:rPr>
            </w:pPr>
            <w:r w:rsidRPr="00511BC3">
              <w:rPr>
                <w:b/>
                <w:color w:val="auto"/>
                <w:sz w:val="22"/>
              </w:rPr>
              <w:t>Likelihood</w:t>
            </w:r>
            <w:r>
              <w:rPr>
                <w:b/>
                <w:color w:val="auto"/>
                <w:sz w:val="22"/>
              </w:rPr>
              <w:br/>
            </w:r>
            <w:r w:rsidRPr="00E41F27">
              <w:rPr>
                <w:b/>
                <w:color w:val="auto"/>
                <w:sz w:val="16"/>
                <w:szCs w:val="16"/>
              </w:rPr>
              <w:t>[Low / Medium / High]</w:t>
            </w:r>
          </w:p>
        </w:tc>
        <w:tc>
          <w:tcPr>
            <w:tcW w:w="1564" w:type="dxa"/>
            <w:tcBorders>
              <w:bottom w:val="single" w:sz="6" w:space="0" w:color="D9D9D9"/>
            </w:tcBorders>
            <w:shd w:val="clear" w:color="auto" w:fill="000000"/>
            <w:tcMar>
              <w:top w:w="110" w:type="dxa"/>
              <w:left w:w="100" w:type="dxa"/>
              <w:bottom w:w="110" w:type="dxa"/>
              <w:right w:w="100" w:type="dxa"/>
            </w:tcMar>
            <w:vAlign w:val="center"/>
          </w:tcPr>
          <w:p w14:paraId="039DB408" w14:textId="77777777" w:rsidR="00AB7546" w:rsidRPr="00511BC3" w:rsidRDefault="00AB7546" w:rsidP="009D1752">
            <w:pPr>
              <w:spacing w:after="0" w:line="240" w:lineRule="auto"/>
              <w:rPr>
                <w:color w:val="auto"/>
                <w:sz w:val="22"/>
              </w:rPr>
            </w:pPr>
            <w:r w:rsidRPr="00511BC3">
              <w:rPr>
                <w:b/>
                <w:color w:val="auto"/>
                <w:sz w:val="22"/>
              </w:rPr>
              <w:t>Impact</w:t>
            </w:r>
            <w:r>
              <w:rPr>
                <w:b/>
                <w:color w:val="auto"/>
                <w:sz w:val="22"/>
              </w:rPr>
              <w:br/>
            </w:r>
            <w:r w:rsidRPr="00E41F27">
              <w:rPr>
                <w:b/>
                <w:color w:val="auto"/>
                <w:sz w:val="16"/>
                <w:szCs w:val="16"/>
              </w:rPr>
              <w:t>[Low / Medium / High]</w:t>
            </w:r>
          </w:p>
        </w:tc>
        <w:tc>
          <w:tcPr>
            <w:tcW w:w="2126" w:type="dxa"/>
            <w:tcBorders>
              <w:bottom w:val="single" w:sz="6" w:space="0" w:color="D9D9D9"/>
            </w:tcBorders>
            <w:shd w:val="clear" w:color="auto" w:fill="000000"/>
            <w:tcMar>
              <w:top w:w="110" w:type="dxa"/>
              <w:left w:w="100" w:type="dxa"/>
              <w:bottom w:w="110" w:type="dxa"/>
              <w:right w:w="100" w:type="dxa"/>
            </w:tcMar>
            <w:vAlign w:val="center"/>
          </w:tcPr>
          <w:p w14:paraId="5410595E" w14:textId="77777777" w:rsidR="00AB7546" w:rsidRPr="00511BC3" w:rsidRDefault="00AB7546" w:rsidP="009D1752">
            <w:pPr>
              <w:spacing w:after="0" w:line="240" w:lineRule="auto"/>
              <w:rPr>
                <w:color w:val="auto"/>
                <w:sz w:val="22"/>
              </w:rPr>
            </w:pPr>
            <w:r w:rsidRPr="00511BC3">
              <w:rPr>
                <w:b/>
                <w:color w:val="auto"/>
                <w:sz w:val="22"/>
              </w:rPr>
              <w:t xml:space="preserve">Mitigation </w:t>
            </w:r>
            <w:r>
              <w:rPr>
                <w:b/>
                <w:color w:val="auto"/>
                <w:sz w:val="22"/>
              </w:rPr>
              <w:t>(Action)</w:t>
            </w:r>
          </w:p>
        </w:tc>
        <w:tc>
          <w:tcPr>
            <w:tcW w:w="1701" w:type="dxa"/>
            <w:tcBorders>
              <w:bottom w:val="single" w:sz="6" w:space="0" w:color="D9D9D9"/>
            </w:tcBorders>
            <w:shd w:val="clear" w:color="auto" w:fill="000000"/>
            <w:tcMar>
              <w:top w:w="110" w:type="dxa"/>
              <w:left w:w="100" w:type="dxa"/>
              <w:bottom w:w="110" w:type="dxa"/>
              <w:right w:w="100" w:type="dxa"/>
            </w:tcMar>
            <w:vAlign w:val="center"/>
          </w:tcPr>
          <w:p w14:paraId="12414969" w14:textId="77777777" w:rsidR="00AB7546" w:rsidRPr="00511BC3" w:rsidRDefault="00AB7546" w:rsidP="009D1752">
            <w:pPr>
              <w:spacing w:after="0" w:line="240" w:lineRule="auto"/>
              <w:rPr>
                <w:color w:val="auto"/>
                <w:sz w:val="22"/>
              </w:rPr>
            </w:pPr>
            <w:r w:rsidRPr="00511BC3">
              <w:rPr>
                <w:b/>
                <w:color w:val="auto"/>
                <w:sz w:val="22"/>
              </w:rPr>
              <w:t>Owner</w:t>
            </w:r>
          </w:p>
        </w:tc>
      </w:tr>
      <w:tr w:rsidR="00AB7546" w:rsidRPr="00511BC3" w14:paraId="4DB1C3A0" w14:textId="77777777" w:rsidTr="009D1752">
        <w:trPr>
          <w:cantSplit/>
        </w:trPr>
        <w:tc>
          <w:tcPr>
            <w:tcW w:w="2551" w:type="dxa"/>
            <w:tcMar>
              <w:top w:w="90" w:type="dxa"/>
              <w:left w:w="110" w:type="dxa"/>
              <w:bottom w:w="90" w:type="dxa"/>
              <w:right w:w="110" w:type="dxa"/>
            </w:tcMar>
            <w:vAlign w:val="center"/>
          </w:tcPr>
          <w:p w14:paraId="2EFFE812" w14:textId="77777777" w:rsidR="00AB7546" w:rsidRPr="00E41F27" w:rsidRDefault="00AB7546" w:rsidP="009D1752">
            <w:pPr>
              <w:spacing w:after="0" w:line="240" w:lineRule="auto"/>
              <w:rPr>
                <w:color w:val="auto"/>
                <w:sz w:val="22"/>
              </w:rPr>
            </w:pPr>
          </w:p>
        </w:tc>
        <w:tc>
          <w:tcPr>
            <w:tcW w:w="1973" w:type="dxa"/>
            <w:tcMar>
              <w:top w:w="90" w:type="dxa"/>
              <w:left w:w="110" w:type="dxa"/>
              <w:bottom w:w="90" w:type="dxa"/>
              <w:right w:w="110" w:type="dxa"/>
            </w:tcMar>
            <w:vAlign w:val="center"/>
          </w:tcPr>
          <w:p w14:paraId="2A76B882" w14:textId="77777777" w:rsidR="00AB7546" w:rsidRPr="00E41F27" w:rsidRDefault="00AB7546" w:rsidP="009D1752">
            <w:pPr>
              <w:spacing w:after="0" w:line="240" w:lineRule="auto"/>
              <w:rPr>
                <w:color w:val="auto"/>
                <w:sz w:val="22"/>
              </w:rPr>
            </w:pPr>
          </w:p>
        </w:tc>
        <w:tc>
          <w:tcPr>
            <w:tcW w:w="1564" w:type="dxa"/>
            <w:tcMar>
              <w:top w:w="90" w:type="dxa"/>
              <w:left w:w="110" w:type="dxa"/>
              <w:bottom w:w="90" w:type="dxa"/>
              <w:right w:w="110" w:type="dxa"/>
            </w:tcMar>
            <w:vAlign w:val="center"/>
          </w:tcPr>
          <w:p w14:paraId="27910F05" w14:textId="77777777" w:rsidR="00AB7546" w:rsidRPr="00E41F27" w:rsidRDefault="00AB7546" w:rsidP="009D1752">
            <w:pPr>
              <w:spacing w:after="0" w:line="240" w:lineRule="auto"/>
              <w:rPr>
                <w:color w:val="auto"/>
                <w:sz w:val="22"/>
              </w:rPr>
            </w:pPr>
          </w:p>
        </w:tc>
        <w:tc>
          <w:tcPr>
            <w:tcW w:w="2126" w:type="dxa"/>
            <w:tcMar>
              <w:top w:w="90" w:type="dxa"/>
              <w:left w:w="110" w:type="dxa"/>
              <w:bottom w:w="90" w:type="dxa"/>
              <w:right w:w="110" w:type="dxa"/>
            </w:tcMar>
            <w:vAlign w:val="center"/>
          </w:tcPr>
          <w:p w14:paraId="02FA0AB6" w14:textId="77777777" w:rsidR="00AB7546" w:rsidRPr="00E41F27" w:rsidRDefault="00AB7546" w:rsidP="009D1752">
            <w:pPr>
              <w:spacing w:after="0" w:line="240" w:lineRule="auto"/>
              <w:rPr>
                <w:color w:val="auto"/>
                <w:sz w:val="22"/>
              </w:rPr>
            </w:pPr>
          </w:p>
        </w:tc>
        <w:tc>
          <w:tcPr>
            <w:tcW w:w="1701" w:type="dxa"/>
            <w:tcMar>
              <w:top w:w="90" w:type="dxa"/>
              <w:left w:w="110" w:type="dxa"/>
              <w:bottom w:w="90" w:type="dxa"/>
              <w:right w:w="110" w:type="dxa"/>
            </w:tcMar>
            <w:vAlign w:val="center"/>
          </w:tcPr>
          <w:p w14:paraId="4D799E11" w14:textId="77777777" w:rsidR="00AB7546" w:rsidRPr="00E41F27" w:rsidRDefault="00AB7546" w:rsidP="009D1752">
            <w:pPr>
              <w:spacing w:after="0" w:line="240" w:lineRule="auto"/>
              <w:rPr>
                <w:color w:val="auto"/>
                <w:sz w:val="22"/>
              </w:rPr>
            </w:pPr>
          </w:p>
        </w:tc>
      </w:tr>
      <w:tr w:rsidR="00AB7546" w:rsidRPr="00511BC3" w14:paraId="5F955F9D" w14:textId="77777777" w:rsidTr="009D1752">
        <w:trPr>
          <w:cantSplit/>
        </w:trPr>
        <w:tc>
          <w:tcPr>
            <w:tcW w:w="2551" w:type="dxa"/>
            <w:tcMar>
              <w:top w:w="90" w:type="dxa"/>
              <w:left w:w="110" w:type="dxa"/>
              <w:bottom w:w="90" w:type="dxa"/>
              <w:right w:w="110" w:type="dxa"/>
            </w:tcMar>
            <w:vAlign w:val="center"/>
          </w:tcPr>
          <w:p w14:paraId="37AAAC9D" w14:textId="77777777" w:rsidR="00AB7546" w:rsidRPr="00E41F27" w:rsidRDefault="00AB7546" w:rsidP="009D1752">
            <w:pPr>
              <w:spacing w:after="0" w:line="240" w:lineRule="auto"/>
              <w:rPr>
                <w:color w:val="auto"/>
                <w:sz w:val="22"/>
              </w:rPr>
            </w:pPr>
          </w:p>
        </w:tc>
        <w:tc>
          <w:tcPr>
            <w:tcW w:w="1973" w:type="dxa"/>
            <w:tcMar>
              <w:top w:w="90" w:type="dxa"/>
              <w:left w:w="110" w:type="dxa"/>
              <w:bottom w:w="90" w:type="dxa"/>
              <w:right w:w="110" w:type="dxa"/>
            </w:tcMar>
            <w:vAlign w:val="center"/>
          </w:tcPr>
          <w:p w14:paraId="29ACD48F" w14:textId="77777777" w:rsidR="00AB7546" w:rsidRPr="00E41F27" w:rsidRDefault="00AB7546" w:rsidP="009D1752">
            <w:pPr>
              <w:spacing w:after="0" w:line="240" w:lineRule="auto"/>
              <w:rPr>
                <w:color w:val="auto"/>
                <w:sz w:val="22"/>
              </w:rPr>
            </w:pPr>
          </w:p>
        </w:tc>
        <w:tc>
          <w:tcPr>
            <w:tcW w:w="1564" w:type="dxa"/>
            <w:tcMar>
              <w:top w:w="90" w:type="dxa"/>
              <w:left w:w="110" w:type="dxa"/>
              <w:bottom w:w="90" w:type="dxa"/>
              <w:right w:w="110" w:type="dxa"/>
            </w:tcMar>
            <w:vAlign w:val="center"/>
          </w:tcPr>
          <w:p w14:paraId="66633D66" w14:textId="77777777" w:rsidR="00AB7546" w:rsidRPr="00E41F27" w:rsidRDefault="00AB7546" w:rsidP="009D1752">
            <w:pPr>
              <w:spacing w:after="0" w:line="240" w:lineRule="auto"/>
              <w:rPr>
                <w:color w:val="auto"/>
                <w:sz w:val="22"/>
              </w:rPr>
            </w:pPr>
          </w:p>
        </w:tc>
        <w:tc>
          <w:tcPr>
            <w:tcW w:w="2126" w:type="dxa"/>
            <w:tcMar>
              <w:top w:w="90" w:type="dxa"/>
              <w:left w:w="110" w:type="dxa"/>
              <w:bottom w:w="90" w:type="dxa"/>
              <w:right w:w="110" w:type="dxa"/>
            </w:tcMar>
            <w:vAlign w:val="center"/>
          </w:tcPr>
          <w:p w14:paraId="08376EE4" w14:textId="77777777" w:rsidR="00AB7546" w:rsidRPr="00E41F27" w:rsidRDefault="00AB7546" w:rsidP="009D1752">
            <w:pPr>
              <w:spacing w:after="0" w:line="240" w:lineRule="auto"/>
              <w:rPr>
                <w:color w:val="auto"/>
                <w:sz w:val="22"/>
              </w:rPr>
            </w:pPr>
          </w:p>
        </w:tc>
        <w:tc>
          <w:tcPr>
            <w:tcW w:w="1701" w:type="dxa"/>
            <w:tcMar>
              <w:top w:w="90" w:type="dxa"/>
              <w:left w:w="110" w:type="dxa"/>
              <w:bottom w:w="90" w:type="dxa"/>
              <w:right w:w="110" w:type="dxa"/>
            </w:tcMar>
            <w:vAlign w:val="center"/>
          </w:tcPr>
          <w:p w14:paraId="51A5C578" w14:textId="77777777" w:rsidR="00AB7546" w:rsidRPr="00E41F27" w:rsidRDefault="00AB7546" w:rsidP="009D1752">
            <w:pPr>
              <w:spacing w:after="0" w:line="240" w:lineRule="auto"/>
              <w:rPr>
                <w:color w:val="auto"/>
                <w:sz w:val="22"/>
              </w:rPr>
            </w:pPr>
          </w:p>
        </w:tc>
      </w:tr>
      <w:tr w:rsidR="00AB7546" w:rsidRPr="00511BC3" w14:paraId="6F28D92E" w14:textId="77777777" w:rsidTr="009D1752">
        <w:trPr>
          <w:cantSplit/>
        </w:trPr>
        <w:tc>
          <w:tcPr>
            <w:tcW w:w="2551" w:type="dxa"/>
            <w:tcMar>
              <w:top w:w="90" w:type="dxa"/>
              <w:left w:w="110" w:type="dxa"/>
              <w:bottom w:w="90" w:type="dxa"/>
              <w:right w:w="110" w:type="dxa"/>
            </w:tcMar>
            <w:vAlign w:val="center"/>
          </w:tcPr>
          <w:p w14:paraId="0081EDC5" w14:textId="77777777" w:rsidR="00AB7546" w:rsidRPr="00E41F27" w:rsidRDefault="00AB7546" w:rsidP="009D1752">
            <w:pPr>
              <w:spacing w:after="0" w:line="240" w:lineRule="auto"/>
              <w:rPr>
                <w:color w:val="auto"/>
                <w:sz w:val="22"/>
              </w:rPr>
            </w:pPr>
          </w:p>
        </w:tc>
        <w:tc>
          <w:tcPr>
            <w:tcW w:w="1973" w:type="dxa"/>
            <w:tcMar>
              <w:top w:w="90" w:type="dxa"/>
              <w:left w:w="110" w:type="dxa"/>
              <w:bottom w:w="90" w:type="dxa"/>
              <w:right w:w="110" w:type="dxa"/>
            </w:tcMar>
            <w:vAlign w:val="center"/>
          </w:tcPr>
          <w:p w14:paraId="138B48FB" w14:textId="77777777" w:rsidR="00AB7546" w:rsidRPr="00E41F27" w:rsidRDefault="00AB7546" w:rsidP="009D1752">
            <w:pPr>
              <w:spacing w:after="0" w:line="240" w:lineRule="auto"/>
              <w:rPr>
                <w:color w:val="auto"/>
                <w:sz w:val="22"/>
              </w:rPr>
            </w:pPr>
          </w:p>
        </w:tc>
        <w:tc>
          <w:tcPr>
            <w:tcW w:w="1564" w:type="dxa"/>
            <w:tcMar>
              <w:top w:w="90" w:type="dxa"/>
              <w:left w:w="110" w:type="dxa"/>
              <w:bottom w:w="90" w:type="dxa"/>
              <w:right w:w="110" w:type="dxa"/>
            </w:tcMar>
            <w:vAlign w:val="center"/>
          </w:tcPr>
          <w:p w14:paraId="617B7151" w14:textId="77777777" w:rsidR="00AB7546" w:rsidRPr="00E41F27" w:rsidRDefault="00AB7546" w:rsidP="009D1752">
            <w:pPr>
              <w:spacing w:after="0" w:line="240" w:lineRule="auto"/>
              <w:rPr>
                <w:color w:val="auto"/>
                <w:sz w:val="22"/>
              </w:rPr>
            </w:pPr>
          </w:p>
        </w:tc>
        <w:tc>
          <w:tcPr>
            <w:tcW w:w="2126" w:type="dxa"/>
            <w:tcMar>
              <w:top w:w="90" w:type="dxa"/>
              <w:left w:w="110" w:type="dxa"/>
              <w:bottom w:w="90" w:type="dxa"/>
              <w:right w:w="110" w:type="dxa"/>
            </w:tcMar>
            <w:vAlign w:val="center"/>
          </w:tcPr>
          <w:p w14:paraId="57B7153E" w14:textId="77777777" w:rsidR="00AB7546" w:rsidRPr="00E41F27" w:rsidRDefault="00AB7546" w:rsidP="009D1752">
            <w:pPr>
              <w:spacing w:after="0" w:line="240" w:lineRule="auto"/>
              <w:rPr>
                <w:color w:val="auto"/>
                <w:sz w:val="22"/>
              </w:rPr>
            </w:pPr>
          </w:p>
        </w:tc>
        <w:tc>
          <w:tcPr>
            <w:tcW w:w="1701" w:type="dxa"/>
            <w:tcMar>
              <w:top w:w="90" w:type="dxa"/>
              <w:left w:w="110" w:type="dxa"/>
              <w:bottom w:w="90" w:type="dxa"/>
              <w:right w:w="110" w:type="dxa"/>
            </w:tcMar>
            <w:vAlign w:val="center"/>
          </w:tcPr>
          <w:p w14:paraId="25B6C178" w14:textId="77777777" w:rsidR="00AB7546" w:rsidRPr="00E41F27" w:rsidRDefault="00AB7546" w:rsidP="009D1752">
            <w:pPr>
              <w:spacing w:after="0" w:line="240" w:lineRule="auto"/>
              <w:rPr>
                <w:color w:val="auto"/>
                <w:sz w:val="22"/>
              </w:rPr>
            </w:pPr>
          </w:p>
        </w:tc>
      </w:tr>
      <w:tr w:rsidR="00AB7546" w:rsidRPr="00511BC3" w14:paraId="33C7C867" w14:textId="77777777" w:rsidTr="009D1752">
        <w:trPr>
          <w:cantSplit/>
        </w:trPr>
        <w:tc>
          <w:tcPr>
            <w:tcW w:w="2551" w:type="dxa"/>
            <w:tcMar>
              <w:top w:w="90" w:type="dxa"/>
              <w:left w:w="110" w:type="dxa"/>
              <w:bottom w:w="90" w:type="dxa"/>
              <w:right w:w="110" w:type="dxa"/>
            </w:tcMar>
            <w:vAlign w:val="center"/>
          </w:tcPr>
          <w:p w14:paraId="0D20A995" w14:textId="77777777" w:rsidR="00AB7546" w:rsidRPr="00E41F27" w:rsidRDefault="00AB7546" w:rsidP="009D1752">
            <w:pPr>
              <w:spacing w:after="0" w:line="240" w:lineRule="auto"/>
              <w:rPr>
                <w:color w:val="auto"/>
                <w:sz w:val="22"/>
              </w:rPr>
            </w:pPr>
          </w:p>
        </w:tc>
        <w:tc>
          <w:tcPr>
            <w:tcW w:w="1973" w:type="dxa"/>
            <w:tcMar>
              <w:top w:w="90" w:type="dxa"/>
              <w:left w:w="110" w:type="dxa"/>
              <w:bottom w:w="90" w:type="dxa"/>
              <w:right w:w="110" w:type="dxa"/>
            </w:tcMar>
            <w:vAlign w:val="center"/>
          </w:tcPr>
          <w:p w14:paraId="391673F3" w14:textId="77777777" w:rsidR="00AB7546" w:rsidRPr="00E41F27" w:rsidRDefault="00AB7546" w:rsidP="009D1752">
            <w:pPr>
              <w:spacing w:after="0" w:line="240" w:lineRule="auto"/>
              <w:rPr>
                <w:color w:val="auto"/>
                <w:sz w:val="22"/>
              </w:rPr>
            </w:pPr>
          </w:p>
        </w:tc>
        <w:tc>
          <w:tcPr>
            <w:tcW w:w="1564" w:type="dxa"/>
            <w:tcMar>
              <w:top w:w="90" w:type="dxa"/>
              <w:left w:w="110" w:type="dxa"/>
              <w:bottom w:w="90" w:type="dxa"/>
              <w:right w:w="110" w:type="dxa"/>
            </w:tcMar>
            <w:vAlign w:val="center"/>
          </w:tcPr>
          <w:p w14:paraId="2D6AFB4F" w14:textId="77777777" w:rsidR="00AB7546" w:rsidRPr="00E41F27" w:rsidRDefault="00AB7546" w:rsidP="009D1752">
            <w:pPr>
              <w:spacing w:after="0" w:line="240" w:lineRule="auto"/>
              <w:rPr>
                <w:color w:val="auto"/>
                <w:sz w:val="22"/>
              </w:rPr>
            </w:pPr>
          </w:p>
        </w:tc>
        <w:tc>
          <w:tcPr>
            <w:tcW w:w="2126" w:type="dxa"/>
            <w:tcMar>
              <w:top w:w="90" w:type="dxa"/>
              <w:left w:w="110" w:type="dxa"/>
              <w:bottom w:w="90" w:type="dxa"/>
              <w:right w:w="110" w:type="dxa"/>
            </w:tcMar>
            <w:vAlign w:val="center"/>
          </w:tcPr>
          <w:p w14:paraId="7C37CADB" w14:textId="77777777" w:rsidR="00AB7546" w:rsidRPr="00E41F27" w:rsidRDefault="00AB7546" w:rsidP="009D1752">
            <w:pPr>
              <w:spacing w:after="0" w:line="240" w:lineRule="auto"/>
              <w:rPr>
                <w:color w:val="auto"/>
                <w:sz w:val="22"/>
              </w:rPr>
            </w:pPr>
          </w:p>
        </w:tc>
        <w:tc>
          <w:tcPr>
            <w:tcW w:w="1701" w:type="dxa"/>
            <w:tcMar>
              <w:top w:w="90" w:type="dxa"/>
              <w:left w:w="110" w:type="dxa"/>
              <w:bottom w:w="90" w:type="dxa"/>
              <w:right w:w="110" w:type="dxa"/>
            </w:tcMar>
            <w:vAlign w:val="center"/>
          </w:tcPr>
          <w:p w14:paraId="036E2681" w14:textId="77777777" w:rsidR="00AB7546" w:rsidRPr="00E41F27" w:rsidRDefault="00AB7546" w:rsidP="009D1752">
            <w:pPr>
              <w:spacing w:after="0" w:line="240" w:lineRule="auto"/>
              <w:rPr>
                <w:color w:val="auto"/>
                <w:sz w:val="22"/>
              </w:rPr>
            </w:pPr>
          </w:p>
        </w:tc>
      </w:tr>
      <w:tr w:rsidR="00AB7546" w:rsidRPr="00511BC3" w14:paraId="5A9D0A03" w14:textId="77777777" w:rsidTr="009D1752">
        <w:trPr>
          <w:cantSplit/>
        </w:trPr>
        <w:tc>
          <w:tcPr>
            <w:tcW w:w="2551" w:type="dxa"/>
            <w:tcMar>
              <w:top w:w="90" w:type="dxa"/>
              <w:left w:w="110" w:type="dxa"/>
              <w:bottom w:w="90" w:type="dxa"/>
              <w:right w:w="110" w:type="dxa"/>
            </w:tcMar>
            <w:vAlign w:val="center"/>
          </w:tcPr>
          <w:p w14:paraId="125FF156" w14:textId="77777777" w:rsidR="00AB7546" w:rsidRPr="00E41F27" w:rsidRDefault="00AB7546" w:rsidP="009D1752">
            <w:pPr>
              <w:spacing w:after="0" w:line="240" w:lineRule="auto"/>
              <w:rPr>
                <w:color w:val="auto"/>
                <w:sz w:val="22"/>
              </w:rPr>
            </w:pPr>
          </w:p>
        </w:tc>
        <w:tc>
          <w:tcPr>
            <w:tcW w:w="1973" w:type="dxa"/>
            <w:tcMar>
              <w:top w:w="90" w:type="dxa"/>
              <w:left w:w="110" w:type="dxa"/>
              <w:bottom w:w="90" w:type="dxa"/>
              <w:right w:w="110" w:type="dxa"/>
            </w:tcMar>
            <w:vAlign w:val="center"/>
          </w:tcPr>
          <w:p w14:paraId="05BA2286" w14:textId="77777777" w:rsidR="00AB7546" w:rsidRPr="00E41F27" w:rsidRDefault="00AB7546" w:rsidP="009D1752">
            <w:pPr>
              <w:spacing w:after="0" w:line="240" w:lineRule="auto"/>
              <w:rPr>
                <w:color w:val="auto"/>
                <w:sz w:val="22"/>
              </w:rPr>
            </w:pPr>
          </w:p>
        </w:tc>
        <w:tc>
          <w:tcPr>
            <w:tcW w:w="1564" w:type="dxa"/>
            <w:tcMar>
              <w:top w:w="90" w:type="dxa"/>
              <w:left w:w="110" w:type="dxa"/>
              <w:bottom w:w="90" w:type="dxa"/>
              <w:right w:w="110" w:type="dxa"/>
            </w:tcMar>
            <w:vAlign w:val="center"/>
          </w:tcPr>
          <w:p w14:paraId="50CB1D96" w14:textId="77777777" w:rsidR="00AB7546" w:rsidRPr="00E41F27" w:rsidRDefault="00AB7546" w:rsidP="009D1752">
            <w:pPr>
              <w:spacing w:after="0" w:line="240" w:lineRule="auto"/>
              <w:rPr>
                <w:color w:val="auto"/>
                <w:sz w:val="22"/>
              </w:rPr>
            </w:pPr>
          </w:p>
        </w:tc>
        <w:tc>
          <w:tcPr>
            <w:tcW w:w="2126" w:type="dxa"/>
            <w:tcMar>
              <w:top w:w="90" w:type="dxa"/>
              <w:left w:w="110" w:type="dxa"/>
              <w:bottom w:w="90" w:type="dxa"/>
              <w:right w:w="110" w:type="dxa"/>
            </w:tcMar>
            <w:vAlign w:val="center"/>
          </w:tcPr>
          <w:p w14:paraId="1B3AD218" w14:textId="77777777" w:rsidR="00AB7546" w:rsidRPr="00E41F27" w:rsidRDefault="00AB7546" w:rsidP="009D1752">
            <w:pPr>
              <w:spacing w:after="0" w:line="240" w:lineRule="auto"/>
              <w:rPr>
                <w:color w:val="auto"/>
                <w:sz w:val="22"/>
              </w:rPr>
            </w:pPr>
          </w:p>
        </w:tc>
        <w:tc>
          <w:tcPr>
            <w:tcW w:w="1701" w:type="dxa"/>
            <w:tcMar>
              <w:top w:w="90" w:type="dxa"/>
              <w:left w:w="110" w:type="dxa"/>
              <w:bottom w:w="90" w:type="dxa"/>
              <w:right w:w="110" w:type="dxa"/>
            </w:tcMar>
            <w:vAlign w:val="center"/>
          </w:tcPr>
          <w:p w14:paraId="3A9AAAF3" w14:textId="77777777" w:rsidR="00AB7546" w:rsidRPr="00E41F27" w:rsidRDefault="00AB7546" w:rsidP="009D1752">
            <w:pPr>
              <w:spacing w:after="0" w:line="240" w:lineRule="auto"/>
              <w:rPr>
                <w:color w:val="auto"/>
                <w:sz w:val="22"/>
              </w:rPr>
            </w:pPr>
          </w:p>
        </w:tc>
      </w:tr>
      <w:tr w:rsidR="00AB7546" w:rsidRPr="00511BC3" w14:paraId="2FEE0935" w14:textId="77777777" w:rsidTr="009D1752">
        <w:trPr>
          <w:cantSplit/>
        </w:trPr>
        <w:tc>
          <w:tcPr>
            <w:tcW w:w="2551" w:type="dxa"/>
            <w:tcMar>
              <w:top w:w="90" w:type="dxa"/>
              <w:left w:w="110" w:type="dxa"/>
              <w:bottom w:w="90" w:type="dxa"/>
              <w:right w:w="110" w:type="dxa"/>
            </w:tcMar>
            <w:vAlign w:val="center"/>
          </w:tcPr>
          <w:p w14:paraId="5595F7D8" w14:textId="77777777" w:rsidR="00AB7546" w:rsidRPr="00E41F27" w:rsidRDefault="00AB7546" w:rsidP="009D1752">
            <w:pPr>
              <w:spacing w:after="0" w:line="240" w:lineRule="auto"/>
              <w:rPr>
                <w:color w:val="auto"/>
                <w:sz w:val="22"/>
              </w:rPr>
            </w:pPr>
          </w:p>
        </w:tc>
        <w:tc>
          <w:tcPr>
            <w:tcW w:w="1973" w:type="dxa"/>
            <w:tcMar>
              <w:top w:w="90" w:type="dxa"/>
              <w:left w:w="110" w:type="dxa"/>
              <w:bottom w:w="90" w:type="dxa"/>
              <w:right w:w="110" w:type="dxa"/>
            </w:tcMar>
            <w:vAlign w:val="center"/>
          </w:tcPr>
          <w:p w14:paraId="755202BD" w14:textId="77777777" w:rsidR="00AB7546" w:rsidRPr="00E41F27" w:rsidRDefault="00AB7546" w:rsidP="009D1752">
            <w:pPr>
              <w:spacing w:after="0" w:line="240" w:lineRule="auto"/>
              <w:rPr>
                <w:color w:val="auto"/>
                <w:sz w:val="22"/>
              </w:rPr>
            </w:pPr>
          </w:p>
        </w:tc>
        <w:tc>
          <w:tcPr>
            <w:tcW w:w="1564" w:type="dxa"/>
            <w:tcMar>
              <w:top w:w="90" w:type="dxa"/>
              <w:left w:w="110" w:type="dxa"/>
              <w:bottom w:w="90" w:type="dxa"/>
              <w:right w:w="110" w:type="dxa"/>
            </w:tcMar>
            <w:vAlign w:val="center"/>
          </w:tcPr>
          <w:p w14:paraId="664014BA" w14:textId="77777777" w:rsidR="00AB7546" w:rsidRPr="00E41F27" w:rsidRDefault="00AB7546" w:rsidP="009D1752">
            <w:pPr>
              <w:spacing w:after="0" w:line="240" w:lineRule="auto"/>
              <w:rPr>
                <w:color w:val="auto"/>
                <w:sz w:val="22"/>
              </w:rPr>
            </w:pPr>
          </w:p>
        </w:tc>
        <w:tc>
          <w:tcPr>
            <w:tcW w:w="2126" w:type="dxa"/>
            <w:tcMar>
              <w:top w:w="90" w:type="dxa"/>
              <w:left w:w="110" w:type="dxa"/>
              <w:bottom w:w="90" w:type="dxa"/>
              <w:right w:w="110" w:type="dxa"/>
            </w:tcMar>
            <w:vAlign w:val="center"/>
          </w:tcPr>
          <w:p w14:paraId="43681E61" w14:textId="77777777" w:rsidR="00AB7546" w:rsidRPr="00E41F27" w:rsidRDefault="00AB7546" w:rsidP="009D1752">
            <w:pPr>
              <w:spacing w:after="0" w:line="240" w:lineRule="auto"/>
              <w:rPr>
                <w:color w:val="auto"/>
                <w:sz w:val="22"/>
              </w:rPr>
            </w:pPr>
          </w:p>
        </w:tc>
        <w:tc>
          <w:tcPr>
            <w:tcW w:w="1701" w:type="dxa"/>
            <w:tcMar>
              <w:top w:w="90" w:type="dxa"/>
              <w:left w:w="110" w:type="dxa"/>
              <w:bottom w:w="90" w:type="dxa"/>
              <w:right w:w="110" w:type="dxa"/>
            </w:tcMar>
            <w:vAlign w:val="center"/>
          </w:tcPr>
          <w:p w14:paraId="0C623DEB" w14:textId="77777777" w:rsidR="00AB7546" w:rsidRPr="00E41F27" w:rsidRDefault="00AB7546" w:rsidP="009D1752">
            <w:pPr>
              <w:spacing w:after="0" w:line="240" w:lineRule="auto"/>
              <w:rPr>
                <w:color w:val="auto"/>
                <w:sz w:val="22"/>
              </w:rPr>
            </w:pPr>
          </w:p>
        </w:tc>
      </w:tr>
      <w:tr w:rsidR="00AB7546" w:rsidRPr="00511BC3" w14:paraId="40709260" w14:textId="77777777" w:rsidTr="009D1752">
        <w:trPr>
          <w:cantSplit/>
        </w:trPr>
        <w:tc>
          <w:tcPr>
            <w:tcW w:w="2551" w:type="dxa"/>
            <w:tcMar>
              <w:top w:w="90" w:type="dxa"/>
              <w:left w:w="110" w:type="dxa"/>
              <w:bottom w:w="90" w:type="dxa"/>
              <w:right w:w="110" w:type="dxa"/>
            </w:tcMar>
            <w:vAlign w:val="center"/>
          </w:tcPr>
          <w:p w14:paraId="59E40FDE" w14:textId="77777777" w:rsidR="00AB7546" w:rsidRPr="00E41F27" w:rsidRDefault="00AB7546" w:rsidP="009D1752">
            <w:pPr>
              <w:spacing w:after="0" w:line="240" w:lineRule="auto"/>
              <w:rPr>
                <w:color w:val="auto"/>
                <w:sz w:val="22"/>
              </w:rPr>
            </w:pPr>
          </w:p>
        </w:tc>
        <w:tc>
          <w:tcPr>
            <w:tcW w:w="1973" w:type="dxa"/>
            <w:tcMar>
              <w:top w:w="90" w:type="dxa"/>
              <w:left w:w="110" w:type="dxa"/>
              <w:bottom w:w="90" w:type="dxa"/>
              <w:right w:w="110" w:type="dxa"/>
            </w:tcMar>
            <w:vAlign w:val="center"/>
          </w:tcPr>
          <w:p w14:paraId="1D419AC8" w14:textId="77777777" w:rsidR="00AB7546" w:rsidRPr="00E41F27" w:rsidRDefault="00AB7546" w:rsidP="009D1752">
            <w:pPr>
              <w:spacing w:after="0" w:line="240" w:lineRule="auto"/>
              <w:rPr>
                <w:color w:val="auto"/>
                <w:sz w:val="22"/>
              </w:rPr>
            </w:pPr>
          </w:p>
        </w:tc>
        <w:tc>
          <w:tcPr>
            <w:tcW w:w="1564" w:type="dxa"/>
            <w:tcMar>
              <w:top w:w="90" w:type="dxa"/>
              <w:left w:w="110" w:type="dxa"/>
              <w:bottom w:w="90" w:type="dxa"/>
              <w:right w:w="110" w:type="dxa"/>
            </w:tcMar>
            <w:vAlign w:val="center"/>
          </w:tcPr>
          <w:p w14:paraId="78DBAA0B" w14:textId="77777777" w:rsidR="00AB7546" w:rsidRPr="00E41F27" w:rsidRDefault="00AB7546" w:rsidP="009D1752">
            <w:pPr>
              <w:spacing w:after="0" w:line="240" w:lineRule="auto"/>
              <w:rPr>
                <w:color w:val="auto"/>
                <w:sz w:val="22"/>
              </w:rPr>
            </w:pPr>
          </w:p>
        </w:tc>
        <w:tc>
          <w:tcPr>
            <w:tcW w:w="2126" w:type="dxa"/>
            <w:tcMar>
              <w:top w:w="90" w:type="dxa"/>
              <w:left w:w="110" w:type="dxa"/>
              <w:bottom w:w="90" w:type="dxa"/>
              <w:right w:w="110" w:type="dxa"/>
            </w:tcMar>
            <w:vAlign w:val="center"/>
          </w:tcPr>
          <w:p w14:paraId="1E175B77" w14:textId="77777777" w:rsidR="00AB7546" w:rsidRPr="00E41F27" w:rsidRDefault="00AB7546" w:rsidP="009D1752">
            <w:pPr>
              <w:spacing w:after="0" w:line="240" w:lineRule="auto"/>
              <w:rPr>
                <w:color w:val="auto"/>
                <w:sz w:val="22"/>
              </w:rPr>
            </w:pPr>
          </w:p>
        </w:tc>
        <w:tc>
          <w:tcPr>
            <w:tcW w:w="1701" w:type="dxa"/>
            <w:tcMar>
              <w:top w:w="90" w:type="dxa"/>
              <w:left w:w="110" w:type="dxa"/>
              <w:bottom w:w="90" w:type="dxa"/>
              <w:right w:w="110" w:type="dxa"/>
            </w:tcMar>
            <w:vAlign w:val="center"/>
          </w:tcPr>
          <w:p w14:paraId="011C9444" w14:textId="77777777" w:rsidR="00AB7546" w:rsidRPr="00E41F27" w:rsidRDefault="00AB7546" w:rsidP="009D1752">
            <w:pPr>
              <w:spacing w:after="0" w:line="240" w:lineRule="auto"/>
              <w:rPr>
                <w:color w:val="auto"/>
                <w:sz w:val="22"/>
              </w:rPr>
            </w:pPr>
          </w:p>
        </w:tc>
      </w:tr>
    </w:tbl>
    <w:p w14:paraId="481C18D7" w14:textId="39034F13" w:rsidR="009577AC" w:rsidRPr="00554596" w:rsidRDefault="00DF42D5">
      <w:pPr>
        <w:pStyle w:val="Heading1"/>
        <w:rPr>
          <w:rFonts w:ascii="Arial" w:hAnsi="Arial" w:cs="Arial"/>
          <w:color w:val="auto"/>
        </w:rPr>
      </w:pPr>
      <w:r>
        <w:rPr>
          <w:rFonts w:ascii="Arial" w:hAnsi="Arial" w:cs="Arial"/>
          <w:color w:val="auto"/>
        </w:rPr>
        <w:t>1</w:t>
      </w:r>
      <w:r w:rsidR="00DC435D">
        <w:rPr>
          <w:rFonts w:ascii="Arial" w:hAnsi="Arial" w:cs="Arial"/>
          <w:color w:val="auto"/>
        </w:rPr>
        <w:t>1</w:t>
      </w:r>
      <w:r>
        <w:rPr>
          <w:rFonts w:ascii="Arial" w:hAnsi="Arial" w:cs="Arial"/>
          <w:color w:val="auto"/>
        </w:rPr>
        <w:t>: Responsibility, Compliance and Supporting Documents</w:t>
      </w:r>
    </w:p>
    <w:p w14:paraId="78F1D422" w14:textId="77777777" w:rsidR="009577AC" w:rsidRPr="00554596" w:rsidRDefault="00DF42D5">
      <w:pPr>
        <w:rPr>
          <w:rFonts w:cs="Arial"/>
          <w:color w:val="auto"/>
          <w:sz w:val="22"/>
        </w:rPr>
      </w:pPr>
      <w:r w:rsidRPr="00554596">
        <w:rPr>
          <w:rFonts w:cs="Arial"/>
          <w:color w:val="auto"/>
          <w:sz w:val="22"/>
        </w:rPr>
        <w:t>Confirm the position for each standard by selecting Yes, No or Not applicable. Explain every No response and any material concern. Bradford Council may ask for evidence during assessment or monitoring.</w:t>
      </w:r>
    </w:p>
    <w:tbl>
      <w:tblPr>
        <w:tblW w:w="9806"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7214"/>
        <w:gridCol w:w="864"/>
        <w:gridCol w:w="864"/>
        <w:gridCol w:w="864"/>
      </w:tblGrid>
      <w:tr w:rsidR="009577AC" w:rsidRPr="00554596" w14:paraId="7E979735" w14:textId="77777777" w:rsidTr="00290C98">
        <w:trPr>
          <w:trHeight w:val="535"/>
          <w:tblHeader/>
          <w:jc w:val="center"/>
        </w:trPr>
        <w:tc>
          <w:tcPr>
            <w:tcW w:w="7214" w:type="dxa"/>
            <w:shd w:val="clear" w:color="auto" w:fill="000000" w:themeFill="text1"/>
            <w:vAlign w:val="center"/>
          </w:tcPr>
          <w:p w14:paraId="706408FF" w14:textId="77777777" w:rsidR="009577AC" w:rsidRPr="00554596" w:rsidRDefault="00DF42D5">
            <w:pPr>
              <w:spacing w:after="0"/>
              <w:rPr>
                <w:rFonts w:cs="Arial"/>
                <w:color w:val="auto"/>
                <w:sz w:val="22"/>
              </w:rPr>
            </w:pPr>
            <w:r w:rsidRPr="00554596">
              <w:rPr>
                <w:rFonts w:cs="Arial"/>
                <w:b/>
                <w:color w:val="auto"/>
                <w:sz w:val="22"/>
              </w:rPr>
              <w:t>Standard</w:t>
            </w:r>
          </w:p>
        </w:tc>
        <w:tc>
          <w:tcPr>
            <w:tcW w:w="864" w:type="dxa"/>
            <w:shd w:val="clear" w:color="auto" w:fill="000000" w:themeFill="text1"/>
            <w:vAlign w:val="center"/>
          </w:tcPr>
          <w:p w14:paraId="48BA0703" w14:textId="77777777" w:rsidR="009577AC" w:rsidRPr="00554596" w:rsidRDefault="00DF42D5">
            <w:pPr>
              <w:spacing w:after="0"/>
              <w:rPr>
                <w:rFonts w:cs="Arial"/>
                <w:color w:val="auto"/>
                <w:sz w:val="22"/>
              </w:rPr>
            </w:pPr>
            <w:r w:rsidRPr="00554596">
              <w:rPr>
                <w:rFonts w:cs="Arial"/>
                <w:b/>
                <w:color w:val="auto"/>
                <w:sz w:val="22"/>
              </w:rPr>
              <w:t>Yes</w:t>
            </w:r>
          </w:p>
        </w:tc>
        <w:tc>
          <w:tcPr>
            <w:tcW w:w="864" w:type="dxa"/>
            <w:shd w:val="clear" w:color="auto" w:fill="000000" w:themeFill="text1"/>
            <w:vAlign w:val="center"/>
          </w:tcPr>
          <w:p w14:paraId="23ABD8FB" w14:textId="77777777" w:rsidR="009577AC" w:rsidRPr="00554596" w:rsidRDefault="00DF42D5">
            <w:pPr>
              <w:spacing w:after="0"/>
              <w:rPr>
                <w:rFonts w:cs="Arial"/>
                <w:color w:val="auto"/>
                <w:sz w:val="22"/>
              </w:rPr>
            </w:pPr>
            <w:r w:rsidRPr="00554596">
              <w:rPr>
                <w:rFonts w:cs="Arial"/>
                <w:b/>
                <w:color w:val="auto"/>
                <w:sz w:val="22"/>
              </w:rPr>
              <w:t>No</w:t>
            </w:r>
          </w:p>
        </w:tc>
        <w:tc>
          <w:tcPr>
            <w:tcW w:w="864" w:type="dxa"/>
            <w:shd w:val="clear" w:color="auto" w:fill="000000" w:themeFill="text1"/>
            <w:vAlign w:val="center"/>
          </w:tcPr>
          <w:p w14:paraId="12AFD553" w14:textId="77777777" w:rsidR="009577AC" w:rsidRPr="00554596" w:rsidRDefault="00DF42D5">
            <w:pPr>
              <w:spacing w:after="0"/>
              <w:rPr>
                <w:rFonts w:cs="Arial"/>
                <w:color w:val="auto"/>
                <w:sz w:val="22"/>
              </w:rPr>
            </w:pPr>
            <w:r w:rsidRPr="00554596">
              <w:rPr>
                <w:rFonts w:cs="Arial"/>
                <w:b/>
                <w:color w:val="auto"/>
                <w:sz w:val="22"/>
              </w:rPr>
              <w:t>N/A</w:t>
            </w:r>
          </w:p>
        </w:tc>
      </w:tr>
      <w:tr w:rsidR="009577AC" w:rsidRPr="00554596" w14:paraId="7E86CAD9" w14:textId="77777777" w:rsidTr="00290C98">
        <w:trPr>
          <w:jc w:val="center"/>
        </w:trPr>
        <w:tc>
          <w:tcPr>
            <w:tcW w:w="7214" w:type="dxa"/>
            <w:shd w:val="clear" w:color="auto" w:fill="FFFFFF"/>
            <w:vAlign w:val="center"/>
          </w:tcPr>
          <w:p w14:paraId="1890C617" w14:textId="77777777" w:rsidR="009577AC" w:rsidRPr="00554596" w:rsidRDefault="00DF42D5">
            <w:pPr>
              <w:spacing w:after="0"/>
              <w:rPr>
                <w:rFonts w:cs="Arial"/>
                <w:color w:val="auto"/>
                <w:sz w:val="22"/>
              </w:rPr>
            </w:pPr>
            <w:r w:rsidRPr="00554596">
              <w:rPr>
                <w:rFonts w:cs="Arial"/>
                <w:color w:val="auto"/>
                <w:sz w:val="22"/>
              </w:rPr>
              <w:t>Appropriate bank and financial-control arrangements</w:t>
            </w:r>
          </w:p>
        </w:tc>
        <w:tc>
          <w:tcPr>
            <w:tcW w:w="864" w:type="dxa"/>
            <w:shd w:val="clear" w:color="auto" w:fill="FFFFFF"/>
            <w:vAlign w:val="center"/>
          </w:tcPr>
          <w:p w14:paraId="050C212C" w14:textId="77777777" w:rsidR="009577AC" w:rsidRPr="00554596" w:rsidRDefault="00DF42D5">
            <w:pPr>
              <w:spacing w:after="0"/>
              <w:rPr>
                <w:rFonts w:cs="Arial"/>
                <w:color w:val="auto"/>
                <w:sz w:val="22"/>
              </w:rPr>
            </w:pPr>
            <w:r w:rsidRPr="00554596">
              <w:rPr>
                <w:rFonts w:ascii="Segoe UI Symbol" w:hAnsi="Segoe UI Symbol" w:cs="Segoe UI Symbol"/>
                <w:color w:val="auto"/>
                <w:sz w:val="22"/>
              </w:rPr>
              <w:t>☐</w:t>
            </w:r>
          </w:p>
        </w:tc>
        <w:tc>
          <w:tcPr>
            <w:tcW w:w="864" w:type="dxa"/>
            <w:shd w:val="clear" w:color="auto" w:fill="FFFFFF"/>
            <w:vAlign w:val="center"/>
          </w:tcPr>
          <w:p w14:paraId="3D614D08" w14:textId="77777777" w:rsidR="009577AC" w:rsidRPr="00554596" w:rsidRDefault="00DF42D5">
            <w:pPr>
              <w:spacing w:after="0"/>
              <w:rPr>
                <w:rFonts w:cs="Arial"/>
                <w:color w:val="auto"/>
                <w:sz w:val="22"/>
              </w:rPr>
            </w:pPr>
            <w:r w:rsidRPr="00554596">
              <w:rPr>
                <w:rFonts w:ascii="Segoe UI Symbol" w:hAnsi="Segoe UI Symbol" w:cs="Segoe UI Symbol"/>
                <w:color w:val="auto"/>
                <w:sz w:val="22"/>
              </w:rPr>
              <w:t>☐</w:t>
            </w:r>
          </w:p>
        </w:tc>
        <w:tc>
          <w:tcPr>
            <w:tcW w:w="864" w:type="dxa"/>
            <w:shd w:val="clear" w:color="auto" w:fill="FFFFFF"/>
            <w:vAlign w:val="center"/>
          </w:tcPr>
          <w:p w14:paraId="58D500A6" w14:textId="77777777" w:rsidR="009577AC" w:rsidRPr="00554596" w:rsidRDefault="00DF42D5">
            <w:pPr>
              <w:spacing w:after="0"/>
              <w:rPr>
                <w:rFonts w:cs="Arial"/>
                <w:color w:val="auto"/>
                <w:sz w:val="22"/>
              </w:rPr>
            </w:pPr>
            <w:r w:rsidRPr="00554596">
              <w:rPr>
                <w:rFonts w:ascii="Segoe UI Symbol" w:hAnsi="Segoe UI Symbol" w:cs="Segoe UI Symbol"/>
                <w:color w:val="auto"/>
                <w:sz w:val="22"/>
              </w:rPr>
              <w:t>☐</w:t>
            </w:r>
          </w:p>
        </w:tc>
      </w:tr>
      <w:tr w:rsidR="009577AC" w:rsidRPr="00554596" w14:paraId="6F500D98" w14:textId="77777777" w:rsidTr="00290C98">
        <w:trPr>
          <w:jc w:val="center"/>
        </w:trPr>
        <w:tc>
          <w:tcPr>
            <w:tcW w:w="7214" w:type="dxa"/>
            <w:shd w:val="clear" w:color="auto" w:fill="F2F2F2"/>
            <w:vAlign w:val="center"/>
          </w:tcPr>
          <w:p w14:paraId="1420F247" w14:textId="77777777" w:rsidR="009577AC" w:rsidRPr="00554596" w:rsidRDefault="00DF42D5">
            <w:pPr>
              <w:spacing w:after="0"/>
              <w:rPr>
                <w:rFonts w:cs="Arial"/>
                <w:color w:val="auto"/>
                <w:sz w:val="22"/>
              </w:rPr>
            </w:pPr>
            <w:r w:rsidRPr="00554596">
              <w:rPr>
                <w:rFonts w:cs="Arial"/>
                <w:color w:val="auto"/>
                <w:sz w:val="22"/>
              </w:rPr>
              <w:t>Appropriate insurance will be in place before activity begins</w:t>
            </w:r>
          </w:p>
        </w:tc>
        <w:tc>
          <w:tcPr>
            <w:tcW w:w="864" w:type="dxa"/>
            <w:shd w:val="clear" w:color="auto" w:fill="F2F2F2"/>
            <w:vAlign w:val="center"/>
          </w:tcPr>
          <w:p w14:paraId="4EFB429E" w14:textId="77777777" w:rsidR="009577AC" w:rsidRPr="00554596" w:rsidRDefault="00DF42D5">
            <w:pPr>
              <w:spacing w:after="0"/>
              <w:rPr>
                <w:rFonts w:cs="Arial"/>
                <w:color w:val="auto"/>
                <w:sz w:val="22"/>
              </w:rPr>
            </w:pPr>
            <w:r w:rsidRPr="00554596">
              <w:rPr>
                <w:rFonts w:ascii="Segoe UI Symbol" w:hAnsi="Segoe UI Symbol" w:cs="Segoe UI Symbol"/>
                <w:color w:val="auto"/>
                <w:sz w:val="22"/>
              </w:rPr>
              <w:t>☐</w:t>
            </w:r>
          </w:p>
        </w:tc>
        <w:tc>
          <w:tcPr>
            <w:tcW w:w="864" w:type="dxa"/>
            <w:shd w:val="clear" w:color="auto" w:fill="F2F2F2"/>
            <w:vAlign w:val="center"/>
          </w:tcPr>
          <w:p w14:paraId="1837836A" w14:textId="77777777" w:rsidR="009577AC" w:rsidRPr="00554596" w:rsidRDefault="00DF42D5">
            <w:pPr>
              <w:spacing w:after="0"/>
              <w:rPr>
                <w:rFonts w:cs="Arial"/>
                <w:color w:val="auto"/>
                <w:sz w:val="22"/>
              </w:rPr>
            </w:pPr>
            <w:r w:rsidRPr="00554596">
              <w:rPr>
                <w:rFonts w:ascii="Segoe UI Symbol" w:hAnsi="Segoe UI Symbol" w:cs="Segoe UI Symbol"/>
                <w:color w:val="auto"/>
                <w:sz w:val="22"/>
              </w:rPr>
              <w:t>☐</w:t>
            </w:r>
          </w:p>
        </w:tc>
        <w:tc>
          <w:tcPr>
            <w:tcW w:w="864" w:type="dxa"/>
            <w:shd w:val="clear" w:color="auto" w:fill="F2F2F2"/>
            <w:vAlign w:val="center"/>
          </w:tcPr>
          <w:p w14:paraId="24B92F15" w14:textId="77777777" w:rsidR="009577AC" w:rsidRPr="00554596" w:rsidRDefault="00DF42D5">
            <w:pPr>
              <w:spacing w:after="0"/>
              <w:rPr>
                <w:rFonts w:cs="Arial"/>
                <w:color w:val="auto"/>
                <w:sz w:val="22"/>
              </w:rPr>
            </w:pPr>
            <w:r w:rsidRPr="00554596">
              <w:rPr>
                <w:rFonts w:ascii="Segoe UI Symbol" w:hAnsi="Segoe UI Symbol" w:cs="Segoe UI Symbol"/>
                <w:color w:val="auto"/>
                <w:sz w:val="22"/>
              </w:rPr>
              <w:t>☐</w:t>
            </w:r>
          </w:p>
        </w:tc>
      </w:tr>
      <w:tr w:rsidR="009577AC" w:rsidRPr="00554596" w14:paraId="4D3BCB25" w14:textId="77777777" w:rsidTr="00290C98">
        <w:trPr>
          <w:jc w:val="center"/>
        </w:trPr>
        <w:tc>
          <w:tcPr>
            <w:tcW w:w="7214" w:type="dxa"/>
            <w:shd w:val="clear" w:color="auto" w:fill="FFFFFF"/>
            <w:vAlign w:val="center"/>
          </w:tcPr>
          <w:p w14:paraId="6D267FAB" w14:textId="77777777" w:rsidR="009577AC" w:rsidRPr="00554596" w:rsidRDefault="00DF42D5">
            <w:pPr>
              <w:spacing w:after="0"/>
              <w:rPr>
                <w:rFonts w:cs="Arial"/>
                <w:color w:val="auto"/>
                <w:sz w:val="22"/>
              </w:rPr>
            </w:pPr>
            <w:r w:rsidRPr="00554596">
              <w:rPr>
                <w:rFonts w:cs="Arial"/>
                <w:color w:val="auto"/>
                <w:sz w:val="22"/>
              </w:rPr>
              <w:t>Safeguarding arrangements and checks are appropriate to the project</w:t>
            </w:r>
          </w:p>
        </w:tc>
        <w:tc>
          <w:tcPr>
            <w:tcW w:w="864" w:type="dxa"/>
            <w:shd w:val="clear" w:color="auto" w:fill="FFFFFF"/>
            <w:vAlign w:val="center"/>
          </w:tcPr>
          <w:p w14:paraId="78FCC245" w14:textId="77777777" w:rsidR="009577AC" w:rsidRPr="00554596" w:rsidRDefault="00DF42D5">
            <w:pPr>
              <w:spacing w:after="0"/>
              <w:rPr>
                <w:rFonts w:cs="Arial"/>
                <w:color w:val="auto"/>
                <w:sz w:val="22"/>
              </w:rPr>
            </w:pPr>
            <w:r w:rsidRPr="00554596">
              <w:rPr>
                <w:rFonts w:ascii="Segoe UI Symbol" w:hAnsi="Segoe UI Symbol" w:cs="Segoe UI Symbol"/>
                <w:color w:val="auto"/>
                <w:sz w:val="22"/>
              </w:rPr>
              <w:t>☐</w:t>
            </w:r>
          </w:p>
        </w:tc>
        <w:tc>
          <w:tcPr>
            <w:tcW w:w="864" w:type="dxa"/>
            <w:shd w:val="clear" w:color="auto" w:fill="FFFFFF"/>
            <w:vAlign w:val="center"/>
          </w:tcPr>
          <w:p w14:paraId="13B5DAB6" w14:textId="77777777" w:rsidR="009577AC" w:rsidRPr="00554596" w:rsidRDefault="00DF42D5">
            <w:pPr>
              <w:spacing w:after="0"/>
              <w:rPr>
                <w:rFonts w:cs="Arial"/>
                <w:color w:val="auto"/>
                <w:sz w:val="22"/>
              </w:rPr>
            </w:pPr>
            <w:r w:rsidRPr="00554596">
              <w:rPr>
                <w:rFonts w:ascii="Segoe UI Symbol" w:hAnsi="Segoe UI Symbol" w:cs="Segoe UI Symbol"/>
                <w:color w:val="auto"/>
                <w:sz w:val="22"/>
              </w:rPr>
              <w:t>☐</w:t>
            </w:r>
          </w:p>
        </w:tc>
        <w:tc>
          <w:tcPr>
            <w:tcW w:w="864" w:type="dxa"/>
            <w:shd w:val="clear" w:color="auto" w:fill="FFFFFF"/>
            <w:vAlign w:val="center"/>
          </w:tcPr>
          <w:p w14:paraId="42944585" w14:textId="77777777" w:rsidR="009577AC" w:rsidRPr="00554596" w:rsidRDefault="00DF42D5">
            <w:pPr>
              <w:spacing w:after="0"/>
              <w:rPr>
                <w:rFonts w:cs="Arial"/>
                <w:color w:val="auto"/>
                <w:sz w:val="22"/>
              </w:rPr>
            </w:pPr>
            <w:r w:rsidRPr="00554596">
              <w:rPr>
                <w:rFonts w:ascii="Segoe UI Symbol" w:hAnsi="Segoe UI Symbol" w:cs="Segoe UI Symbol"/>
                <w:color w:val="auto"/>
                <w:sz w:val="22"/>
              </w:rPr>
              <w:t>☐</w:t>
            </w:r>
          </w:p>
        </w:tc>
      </w:tr>
      <w:tr w:rsidR="009577AC" w:rsidRPr="00554596" w14:paraId="2FBA7F88" w14:textId="77777777" w:rsidTr="00290C98">
        <w:trPr>
          <w:jc w:val="center"/>
        </w:trPr>
        <w:tc>
          <w:tcPr>
            <w:tcW w:w="7214" w:type="dxa"/>
            <w:shd w:val="clear" w:color="auto" w:fill="F2F2F2"/>
            <w:vAlign w:val="center"/>
          </w:tcPr>
          <w:p w14:paraId="09ED1D64" w14:textId="77777777" w:rsidR="009577AC" w:rsidRPr="00554596" w:rsidRDefault="00DF42D5">
            <w:pPr>
              <w:spacing w:after="0"/>
              <w:rPr>
                <w:rFonts w:cs="Arial"/>
                <w:color w:val="auto"/>
                <w:sz w:val="22"/>
              </w:rPr>
            </w:pPr>
            <w:r w:rsidRPr="00554596">
              <w:rPr>
                <w:rFonts w:cs="Arial"/>
                <w:color w:val="auto"/>
                <w:sz w:val="22"/>
              </w:rPr>
              <w:t xml:space="preserve">Required </w:t>
            </w:r>
            <w:proofErr w:type="spellStart"/>
            <w:r w:rsidRPr="00554596">
              <w:rPr>
                <w:rFonts w:cs="Arial"/>
                <w:color w:val="auto"/>
                <w:sz w:val="22"/>
              </w:rPr>
              <w:t>licences</w:t>
            </w:r>
            <w:proofErr w:type="spellEnd"/>
            <w:r w:rsidRPr="00554596">
              <w:rPr>
                <w:rFonts w:cs="Arial"/>
                <w:color w:val="auto"/>
                <w:sz w:val="22"/>
              </w:rPr>
              <w:t xml:space="preserve"> permissions and risk assessments will be obtained</w:t>
            </w:r>
          </w:p>
        </w:tc>
        <w:tc>
          <w:tcPr>
            <w:tcW w:w="864" w:type="dxa"/>
            <w:shd w:val="clear" w:color="auto" w:fill="F2F2F2"/>
            <w:vAlign w:val="center"/>
          </w:tcPr>
          <w:p w14:paraId="688D3BB9" w14:textId="77777777" w:rsidR="009577AC" w:rsidRPr="00554596" w:rsidRDefault="00DF42D5">
            <w:pPr>
              <w:spacing w:after="0"/>
              <w:rPr>
                <w:rFonts w:cs="Arial"/>
                <w:color w:val="auto"/>
                <w:sz w:val="22"/>
              </w:rPr>
            </w:pPr>
            <w:r w:rsidRPr="00554596">
              <w:rPr>
                <w:rFonts w:ascii="Segoe UI Symbol" w:hAnsi="Segoe UI Symbol" w:cs="Segoe UI Symbol"/>
                <w:color w:val="auto"/>
                <w:sz w:val="22"/>
              </w:rPr>
              <w:t>☐</w:t>
            </w:r>
          </w:p>
        </w:tc>
        <w:tc>
          <w:tcPr>
            <w:tcW w:w="864" w:type="dxa"/>
            <w:shd w:val="clear" w:color="auto" w:fill="F2F2F2"/>
            <w:vAlign w:val="center"/>
          </w:tcPr>
          <w:p w14:paraId="0D392378" w14:textId="77777777" w:rsidR="009577AC" w:rsidRPr="00554596" w:rsidRDefault="00DF42D5">
            <w:pPr>
              <w:spacing w:after="0"/>
              <w:rPr>
                <w:rFonts w:cs="Arial"/>
                <w:color w:val="auto"/>
                <w:sz w:val="22"/>
              </w:rPr>
            </w:pPr>
            <w:r w:rsidRPr="00554596">
              <w:rPr>
                <w:rFonts w:ascii="Segoe UI Symbol" w:hAnsi="Segoe UI Symbol" w:cs="Segoe UI Symbol"/>
                <w:color w:val="auto"/>
                <w:sz w:val="22"/>
              </w:rPr>
              <w:t>☐</w:t>
            </w:r>
          </w:p>
        </w:tc>
        <w:tc>
          <w:tcPr>
            <w:tcW w:w="864" w:type="dxa"/>
            <w:shd w:val="clear" w:color="auto" w:fill="F2F2F2"/>
            <w:vAlign w:val="center"/>
          </w:tcPr>
          <w:p w14:paraId="64125E5A" w14:textId="77777777" w:rsidR="009577AC" w:rsidRPr="00554596" w:rsidRDefault="00DF42D5">
            <w:pPr>
              <w:spacing w:after="0"/>
              <w:rPr>
                <w:rFonts w:cs="Arial"/>
                <w:color w:val="auto"/>
                <w:sz w:val="22"/>
              </w:rPr>
            </w:pPr>
            <w:r w:rsidRPr="00554596">
              <w:rPr>
                <w:rFonts w:ascii="Segoe UI Symbol" w:hAnsi="Segoe UI Symbol" w:cs="Segoe UI Symbol"/>
                <w:color w:val="auto"/>
                <w:sz w:val="22"/>
              </w:rPr>
              <w:t>☐</w:t>
            </w:r>
          </w:p>
        </w:tc>
      </w:tr>
      <w:tr w:rsidR="009577AC" w:rsidRPr="00554596" w14:paraId="3E8E5018" w14:textId="77777777" w:rsidTr="00290C98">
        <w:trPr>
          <w:jc w:val="center"/>
        </w:trPr>
        <w:tc>
          <w:tcPr>
            <w:tcW w:w="7214" w:type="dxa"/>
            <w:shd w:val="clear" w:color="auto" w:fill="FFFFFF"/>
            <w:vAlign w:val="center"/>
          </w:tcPr>
          <w:p w14:paraId="20BB6045" w14:textId="77777777" w:rsidR="009577AC" w:rsidRPr="00554596" w:rsidRDefault="00DF42D5">
            <w:pPr>
              <w:spacing w:after="0"/>
              <w:rPr>
                <w:rFonts w:cs="Arial"/>
                <w:color w:val="auto"/>
                <w:sz w:val="22"/>
              </w:rPr>
            </w:pPr>
            <w:r w:rsidRPr="00554596">
              <w:rPr>
                <w:rFonts w:cs="Arial"/>
                <w:color w:val="auto"/>
                <w:sz w:val="22"/>
              </w:rPr>
              <w:t>Fair and lawful contracts and payments will be used</w:t>
            </w:r>
          </w:p>
        </w:tc>
        <w:tc>
          <w:tcPr>
            <w:tcW w:w="864" w:type="dxa"/>
            <w:shd w:val="clear" w:color="auto" w:fill="FFFFFF"/>
            <w:vAlign w:val="center"/>
          </w:tcPr>
          <w:p w14:paraId="4F690511" w14:textId="77777777" w:rsidR="009577AC" w:rsidRPr="00554596" w:rsidRDefault="00DF42D5">
            <w:pPr>
              <w:spacing w:after="0"/>
              <w:rPr>
                <w:rFonts w:cs="Arial"/>
                <w:color w:val="auto"/>
                <w:sz w:val="22"/>
              </w:rPr>
            </w:pPr>
            <w:r w:rsidRPr="00554596">
              <w:rPr>
                <w:rFonts w:ascii="Segoe UI Symbol" w:hAnsi="Segoe UI Symbol" w:cs="Segoe UI Symbol"/>
                <w:color w:val="auto"/>
                <w:sz w:val="22"/>
              </w:rPr>
              <w:t>☐</w:t>
            </w:r>
          </w:p>
        </w:tc>
        <w:tc>
          <w:tcPr>
            <w:tcW w:w="864" w:type="dxa"/>
            <w:shd w:val="clear" w:color="auto" w:fill="FFFFFF"/>
            <w:vAlign w:val="center"/>
          </w:tcPr>
          <w:p w14:paraId="0AF43A64" w14:textId="77777777" w:rsidR="009577AC" w:rsidRPr="00554596" w:rsidRDefault="00DF42D5">
            <w:pPr>
              <w:spacing w:after="0"/>
              <w:rPr>
                <w:rFonts w:cs="Arial"/>
                <w:color w:val="auto"/>
                <w:sz w:val="22"/>
              </w:rPr>
            </w:pPr>
            <w:r w:rsidRPr="00554596">
              <w:rPr>
                <w:rFonts w:ascii="Segoe UI Symbol" w:hAnsi="Segoe UI Symbol" w:cs="Segoe UI Symbol"/>
                <w:color w:val="auto"/>
                <w:sz w:val="22"/>
              </w:rPr>
              <w:t>☐</w:t>
            </w:r>
          </w:p>
        </w:tc>
        <w:tc>
          <w:tcPr>
            <w:tcW w:w="864" w:type="dxa"/>
            <w:shd w:val="clear" w:color="auto" w:fill="FFFFFF"/>
            <w:vAlign w:val="center"/>
          </w:tcPr>
          <w:p w14:paraId="5670C04E" w14:textId="77777777" w:rsidR="009577AC" w:rsidRPr="00554596" w:rsidRDefault="00DF42D5">
            <w:pPr>
              <w:spacing w:after="0"/>
              <w:rPr>
                <w:rFonts w:cs="Arial"/>
                <w:color w:val="auto"/>
                <w:sz w:val="22"/>
              </w:rPr>
            </w:pPr>
            <w:r w:rsidRPr="00554596">
              <w:rPr>
                <w:rFonts w:ascii="Segoe UI Symbol" w:hAnsi="Segoe UI Symbol" w:cs="Segoe UI Symbol"/>
                <w:color w:val="auto"/>
                <w:sz w:val="22"/>
              </w:rPr>
              <w:t>☐</w:t>
            </w:r>
          </w:p>
        </w:tc>
      </w:tr>
      <w:tr w:rsidR="009577AC" w:rsidRPr="00554596" w14:paraId="74B45245" w14:textId="77777777" w:rsidTr="00290C98">
        <w:trPr>
          <w:jc w:val="center"/>
        </w:trPr>
        <w:tc>
          <w:tcPr>
            <w:tcW w:w="7214" w:type="dxa"/>
            <w:shd w:val="clear" w:color="auto" w:fill="F2F2F2"/>
            <w:vAlign w:val="center"/>
          </w:tcPr>
          <w:p w14:paraId="74A387CD" w14:textId="77777777" w:rsidR="009577AC" w:rsidRPr="00554596" w:rsidRDefault="00DF42D5">
            <w:pPr>
              <w:spacing w:after="0"/>
              <w:rPr>
                <w:rFonts w:cs="Arial"/>
                <w:color w:val="auto"/>
                <w:sz w:val="22"/>
              </w:rPr>
            </w:pPr>
            <w:r w:rsidRPr="00554596">
              <w:rPr>
                <w:rFonts w:cs="Arial"/>
                <w:color w:val="auto"/>
                <w:sz w:val="22"/>
              </w:rPr>
              <w:t>Equality inclusion and access are actively considered</w:t>
            </w:r>
          </w:p>
        </w:tc>
        <w:tc>
          <w:tcPr>
            <w:tcW w:w="864" w:type="dxa"/>
            <w:shd w:val="clear" w:color="auto" w:fill="F2F2F2"/>
            <w:vAlign w:val="center"/>
          </w:tcPr>
          <w:p w14:paraId="409DB092" w14:textId="77777777" w:rsidR="009577AC" w:rsidRPr="00554596" w:rsidRDefault="00DF42D5">
            <w:pPr>
              <w:spacing w:after="0"/>
              <w:rPr>
                <w:rFonts w:cs="Arial"/>
                <w:color w:val="auto"/>
                <w:sz w:val="22"/>
              </w:rPr>
            </w:pPr>
            <w:r w:rsidRPr="00554596">
              <w:rPr>
                <w:rFonts w:ascii="Segoe UI Symbol" w:hAnsi="Segoe UI Symbol" w:cs="Segoe UI Symbol"/>
                <w:color w:val="auto"/>
                <w:sz w:val="22"/>
              </w:rPr>
              <w:t>☐</w:t>
            </w:r>
          </w:p>
        </w:tc>
        <w:tc>
          <w:tcPr>
            <w:tcW w:w="864" w:type="dxa"/>
            <w:shd w:val="clear" w:color="auto" w:fill="F2F2F2"/>
            <w:vAlign w:val="center"/>
          </w:tcPr>
          <w:p w14:paraId="7C8B967F" w14:textId="77777777" w:rsidR="009577AC" w:rsidRPr="00554596" w:rsidRDefault="00DF42D5">
            <w:pPr>
              <w:spacing w:after="0"/>
              <w:rPr>
                <w:rFonts w:cs="Arial"/>
                <w:color w:val="auto"/>
                <w:sz w:val="22"/>
              </w:rPr>
            </w:pPr>
            <w:r w:rsidRPr="00554596">
              <w:rPr>
                <w:rFonts w:ascii="Segoe UI Symbol" w:hAnsi="Segoe UI Symbol" w:cs="Segoe UI Symbol"/>
                <w:color w:val="auto"/>
                <w:sz w:val="22"/>
              </w:rPr>
              <w:t>☐</w:t>
            </w:r>
          </w:p>
        </w:tc>
        <w:tc>
          <w:tcPr>
            <w:tcW w:w="864" w:type="dxa"/>
            <w:shd w:val="clear" w:color="auto" w:fill="F2F2F2"/>
            <w:vAlign w:val="center"/>
          </w:tcPr>
          <w:p w14:paraId="12196E97" w14:textId="77777777" w:rsidR="009577AC" w:rsidRPr="00554596" w:rsidRDefault="00DF42D5">
            <w:pPr>
              <w:spacing w:after="0"/>
              <w:rPr>
                <w:rFonts w:cs="Arial"/>
                <w:color w:val="auto"/>
                <w:sz w:val="22"/>
              </w:rPr>
            </w:pPr>
            <w:r w:rsidRPr="00554596">
              <w:rPr>
                <w:rFonts w:ascii="Segoe UI Symbol" w:hAnsi="Segoe UI Symbol" w:cs="Segoe UI Symbol"/>
                <w:color w:val="auto"/>
                <w:sz w:val="22"/>
              </w:rPr>
              <w:t>☐</w:t>
            </w:r>
          </w:p>
        </w:tc>
      </w:tr>
      <w:tr w:rsidR="009577AC" w:rsidRPr="00554596" w14:paraId="63F8E5C7" w14:textId="77777777" w:rsidTr="00290C98">
        <w:trPr>
          <w:jc w:val="center"/>
        </w:trPr>
        <w:tc>
          <w:tcPr>
            <w:tcW w:w="7214" w:type="dxa"/>
            <w:shd w:val="clear" w:color="auto" w:fill="FFFFFF"/>
            <w:vAlign w:val="center"/>
          </w:tcPr>
          <w:p w14:paraId="44C522D8" w14:textId="77777777" w:rsidR="009577AC" w:rsidRPr="00554596" w:rsidRDefault="00DF42D5">
            <w:pPr>
              <w:spacing w:after="0"/>
              <w:rPr>
                <w:rFonts w:cs="Arial"/>
                <w:color w:val="auto"/>
                <w:sz w:val="22"/>
              </w:rPr>
            </w:pPr>
            <w:r w:rsidRPr="00554596">
              <w:rPr>
                <w:rFonts w:cs="Arial"/>
                <w:color w:val="auto"/>
                <w:sz w:val="22"/>
              </w:rPr>
              <w:t>Data protection and UK GDPR requirements will be met</w:t>
            </w:r>
          </w:p>
        </w:tc>
        <w:tc>
          <w:tcPr>
            <w:tcW w:w="864" w:type="dxa"/>
            <w:shd w:val="clear" w:color="auto" w:fill="FFFFFF"/>
            <w:vAlign w:val="center"/>
          </w:tcPr>
          <w:p w14:paraId="59D68305" w14:textId="77777777" w:rsidR="009577AC" w:rsidRPr="00554596" w:rsidRDefault="00DF42D5">
            <w:pPr>
              <w:spacing w:after="0"/>
              <w:rPr>
                <w:rFonts w:cs="Arial"/>
                <w:color w:val="auto"/>
                <w:sz w:val="22"/>
              </w:rPr>
            </w:pPr>
            <w:r w:rsidRPr="00554596">
              <w:rPr>
                <w:rFonts w:ascii="Segoe UI Symbol" w:hAnsi="Segoe UI Symbol" w:cs="Segoe UI Symbol"/>
                <w:color w:val="auto"/>
                <w:sz w:val="22"/>
              </w:rPr>
              <w:t>☐</w:t>
            </w:r>
          </w:p>
        </w:tc>
        <w:tc>
          <w:tcPr>
            <w:tcW w:w="864" w:type="dxa"/>
            <w:shd w:val="clear" w:color="auto" w:fill="FFFFFF"/>
            <w:vAlign w:val="center"/>
          </w:tcPr>
          <w:p w14:paraId="156D4CC2" w14:textId="77777777" w:rsidR="009577AC" w:rsidRPr="00554596" w:rsidRDefault="00DF42D5">
            <w:pPr>
              <w:spacing w:after="0"/>
              <w:rPr>
                <w:rFonts w:cs="Arial"/>
                <w:color w:val="auto"/>
                <w:sz w:val="22"/>
              </w:rPr>
            </w:pPr>
            <w:r w:rsidRPr="00554596">
              <w:rPr>
                <w:rFonts w:ascii="Segoe UI Symbol" w:hAnsi="Segoe UI Symbol" w:cs="Segoe UI Symbol"/>
                <w:color w:val="auto"/>
                <w:sz w:val="22"/>
              </w:rPr>
              <w:t>☐</w:t>
            </w:r>
          </w:p>
        </w:tc>
        <w:tc>
          <w:tcPr>
            <w:tcW w:w="864" w:type="dxa"/>
            <w:shd w:val="clear" w:color="auto" w:fill="FFFFFF"/>
            <w:vAlign w:val="center"/>
          </w:tcPr>
          <w:p w14:paraId="1D265E35" w14:textId="77777777" w:rsidR="009577AC" w:rsidRPr="00554596" w:rsidRDefault="00DF42D5">
            <w:pPr>
              <w:spacing w:after="0"/>
              <w:rPr>
                <w:rFonts w:cs="Arial"/>
                <w:color w:val="auto"/>
                <w:sz w:val="22"/>
              </w:rPr>
            </w:pPr>
            <w:r w:rsidRPr="00554596">
              <w:rPr>
                <w:rFonts w:ascii="Segoe UI Symbol" w:hAnsi="Segoe UI Symbol" w:cs="Segoe UI Symbol"/>
                <w:color w:val="auto"/>
                <w:sz w:val="22"/>
              </w:rPr>
              <w:t>☐</w:t>
            </w:r>
          </w:p>
        </w:tc>
      </w:tr>
      <w:tr w:rsidR="009577AC" w:rsidRPr="00554596" w14:paraId="7DE23138" w14:textId="77777777" w:rsidTr="00290C98">
        <w:trPr>
          <w:jc w:val="center"/>
        </w:trPr>
        <w:tc>
          <w:tcPr>
            <w:tcW w:w="7214" w:type="dxa"/>
            <w:shd w:val="clear" w:color="auto" w:fill="F2F2F2"/>
            <w:vAlign w:val="center"/>
          </w:tcPr>
          <w:p w14:paraId="5E93EAEB" w14:textId="77777777" w:rsidR="009577AC" w:rsidRPr="00554596" w:rsidRDefault="00DF42D5">
            <w:pPr>
              <w:spacing w:after="0"/>
              <w:rPr>
                <w:rFonts w:cs="Arial"/>
                <w:color w:val="auto"/>
                <w:sz w:val="22"/>
              </w:rPr>
            </w:pPr>
            <w:r w:rsidRPr="00554596">
              <w:rPr>
                <w:rFonts w:cs="Arial"/>
                <w:color w:val="auto"/>
                <w:sz w:val="22"/>
              </w:rPr>
              <w:t>Health and safety arrangements are appropriate</w:t>
            </w:r>
          </w:p>
        </w:tc>
        <w:tc>
          <w:tcPr>
            <w:tcW w:w="864" w:type="dxa"/>
            <w:shd w:val="clear" w:color="auto" w:fill="F2F2F2"/>
            <w:vAlign w:val="center"/>
          </w:tcPr>
          <w:p w14:paraId="6BA81B3A" w14:textId="77777777" w:rsidR="009577AC" w:rsidRPr="00554596" w:rsidRDefault="00DF42D5">
            <w:pPr>
              <w:spacing w:after="0"/>
              <w:rPr>
                <w:rFonts w:cs="Arial"/>
                <w:color w:val="auto"/>
                <w:sz w:val="22"/>
              </w:rPr>
            </w:pPr>
            <w:r w:rsidRPr="00554596">
              <w:rPr>
                <w:rFonts w:ascii="Segoe UI Symbol" w:hAnsi="Segoe UI Symbol" w:cs="Segoe UI Symbol"/>
                <w:color w:val="auto"/>
                <w:sz w:val="22"/>
              </w:rPr>
              <w:t>☐</w:t>
            </w:r>
          </w:p>
        </w:tc>
        <w:tc>
          <w:tcPr>
            <w:tcW w:w="864" w:type="dxa"/>
            <w:shd w:val="clear" w:color="auto" w:fill="F2F2F2"/>
            <w:vAlign w:val="center"/>
          </w:tcPr>
          <w:p w14:paraId="2B296274" w14:textId="77777777" w:rsidR="009577AC" w:rsidRPr="00554596" w:rsidRDefault="00DF42D5">
            <w:pPr>
              <w:spacing w:after="0"/>
              <w:rPr>
                <w:rFonts w:cs="Arial"/>
                <w:color w:val="auto"/>
                <w:sz w:val="22"/>
              </w:rPr>
            </w:pPr>
            <w:r w:rsidRPr="00554596">
              <w:rPr>
                <w:rFonts w:ascii="Segoe UI Symbol" w:hAnsi="Segoe UI Symbol" w:cs="Segoe UI Symbol"/>
                <w:color w:val="auto"/>
                <w:sz w:val="22"/>
              </w:rPr>
              <w:t>☐</w:t>
            </w:r>
          </w:p>
        </w:tc>
        <w:tc>
          <w:tcPr>
            <w:tcW w:w="864" w:type="dxa"/>
            <w:shd w:val="clear" w:color="auto" w:fill="F2F2F2"/>
            <w:vAlign w:val="center"/>
          </w:tcPr>
          <w:p w14:paraId="6DB2C2A5" w14:textId="77777777" w:rsidR="009577AC" w:rsidRPr="00554596" w:rsidRDefault="00DF42D5">
            <w:pPr>
              <w:spacing w:after="0"/>
              <w:rPr>
                <w:rFonts w:cs="Arial"/>
                <w:color w:val="auto"/>
                <w:sz w:val="22"/>
              </w:rPr>
            </w:pPr>
            <w:r w:rsidRPr="00554596">
              <w:rPr>
                <w:rFonts w:ascii="Segoe UI Symbol" w:hAnsi="Segoe UI Symbol" w:cs="Segoe UI Symbol"/>
                <w:color w:val="auto"/>
                <w:sz w:val="22"/>
              </w:rPr>
              <w:t>☐</w:t>
            </w:r>
          </w:p>
        </w:tc>
      </w:tr>
      <w:tr w:rsidR="009577AC" w:rsidRPr="00554596" w14:paraId="57EF9193" w14:textId="77777777" w:rsidTr="00290C98">
        <w:trPr>
          <w:jc w:val="center"/>
        </w:trPr>
        <w:tc>
          <w:tcPr>
            <w:tcW w:w="7214" w:type="dxa"/>
            <w:shd w:val="clear" w:color="auto" w:fill="FFFFFF"/>
            <w:vAlign w:val="center"/>
          </w:tcPr>
          <w:p w14:paraId="69872628" w14:textId="77777777" w:rsidR="009577AC" w:rsidRPr="00554596" w:rsidRDefault="00DF42D5">
            <w:pPr>
              <w:spacing w:after="0"/>
              <w:rPr>
                <w:rFonts w:cs="Arial"/>
                <w:color w:val="auto"/>
                <w:sz w:val="22"/>
              </w:rPr>
            </w:pPr>
            <w:r w:rsidRPr="00554596">
              <w:rPr>
                <w:rFonts w:cs="Arial"/>
                <w:color w:val="auto"/>
                <w:sz w:val="22"/>
              </w:rPr>
              <w:t>Environmental impacts will be considered and managed</w:t>
            </w:r>
          </w:p>
        </w:tc>
        <w:tc>
          <w:tcPr>
            <w:tcW w:w="864" w:type="dxa"/>
            <w:shd w:val="clear" w:color="auto" w:fill="FFFFFF"/>
            <w:vAlign w:val="center"/>
          </w:tcPr>
          <w:p w14:paraId="00CFAD45" w14:textId="77777777" w:rsidR="009577AC" w:rsidRPr="00554596" w:rsidRDefault="00DF42D5">
            <w:pPr>
              <w:spacing w:after="0"/>
              <w:rPr>
                <w:rFonts w:cs="Arial"/>
                <w:color w:val="auto"/>
                <w:sz w:val="22"/>
              </w:rPr>
            </w:pPr>
            <w:r w:rsidRPr="00554596">
              <w:rPr>
                <w:rFonts w:ascii="Segoe UI Symbol" w:hAnsi="Segoe UI Symbol" w:cs="Segoe UI Symbol"/>
                <w:color w:val="auto"/>
                <w:sz w:val="22"/>
              </w:rPr>
              <w:t>☐</w:t>
            </w:r>
          </w:p>
        </w:tc>
        <w:tc>
          <w:tcPr>
            <w:tcW w:w="864" w:type="dxa"/>
            <w:shd w:val="clear" w:color="auto" w:fill="FFFFFF"/>
            <w:vAlign w:val="center"/>
          </w:tcPr>
          <w:p w14:paraId="3A36D049" w14:textId="77777777" w:rsidR="009577AC" w:rsidRPr="00554596" w:rsidRDefault="00DF42D5">
            <w:pPr>
              <w:spacing w:after="0"/>
              <w:rPr>
                <w:rFonts w:cs="Arial"/>
                <w:color w:val="auto"/>
                <w:sz w:val="22"/>
              </w:rPr>
            </w:pPr>
            <w:r w:rsidRPr="00554596">
              <w:rPr>
                <w:rFonts w:ascii="Segoe UI Symbol" w:hAnsi="Segoe UI Symbol" w:cs="Segoe UI Symbol"/>
                <w:color w:val="auto"/>
                <w:sz w:val="22"/>
              </w:rPr>
              <w:t>☐</w:t>
            </w:r>
          </w:p>
        </w:tc>
        <w:tc>
          <w:tcPr>
            <w:tcW w:w="864" w:type="dxa"/>
            <w:shd w:val="clear" w:color="auto" w:fill="FFFFFF"/>
            <w:vAlign w:val="center"/>
          </w:tcPr>
          <w:p w14:paraId="63E15E67" w14:textId="77777777" w:rsidR="009577AC" w:rsidRPr="00554596" w:rsidRDefault="00DF42D5">
            <w:pPr>
              <w:spacing w:after="0"/>
              <w:rPr>
                <w:rFonts w:cs="Arial"/>
                <w:color w:val="auto"/>
                <w:sz w:val="22"/>
              </w:rPr>
            </w:pPr>
            <w:r w:rsidRPr="00554596">
              <w:rPr>
                <w:rFonts w:ascii="Segoe UI Symbol" w:hAnsi="Segoe UI Symbol" w:cs="Segoe UI Symbol"/>
                <w:color w:val="auto"/>
                <w:sz w:val="22"/>
              </w:rPr>
              <w:t>☐</w:t>
            </w:r>
          </w:p>
        </w:tc>
      </w:tr>
      <w:tr w:rsidR="009577AC" w:rsidRPr="00554596" w14:paraId="038A2043" w14:textId="77777777" w:rsidTr="00290C98">
        <w:trPr>
          <w:jc w:val="center"/>
        </w:trPr>
        <w:tc>
          <w:tcPr>
            <w:tcW w:w="7214" w:type="dxa"/>
            <w:shd w:val="clear" w:color="auto" w:fill="F2F2F2"/>
            <w:vAlign w:val="center"/>
          </w:tcPr>
          <w:p w14:paraId="1CB08D6B" w14:textId="77777777" w:rsidR="009577AC" w:rsidRPr="00554596" w:rsidRDefault="00DF42D5">
            <w:pPr>
              <w:spacing w:after="0"/>
              <w:rPr>
                <w:rFonts w:cs="Arial"/>
                <w:color w:val="auto"/>
                <w:sz w:val="22"/>
              </w:rPr>
            </w:pPr>
            <w:r w:rsidRPr="00554596">
              <w:rPr>
                <w:rFonts w:cs="Arial"/>
                <w:color w:val="auto"/>
                <w:sz w:val="22"/>
              </w:rPr>
              <w:t>The applicant can maintain records and evidence expenditure</w:t>
            </w:r>
          </w:p>
        </w:tc>
        <w:tc>
          <w:tcPr>
            <w:tcW w:w="864" w:type="dxa"/>
            <w:shd w:val="clear" w:color="auto" w:fill="F2F2F2"/>
            <w:vAlign w:val="center"/>
          </w:tcPr>
          <w:p w14:paraId="3C2E139E" w14:textId="77777777" w:rsidR="009577AC" w:rsidRPr="00554596" w:rsidRDefault="00DF42D5">
            <w:pPr>
              <w:spacing w:after="0"/>
              <w:rPr>
                <w:rFonts w:cs="Arial"/>
                <w:color w:val="auto"/>
                <w:sz w:val="22"/>
              </w:rPr>
            </w:pPr>
            <w:r w:rsidRPr="00554596">
              <w:rPr>
                <w:rFonts w:ascii="Segoe UI Symbol" w:hAnsi="Segoe UI Symbol" w:cs="Segoe UI Symbol"/>
                <w:color w:val="auto"/>
                <w:sz w:val="22"/>
              </w:rPr>
              <w:t>☐</w:t>
            </w:r>
          </w:p>
        </w:tc>
        <w:tc>
          <w:tcPr>
            <w:tcW w:w="864" w:type="dxa"/>
            <w:shd w:val="clear" w:color="auto" w:fill="F2F2F2"/>
            <w:vAlign w:val="center"/>
          </w:tcPr>
          <w:p w14:paraId="4EB374C1" w14:textId="77777777" w:rsidR="009577AC" w:rsidRPr="00554596" w:rsidRDefault="00DF42D5">
            <w:pPr>
              <w:spacing w:after="0"/>
              <w:rPr>
                <w:rFonts w:cs="Arial"/>
                <w:color w:val="auto"/>
                <w:sz w:val="22"/>
              </w:rPr>
            </w:pPr>
            <w:r w:rsidRPr="00554596">
              <w:rPr>
                <w:rFonts w:ascii="Segoe UI Symbol" w:hAnsi="Segoe UI Symbol" w:cs="Segoe UI Symbol"/>
                <w:color w:val="auto"/>
                <w:sz w:val="22"/>
              </w:rPr>
              <w:t>☐</w:t>
            </w:r>
          </w:p>
        </w:tc>
        <w:tc>
          <w:tcPr>
            <w:tcW w:w="864" w:type="dxa"/>
            <w:shd w:val="clear" w:color="auto" w:fill="F2F2F2"/>
            <w:vAlign w:val="center"/>
          </w:tcPr>
          <w:p w14:paraId="55930094" w14:textId="77777777" w:rsidR="009577AC" w:rsidRPr="00554596" w:rsidRDefault="00DF42D5">
            <w:pPr>
              <w:spacing w:after="0"/>
              <w:rPr>
                <w:rFonts w:cs="Arial"/>
                <w:color w:val="auto"/>
                <w:sz w:val="22"/>
              </w:rPr>
            </w:pPr>
            <w:r w:rsidRPr="00554596">
              <w:rPr>
                <w:rFonts w:ascii="Segoe UI Symbol" w:hAnsi="Segoe UI Symbol" w:cs="Segoe UI Symbol"/>
                <w:color w:val="auto"/>
                <w:sz w:val="22"/>
              </w:rPr>
              <w:t>☐</w:t>
            </w:r>
          </w:p>
        </w:tc>
      </w:tr>
      <w:tr w:rsidR="009577AC" w:rsidRPr="00554596" w14:paraId="1383AF98" w14:textId="77777777" w:rsidTr="00290C98">
        <w:trPr>
          <w:jc w:val="center"/>
        </w:trPr>
        <w:tc>
          <w:tcPr>
            <w:tcW w:w="7214" w:type="dxa"/>
            <w:shd w:val="clear" w:color="auto" w:fill="FFFFFF"/>
            <w:vAlign w:val="center"/>
          </w:tcPr>
          <w:p w14:paraId="65044C6E" w14:textId="77777777" w:rsidR="009577AC" w:rsidRPr="00554596" w:rsidRDefault="00DF42D5">
            <w:pPr>
              <w:spacing w:after="0"/>
              <w:rPr>
                <w:rFonts w:cs="Arial"/>
                <w:color w:val="auto"/>
                <w:sz w:val="22"/>
              </w:rPr>
            </w:pPr>
            <w:r w:rsidRPr="00554596">
              <w:rPr>
                <w:rFonts w:cs="Arial"/>
                <w:color w:val="auto"/>
                <w:sz w:val="22"/>
              </w:rPr>
              <w:t>Conflicts of interest and connected-party payments are declared and managed</w:t>
            </w:r>
          </w:p>
        </w:tc>
        <w:tc>
          <w:tcPr>
            <w:tcW w:w="864" w:type="dxa"/>
            <w:shd w:val="clear" w:color="auto" w:fill="FFFFFF"/>
            <w:vAlign w:val="center"/>
          </w:tcPr>
          <w:p w14:paraId="70F50A99" w14:textId="77777777" w:rsidR="009577AC" w:rsidRPr="00554596" w:rsidRDefault="00DF42D5">
            <w:pPr>
              <w:spacing w:after="0"/>
              <w:rPr>
                <w:rFonts w:cs="Arial"/>
                <w:color w:val="auto"/>
                <w:sz w:val="22"/>
              </w:rPr>
            </w:pPr>
            <w:r w:rsidRPr="00554596">
              <w:rPr>
                <w:rFonts w:ascii="Segoe UI Symbol" w:hAnsi="Segoe UI Symbol" w:cs="Segoe UI Symbol"/>
                <w:color w:val="auto"/>
                <w:sz w:val="22"/>
              </w:rPr>
              <w:t>☐</w:t>
            </w:r>
          </w:p>
        </w:tc>
        <w:tc>
          <w:tcPr>
            <w:tcW w:w="864" w:type="dxa"/>
            <w:shd w:val="clear" w:color="auto" w:fill="FFFFFF"/>
            <w:vAlign w:val="center"/>
          </w:tcPr>
          <w:p w14:paraId="03A48C57" w14:textId="77777777" w:rsidR="009577AC" w:rsidRPr="00554596" w:rsidRDefault="00DF42D5">
            <w:pPr>
              <w:spacing w:after="0"/>
              <w:rPr>
                <w:rFonts w:cs="Arial"/>
                <w:color w:val="auto"/>
                <w:sz w:val="22"/>
              </w:rPr>
            </w:pPr>
            <w:r w:rsidRPr="00554596">
              <w:rPr>
                <w:rFonts w:ascii="Segoe UI Symbol" w:hAnsi="Segoe UI Symbol" w:cs="Segoe UI Symbol"/>
                <w:color w:val="auto"/>
                <w:sz w:val="22"/>
              </w:rPr>
              <w:t>☐</w:t>
            </w:r>
          </w:p>
        </w:tc>
        <w:tc>
          <w:tcPr>
            <w:tcW w:w="864" w:type="dxa"/>
            <w:shd w:val="clear" w:color="auto" w:fill="FFFFFF"/>
            <w:vAlign w:val="center"/>
          </w:tcPr>
          <w:p w14:paraId="5AA8A9B7" w14:textId="77777777" w:rsidR="009577AC" w:rsidRPr="00554596" w:rsidRDefault="00DF42D5">
            <w:pPr>
              <w:spacing w:after="0"/>
              <w:rPr>
                <w:rFonts w:cs="Arial"/>
                <w:color w:val="auto"/>
                <w:sz w:val="22"/>
              </w:rPr>
            </w:pPr>
            <w:r w:rsidRPr="00554596">
              <w:rPr>
                <w:rFonts w:ascii="Segoe UI Symbol" w:hAnsi="Segoe UI Symbol" w:cs="Segoe UI Symbol"/>
                <w:color w:val="auto"/>
                <w:sz w:val="22"/>
              </w:rPr>
              <w:t>☐</w:t>
            </w:r>
          </w:p>
        </w:tc>
      </w:tr>
      <w:tr w:rsidR="009577AC" w:rsidRPr="00554596" w14:paraId="0292AD97" w14:textId="77777777" w:rsidTr="00290C98">
        <w:trPr>
          <w:jc w:val="center"/>
        </w:trPr>
        <w:tc>
          <w:tcPr>
            <w:tcW w:w="7214" w:type="dxa"/>
            <w:shd w:val="clear" w:color="auto" w:fill="F2F2F2"/>
            <w:vAlign w:val="center"/>
          </w:tcPr>
          <w:p w14:paraId="3DF41317" w14:textId="77777777" w:rsidR="009577AC" w:rsidRPr="00554596" w:rsidRDefault="00DF42D5">
            <w:pPr>
              <w:spacing w:after="0"/>
              <w:rPr>
                <w:rFonts w:cs="Arial"/>
                <w:color w:val="auto"/>
                <w:sz w:val="22"/>
              </w:rPr>
            </w:pPr>
            <w:r w:rsidRPr="00554596">
              <w:rPr>
                <w:rFonts w:cs="Arial"/>
                <w:color w:val="auto"/>
                <w:sz w:val="22"/>
              </w:rPr>
              <w:lastRenderedPageBreak/>
              <w:t>Any subsidy-control information requested will be provided</w:t>
            </w:r>
          </w:p>
        </w:tc>
        <w:tc>
          <w:tcPr>
            <w:tcW w:w="864" w:type="dxa"/>
            <w:shd w:val="clear" w:color="auto" w:fill="F2F2F2"/>
            <w:vAlign w:val="center"/>
          </w:tcPr>
          <w:p w14:paraId="578D2E06" w14:textId="77777777" w:rsidR="009577AC" w:rsidRPr="00554596" w:rsidRDefault="00DF42D5">
            <w:pPr>
              <w:spacing w:after="0"/>
              <w:rPr>
                <w:rFonts w:cs="Arial"/>
                <w:color w:val="auto"/>
                <w:sz w:val="22"/>
              </w:rPr>
            </w:pPr>
            <w:r w:rsidRPr="00554596">
              <w:rPr>
                <w:rFonts w:ascii="Segoe UI Symbol" w:hAnsi="Segoe UI Symbol" w:cs="Segoe UI Symbol"/>
                <w:color w:val="auto"/>
                <w:sz w:val="22"/>
              </w:rPr>
              <w:t>☐</w:t>
            </w:r>
          </w:p>
        </w:tc>
        <w:tc>
          <w:tcPr>
            <w:tcW w:w="864" w:type="dxa"/>
            <w:shd w:val="clear" w:color="auto" w:fill="F2F2F2"/>
            <w:vAlign w:val="center"/>
          </w:tcPr>
          <w:p w14:paraId="5E2B7FC2" w14:textId="77777777" w:rsidR="009577AC" w:rsidRPr="00554596" w:rsidRDefault="00DF42D5">
            <w:pPr>
              <w:spacing w:after="0"/>
              <w:rPr>
                <w:rFonts w:cs="Arial"/>
                <w:color w:val="auto"/>
                <w:sz w:val="22"/>
              </w:rPr>
            </w:pPr>
            <w:r w:rsidRPr="00554596">
              <w:rPr>
                <w:rFonts w:ascii="Segoe UI Symbol" w:hAnsi="Segoe UI Symbol" w:cs="Segoe UI Symbol"/>
                <w:color w:val="auto"/>
                <w:sz w:val="22"/>
              </w:rPr>
              <w:t>☐</w:t>
            </w:r>
          </w:p>
        </w:tc>
        <w:tc>
          <w:tcPr>
            <w:tcW w:w="864" w:type="dxa"/>
            <w:shd w:val="clear" w:color="auto" w:fill="F2F2F2"/>
            <w:vAlign w:val="center"/>
          </w:tcPr>
          <w:p w14:paraId="45D11EAD" w14:textId="77777777" w:rsidR="009577AC" w:rsidRPr="00554596" w:rsidRDefault="00DF42D5">
            <w:pPr>
              <w:spacing w:after="0"/>
              <w:rPr>
                <w:rFonts w:cs="Arial"/>
                <w:color w:val="auto"/>
                <w:sz w:val="22"/>
              </w:rPr>
            </w:pPr>
            <w:r w:rsidRPr="00554596">
              <w:rPr>
                <w:rFonts w:ascii="Segoe UI Symbol" w:hAnsi="Segoe UI Symbol" w:cs="Segoe UI Symbol"/>
                <w:color w:val="auto"/>
                <w:sz w:val="22"/>
              </w:rPr>
              <w:t>☐</w:t>
            </w:r>
          </w:p>
        </w:tc>
      </w:tr>
    </w:tbl>
    <w:p w14:paraId="501A2C0F" w14:textId="77777777" w:rsidR="009577AC" w:rsidRPr="00554596" w:rsidRDefault="009577AC">
      <w:pPr>
        <w:spacing w:after="0"/>
        <w:rPr>
          <w:rFonts w:cs="Arial"/>
          <w:color w:val="auto"/>
          <w:sz w:val="22"/>
        </w:rPr>
      </w:pPr>
    </w:p>
    <w:p w14:paraId="7E8AAB1B" w14:textId="3F393295" w:rsidR="009577AC" w:rsidRPr="00554596" w:rsidRDefault="00DF42D5" w:rsidP="00290C98">
      <w:pPr>
        <w:keepNext/>
        <w:rPr>
          <w:rFonts w:cs="Arial"/>
          <w:color w:val="auto"/>
          <w:sz w:val="22"/>
        </w:rPr>
      </w:pPr>
      <w:r w:rsidRPr="00554596">
        <w:rPr>
          <w:rFonts w:cs="Arial"/>
          <w:b/>
          <w:color w:val="auto"/>
          <w:sz w:val="22"/>
        </w:rPr>
        <w:t xml:space="preserve">Explain every </w:t>
      </w:r>
      <w:r w:rsidR="00290C98">
        <w:rPr>
          <w:rFonts w:cs="Arial"/>
          <w:b/>
          <w:color w:val="auto"/>
          <w:sz w:val="22"/>
        </w:rPr>
        <w:t>‘</w:t>
      </w:r>
      <w:r w:rsidRPr="00554596">
        <w:rPr>
          <w:rFonts w:cs="Arial"/>
          <w:b/>
          <w:color w:val="auto"/>
          <w:sz w:val="22"/>
        </w:rPr>
        <w:t>No</w:t>
      </w:r>
      <w:r w:rsidR="00290C98">
        <w:rPr>
          <w:rFonts w:cs="Arial"/>
          <w:b/>
          <w:color w:val="auto"/>
          <w:sz w:val="22"/>
        </w:rPr>
        <w:t>’</w:t>
      </w:r>
      <w:r w:rsidRPr="00554596">
        <w:rPr>
          <w:rFonts w:cs="Arial"/>
          <w:b/>
          <w:color w:val="auto"/>
          <w:sz w:val="22"/>
        </w:rPr>
        <w:t xml:space="preserve"> response and any material legal financial safeguarding delivery or reputational issue.</w:t>
      </w:r>
      <w:r w:rsidR="00290C98">
        <w:rPr>
          <w:rFonts w:cs="Arial"/>
          <w:b/>
          <w:color w:val="auto"/>
          <w:sz w:val="22"/>
        </w:rPr>
        <w:t xml:space="preserve"> </w:t>
      </w:r>
      <w:r w:rsidRPr="00290C98">
        <w:rPr>
          <w:rFonts w:cs="Arial"/>
          <w:color w:val="595959" w:themeColor="text1" w:themeTint="A6"/>
          <w:sz w:val="22"/>
        </w:rPr>
        <w:t>Do not include personal data or information that cannot be shared for legal, safeguarding, confidentiality or duty-of-care reasons. Indicate where further information is confidential.</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9856"/>
      </w:tblGrid>
      <w:tr w:rsidR="009577AC" w:rsidRPr="00554596" w14:paraId="4962159C" w14:textId="77777777" w:rsidTr="00290C98">
        <w:tc>
          <w:tcPr>
            <w:tcW w:w="9856" w:type="dxa"/>
            <w:shd w:val="clear" w:color="auto" w:fill="FFFFFF"/>
            <w:vAlign w:val="center"/>
          </w:tcPr>
          <w:p w14:paraId="3A65E066" w14:textId="77777777" w:rsidR="009577AC" w:rsidRDefault="009577AC">
            <w:pPr>
              <w:spacing w:after="0"/>
              <w:rPr>
                <w:rFonts w:cs="Arial"/>
                <w:color w:val="auto"/>
                <w:sz w:val="20"/>
              </w:rPr>
            </w:pPr>
          </w:p>
          <w:p w14:paraId="4E77C367" w14:textId="77777777" w:rsidR="00290C98" w:rsidRDefault="00290C98">
            <w:pPr>
              <w:spacing w:after="0"/>
              <w:rPr>
                <w:rFonts w:cs="Arial"/>
                <w:color w:val="auto"/>
                <w:sz w:val="20"/>
              </w:rPr>
            </w:pPr>
          </w:p>
          <w:p w14:paraId="2B3255A6" w14:textId="77777777" w:rsidR="00290C98" w:rsidRDefault="00290C98">
            <w:pPr>
              <w:spacing w:after="0"/>
              <w:rPr>
                <w:rFonts w:cs="Arial"/>
                <w:color w:val="auto"/>
                <w:sz w:val="20"/>
              </w:rPr>
            </w:pPr>
          </w:p>
          <w:p w14:paraId="0F976CE4" w14:textId="77777777" w:rsidR="00290C98" w:rsidRDefault="00290C98">
            <w:pPr>
              <w:spacing w:after="0"/>
              <w:rPr>
                <w:rFonts w:cs="Arial"/>
                <w:color w:val="auto"/>
                <w:sz w:val="20"/>
              </w:rPr>
            </w:pPr>
          </w:p>
          <w:p w14:paraId="28D33341" w14:textId="07AFFD4B" w:rsidR="00290C98" w:rsidRPr="00554596" w:rsidRDefault="00290C98">
            <w:pPr>
              <w:spacing w:after="0"/>
              <w:rPr>
                <w:rFonts w:cs="Arial"/>
                <w:color w:val="auto"/>
              </w:rPr>
            </w:pPr>
          </w:p>
        </w:tc>
      </w:tr>
    </w:tbl>
    <w:p w14:paraId="52E3E912" w14:textId="2B020614" w:rsidR="009577AC" w:rsidRPr="00290C98" w:rsidRDefault="00290C98">
      <w:pPr>
        <w:spacing w:after="0"/>
        <w:rPr>
          <w:rFonts w:cs="Arial"/>
          <w:color w:val="595959" w:themeColor="text1" w:themeTint="A6"/>
        </w:rPr>
      </w:pPr>
      <w:r w:rsidRPr="00290C98">
        <w:rPr>
          <w:rFonts w:cs="Arial"/>
          <w:color w:val="595959" w:themeColor="text1" w:themeTint="A6"/>
          <w:sz w:val="22"/>
        </w:rPr>
        <w:t>Maximum 300 words.</w:t>
      </w:r>
    </w:p>
    <w:p w14:paraId="246ADE1B" w14:textId="77777777" w:rsidR="00290C98" w:rsidRDefault="00290C98">
      <w:pPr>
        <w:spacing w:after="0"/>
        <w:rPr>
          <w:rFonts w:cs="Arial"/>
          <w:color w:val="auto"/>
        </w:rPr>
      </w:pPr>
    </w:p>
    <w:p w14:paraId="0FD64AD8" w14:textId="77777777" w:rsidR="00290C98" w:rsidRPr="00554596" w:rsidRDefault="00290C98">
      <w:pPr>
        <w:spacing w:after="0"/>
        <w:rPr>
          <w:rFonts w:cs="Arial"/>
          <w:color w:val="auto"/>
        </w:rPr>
      </w:pPr>
    </w:p>
    <w:tbl>
      <w:tblPr>
        <w:tblW w:w="10080"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7366"/>
        <w:gridCol w:w="1276"/>
        <w:gridCol w:w="1438"/>
      </w:tblGrid>
      <w:tr w:rsidR="009577AC" w:rsidRPr="00290C98" w14:paraId="23447F83" w14:textId="77777777" w:rsidTr="00290C98">
        <w:trPr>
          <w:tblHeader/>
          <w:jc w:val="center"/>
        </w:trPr>
        <w:tc>
          <w:tcPr>
            <w:tcW w:w="7366" w:type="dxa"/>
            <w:shd w:val="clear" w:color="auto" w:fill="000000" w:themeFill="text1"/>
            <w:vAlign w:val="center"/>
          </w:tcPr>
          <w:p w14:paraId="0C714ADB" w14:textId="77777777" w:rsidR="009577AC" w:rsidRPr="00290C98" w:rsidRDefault="00DF42D5">
            <w:pPr>
              <w:spacing w:after="0"/>
              <w:rPr>
                <w:rFonts w:cs="Arial"/>
                <w:color w:val="auto"/>
                <w:sz w:val="22"/>
                <w:szCs w:val="32"/>
              </w:rPr>
            </w:pPr>
            <w:r w:rsidRPr="00290C98">
              <w:rPr>
                <w:rFonts w:cs="Arial"/>
                <w:b/>
                <w:color w:val="auto"/>
                <w:sz w:val="22"/>
                <w:szCs w:val="32"/>
              </w:rPr>
              <w:t>Supporting document</w:t>
            </w:r>
          </w:p>
        </w:tc>
        <w:tc>
          <w:tcPr>
            <w:tcW w:w="1276" w:type="dxa"/>
            <w:shd w:val="clear" w:color="auto" w:fill="000000" w:themeFill="text1"/>
            <w:vAlign w:val="center"/>
          </w:tcPr>
          <w:p w14:paraId="71517BF0" w14:textId="77777777" w:rsidR="009577AC" w:rsidRPr="00290C98" w:rsidRDefault="00DF42D5">
            <w:pPr>
              <w:spacing w:after="0"/>
              <w:rPr>
                <w:rFonts w:cs="Arial"/>
                <w:color w:val="auto"/>
                <w:sz w:val="22"/>
                <w:szCs w:val="32"/>
              </w:rPr>
            </w:pPr>
            <w:r w:rsidRPr="00290C98">
              <w:rPr>
                <w:rFonts w:cs="Arial"/>
                <w:b/>
                <w:color w:val="auto"/>
                <w:sz w:val="22"/>
                <w:szCs w:val="32"/>
              </w:rPr>
              <w:t>Attached</w:t>
            </w:r>
          </w:p>
        </w:tc>
        <w:tc>
          <w:tcPr>
            <w:tcW w:w="1438" w:type="dxa"/>
            <w:shd w:val="clear" w:color="auto" w:fill="000000" w:themeFill="text1"/>
            <w:vAlign w:val="center"/>
          </w:tcPr>
          <w:p w14:paraId="5E0C91DC" w14:textId="77777777" w:rsidR="009577AC" w:rsidRPr="00290C98" w:rsidRDefault="00DF42D5">
            <w:pPr>
              <w:spacing w:after="0"/>
              <w:rPr>
                <w:rFonts w:cs="Arial"/>
                <w:color w:val="auto"/>
                <w:sz w:val="22"/>
                <w:szCs w:val="32"/>
              </w:rPr>
            </w:pPr>
            <w:r w:rsidRPr="00290C98">
              <w:rPr>
                <w:rFonts w:cs="Arial"/>
                <w:b/>
                <w:color w:val="auto"/>
                <w:sz w:val="22"/>
                <w:szCs w:val="32"/>
              </w:rPr>
              <w:t>Not applicable</w:t>
            </w:r>
          </w:p>
        </w:tc>
      </w:tr>
      <w:tr w:rsidR="009577AC" w:rsidRPr="00554596" w14:paraId="3E68AA96" w14:textId="77777777" w:rsidTr="00290C98">
        <w:trPr>
          <w:jc w:val="center"/>
        </w:trPr>
        <w:tc>
          <w:tcPr>
            <w:tcW w:w="7366" w:type="dxa"/>
            <w:shd w:val="clear" w:color="auto" w:fill="FFFFFF"/>
            <w:vAlign w:val="center"/>
          </w:tcPr>
          <w:p w14:paraId="15DC8F39" w14:textId="77777777" w:rsidR="009577AC" w:rsidRPr="00290C98" w:rsidRDefault="00DF42D5">
            <w:pPr>
              <w:spacing w:after="0"/>
              <w:rPr>
                <w:rFonts w:cs="Arial"/>
                <w:color w:val="auto"/>
                <w:sz w:val="22"/>
              </w:rPr>
            </w:pPr>
            <w:r w:rsidRPr="00290C98">
              <w:rPr>
                <w:rFonts w:cs="Arial"/>
                <w:color w:val="auto"/>
                <w:sz w:val="22"/>
              </w:rPr>
              <w:t>Project Budget Template</w:t>
            </w:r>
          </w:p>
        </w:tc>
        <w:tc>
          <w:tcPr>
            <w:tcW w:w="1276" w:type="dxa"/>
            <w:shd w:val="clear" w:color="auto" w:fill="FFFFFF"/>
            <w:vAlign w:val="center"/>
          </w:tcPr>
          <w:p w14:paraId="496F2DE3" w14:textId="77777777" w:rsidR="009577AC" w:rsidRPr="00290C98" w:rsidRDefault="00DF42D5">
            <w:pPr>
              <w:spacing w:after="0"/>
              <w:rPr>
                <w:rFonts w:cs="Arial"/>
                <w:color w:val="auto"/>
                <w:sz w:val="22"/>
              </w:rPr>
            </w:pPr>
            <w:r w:rsidRPr="00290C98">
              <w:rPr>
                <w:rFonts w:ascii="Segoe UI Symbol" w:hAnsi="Segoe UI Symbol" w:cs="Segoe UI Symbol"/>
                <w:color w:val="auto"/>
                <w:sz w:val="22"/>
              </w:rPr>
              <w:t>☐</w:t>
            </w:r>
          </w:p>
        </w:tc>
        <w:tc>
          <w:tcPr>
            <w:tcW w:w="1438" w:type="dxa"/>
            <w:shd w:val="clear" w:color="auto" w:fill="FFFFFF"/>
            <w:vAlign w:val="center"/>
          </w:tcPr>
          <w:p w14:paraId="49402F70" w14:textId="77777777" w:rsidR="009577AC" w:rsidRPr="00290C98" w:rsidRDefault="00DF42D5">
            <w:pPr>
              <w:spacing w:after="0"/>
              <w:rPr>
                <w:rFonts w:cs="Arial"/>
                <w:color w:val="auto"/>
                <w:sz w:val="22"/>
              </w:rPr>
            </w:pPr>
            <w:r w:rsidRPr="00290C98">
              <w:rPr>
                <w:rFonts w:ascii="Segoe UI Symbol" w:hAnsi="Segoe UI Symbol" w:cs="Segoe UI Symbol"/>
                <w:color w:val="auto"/>
                <w:sz w:val="22"/>
              </w:rPr>
              <w:t>☐</w:t>
            </w:r>
          </w:p>
        </w:tc>
      </w:tr>
      <w:tr w:rsidR="009577AC" w:rsidRPr="00554596" w14:paraId="097EFF0B" w14:textId="77777777" w:rsidTr="00290C98">
        <w:trPr>
          <w:jc w:val="center"/>
        </w:trPr>
        <w:tc>
          <w:tcPr>
            <w:tcW w:w="7366" w:type="dxa"/>
            <w:shd w:val="clear" w:color="auto" w:fill="F2F2F2"/>
            <w:vAlign w:val="center"/>
          </w:tcPr>
          <w:p w14:paraId="50652099" w14:textId="77777777" w:rsidR="009577AC" w:rsidRPr="00290C98" w:rsidRDefault="00DF42D5">
            <w:pPr>
              <w:spacing w:after="0"/>
              <w:rPr>
                <w:rFonts w:cs="Arial"/>
                <w:color w:val="auto"/>
                <w:sz w:val="22"/>
              </w:rPr>
            </w:pPr>
            <w:r w:rsidRPr="00290C98">
              <w:rPr>
                <w:rFonts w:cs="Arial"/>
                <w:color w:val="auto"/>
                <w:sz w:val="22"/>
              </w:rPr>
              <w:t>CV or short professional profile for individual applicant or project lead</w:t>
            </w:r>
          </w:p>
        </w:tc>
        <w:tc>
          <w:tcPr>
            <w:tcW w:w="1276" w:type="dxa"/>
            <w:shd w:val="clear" w:color="auto" w:fill="F2F2F2"/>
            <w:vAlign w:val="center"/>
          </w:tcPr>
          <w:p w14:paraId="52A05AD5" w14:textId="77777777" w:rsidR="009577AC" w:rsidRPr="00290C98" w:rsidRDefault="00DF42D5">
            <w:pPr>
              <w:spacing w:after="0"/>
              <w:rPr>
                <w:rFonts w:cs="Arial"/>
                <w:color w:val="auto"/>
                <w:sz w:val="22"/>
              </w:rPr>
            </w:pPr>
            <w:r w:rsidRPr="00290C98">
              <w:rPr>
                <w:rFonts w:ascii="Segoe UI Symbol" w:hAnsi="Segoe UI Symbol" w:cs="Segoe UI Symbol"/>
                <w:color w:val="auto"/>
                <w:sz w:val="22"/>
              </w:rPr>
              <w:t>☐</w:t>
            </w:r>
          </w:p>
        </w:tc>
        <w:tc>
          <w:tcPr>
            <w:tcW w:w="1438" w:type="dxa"/>
            <w:shd w:val="clear" w:color="auto" w:fill="F2F2F2"/>
            <w:vAlign w:val="center"/>
          </w:tcPr>
          <w:p w14:paraId="6CC981A1" w14:textId="77777777" w:rsidR="009577AC" w:rsidRPr="00290C98" w:rsidRDefault="00DF42D5">
            <w:pPr>
              <w:spacing w:after="0"/>
              <w:rPr>
                <w:rFonts w:cs="Arial"/>
                <w:color w:val="auto"/>
                <w:sz w:val="22"/>
              </w:rPr>
            </w:pPr>
            <w:r w:rsidRPr="00290C98">
              <w:rPr>
                <w:rFonts w:ascii="Segoe UI Symbol" w:hAnsi="Segoe UI Symbol" w:cs="Segoe UI Symbol"/>
                <w:color w:val="auto"/>
                <w:sz w:val="22"/>
              </w:rPr>
              <w:t>☐</w:t>
            </w:r>
          </w:p>
        </w:tc>
      </w:tr>
      <w:tr w:rsidR="009577AC" w:rsidRPr="00554596" w14:paraId="1A4F180D" w14:textId="77777777" w:rsidTr="00290C98">
        <w:trPr>
          <w:jc w:val="center"/>
        </w:trPr>
        <w:tc>
          <w:tcPr>
            <w:tcW w:w="7366" w:type="dxa"/>
            <w:shd w:val="clear" w:color="auto" w:fill="FFFFFF"/>
            <w:vAlign w:val="center"/>
          </w:tcPr>
          <w:p w14:paraId="680AFEB8" w14:textId="77777777" w:rsidR="009577AC" w:rsidRPr="00290C98" w:rsidRDefault="00DF42D5">
            <w:pPr>
              <w:spacing w:after="0"/>
              <w:rPr>
                <w:rFonts w:cs="Arial"/>
                <w:color w:val="auto"/>
                <w:sz w:val="22"/>
              </w:rPr>
            </w:pPr>
            <w:r w:rsidRPr="00290C98">
              <w:rPr>
                <w:rFonts w:cs="Arial"/>
                <w:color w:val="auto"/>
                <w:sz w:val="22"/>
              </w:rPr>
              <w:t xml:space="preserve">Governing document for </w:t>
            </w:r>
            <w:proofErr w:type="spellStart"/>
            <w:r w:rsidRPr="00290C98">
              <w:rPr>
                <w:rFonts w:cs="Arial"/>
                <w:color w:val="auto"/>
                <w:sz w:val="22"/>
              </w:rPr>
              <w:t>organisation</w:t>
            </w:r>
            <w:proofErr w:type="spellEnd"/>
            <w:r w:rsidRPr="00290C98">
              <w:rPr>
                <w:rFonts w:cs="Arial"/>
                <w:color w:val="auto"/>
                <w:sz w:val="22"/>
              </w:rPr>
              <w:t xml:space="preserve"> or group</w:t>
            </w:r>
          </w:p>
        </w:tc>
        <w:tc>
          <w:tcPr>
            <w:tcW w:w="1276" w:type="dxa"/>
            <w:shd w:val="clear" w:color="auto" w:fill="FFFFFF"/>
            <w:vAlign w:val="center"/>
          </w:tcPr>
          <w:p w14:paraId="08DABBC1" w14:textId="77777777" w:rsidR="009577AC" w:rsidRPr="00290C98" w:rsidRDefault="00DF42D5">
            <w:pPr>
              <w:spacing w:after="0"/>
              <w:rPr>
                <w:rFonts w:cs="Arial"/>
                <w:color w:val="auto"/>
                <w:sz w:val="22"/>
              </w:rPr>
            </w:pPr>
            <w:r w:rsidRPr="00290C98">
              <w:rPr>
                <w:rFonts w:ascii="Segoe UI Symbol" w:hAnsi="Segoe UI Symbol" w:cs="Segoe UI Symbol"/>
                <w:color w:val="auto"/>
                <w:sz w:val="22"/>
              </w:rPr>
              <w:t>☐</w:t>
            </w:r>
          </w:p>
        </w:tc>
        <w:tc>
          <w:tcPr>
            <w:tcW w:w="1438" w:type="dxa"/>
            <w:shd w:val="clear" w:color="auto" w:fill="FFFFFF"/>
            <w:vAlign w:val="center"/>
          </w:tcPr>
          <w:p w14:paraId="4A618599" w14:textId="77777777" w:rsidR="009577AC" w:rsidRPr="00290C98" w:rsidRDefault="00DF42D5">
            <w:pPr>
              <w:spacing w:after="0"/>
              <w:rPr>
                <w:rFonts w:cs="Arial"/>
                <w:color w:val="auto"/>
                <w:sz w:val="22"/>
              </w:rPr>
            </w:pPr>
            <w:r w:rsidRPr="00290C98">
              <w:rPr>
                <w:rFonts w:ascii="Segoe UI Symbol" w:hAnsi="Segoe UI Symbol" w:cs="Segoe UI Symbol"/>
                <w:color w:val="auto"/>
                <w:sz w:val="22"/>
              </w:rPr>
              <w:t>☐</w:t>
            </w:r>
          </w:p>
        </w:tc>
      </w:tr>
      <w:tr w:rsidR="009577AC" w:rsidRPr="00554596" w14:paraId="30167E07" w14:textId="77777777" w:rsidTr="00290C98">
        <w:trPr>
          <w:jc w:val="center"/>
        </w:trPr>
        <w:tc>
          <w:tcPr>
            <w:tcW w:w="7366" w:type="dxa"/>
            <w:shd w:val="clear" w:color="auto" w:fill="F2F2F2"/>
            <w:vAlign w:val="center"/>
          </w:tcPr>
          <w:p w14:paraId="675A598D" w14:textId="77777777" w:rsidR="009577AC" w:rsidRPr="00290C98" w:rsidRDefault="00DF42D5">
            <w:pPr>
              <w:spacing w:after="0"/>
              <w:rPr>
                <w:rFonts w:cs="Arial"/>
                <w:color w:val="auto"/>
                <w:sz w:val="22"/>
              </w:rPr>
            </w:pPr>
            <w:r w:rsidRPr="00290C98">
              <w:rPr>
                <w:rFonts w:cs="Arial"/>
                <w:color w:val="auto"/>
                <w:sz w:val="22"/>
              </w:rPr>
              <w:t>Latest approved accounts or proportionate financial evidence</w:t>
            </w:r>
          </w:p>
        </w:tc>
        <w:tc>
          <w:tcPr>
            <w:tcW w:w="1276" w:type="dxa"/>
            <w:shd w:val="clear" w:color="auto" w:fill="F2F2F2"/>
            <w:vAlign w:val="center"/>
          </w:tcPr>
          <w:p w14:paraId="102A6438" w14:textId="77777777" w:rsidR="009577AC" w:rsidRPr="00290C98" w:rsidRDefault="00DF42D5">
            <w:pPr>
              <w:spacing w:after="0"/>
              <w:rPr>
                <w:rFonts w:cs="Arial"/>
                <w:color w:val="auto"/>
                <w:sz w:val="22"/>
              </w:rPr>
            </w:pPr>
            <w:r w:rsidRPr="00290C98">
              <w:rPr>
                <w:rFonts w:ascii="Segoe UI Symbol" w:hAnsi="Segoe UI Symbol" w:cs="Segoe UI Symbol"/>
                <w:color w:val="auto"/>
                <w:sz w:val="22"/>
              </w:rPr>
              <w:t>☐</w:t>
            </w:r>
          </w:p>
        </w:tc>
        <w:tc>
          <w:tcPr>
            <w:tcW w:w="1438" w:type="dxa"/>
            <w:shd w:val="clear" w:color="auto" w:fill="F2F2F2"/>
            <w:vAlign w:val="center"/>
          </w:tcPr>
          <w:p w14:paraId="455384B2" w14:textId="77777777" w:rsidR="009577AC" w:rsidRPr="00290C98" w:rsidRDefault="00DF42D5">
            <w:pPr>
              <w:spacing w:after="0"/>
              <w:rPr>
                <w:rFonts w:cs="Arial"/>
                <w:color w:val="auto"/>
                <w:sz w:val="22"/>
              </w:rPr>
            </w:pPr>
            <w:r w:rsidRPr="00290C98">
              <w:rPr>
                <w:rFonts w:ascii="Segoe UI Symbol" w:hAnsi="Segoe UI Symbol" w:cs="Segoe UI Symbol"/>
                <w:color w:val="auto"/>
                <w:sz w:val="22"/>
              </w:rPr>
              <w:t>☐</w:t>
            </w:r>
          </w:p>
        </w:tc>
      </w:tr>
      <w:tr w:rsidR="009577AC" w:rsidRPr="00554596" w14:paraId="5271D80D" w14:textId="77777777" w:rsidTr="00290C98">
        <w:trPr>
          <w:jc w:val="center"/>
        </w:trPr>
        <w:tc>
          <w:tcPr>
            <w:tcW w:w="7366" w:type="dxa"/>
            <w:shd w:val="clear" w:color="auto" w:fill="F2F2F2"/>
            <w:vAlign w:val="center"/>
          </w:tcPr>
          <w:p w14:paraId="33966309" w14:textId="77777777" w:rsidR="009577AC" w:rsidRPr="00290C98" w:rsidRDefault="00DF42D5">
            <w:pPr>
              <w:spacing w:after="0"/>
              <w:rPr>
                <w:rFonts w:cs="Arial"/>
                <w:color w:val="auto"/>
                <w:sz w:val="22"/>
              </w:rPr>
            </w:pPr>
            <w:r w:rsidRPr="00290C98">
              <w:rPr>
                <w:rFonts w:cs="Arial"/>
                <w:color w:val="auto"/>
                <w:sz w:val="22"/>
              </w:rPr>
              <w:t>Draft accountable-body or project-host agreement</w:t>
            </w:r>
          </w:p>
        </w:tc>
        <w:tc>
          <w:tcPr>
            <w:tcW w:w="1276" w:type="dxa"/>
            <w:shd w:val="clear" w:color="auto" w:fill="F2F2F2"/>
            <w:vAlign w:val="center"/>
          </w:tcPr>
          <w:p w14:paraId="2B62161B" w14:textId="77777777" w:rsidR="009577AC" w:rsidRPr="00290C98" w:rsidRDefault="00DF42D5">
            <w:pPr>
              <w:spacing w:after="0"/>
              <w:rPr>
                <w:rFonts w:cs="Arial"/>
                <w:color w:val="auto"/>
                <w:sz w:val="22"/>
              </w:rPr>
            </w:pPr>
            <w:r w:rsidRPr="00290C98">
              <w:rPr>
                <w:rFonts w:ascii="Segoe UI Symbol" w:hAnsi="Segoe UI Symbol" w:cs="Segoe UI Symbol"/>
                <w:color w:val="auto"/>
                <w:sz w:val="22"/>
              </w:rPr>
              <w:t>☐</w:t>
            </w:r>
          </w:p>
        </w:tc>
        <w:tc>
          <w:tcPr>
            <w:tcW w:w="1438" w:type="dxa"/>
            <w:shd w:val="clear" w:color="auto" w:fill="F2F2F2"/>
            <w:vAlign w:val="center"/>
          </w:tcPr>
          <w:p w14:paraId="6CF6C85F" w14:textId="77777777" w:rsidR="009577AC" w:rsidRPr="00290C98" w:rsidRDefault="00DF42D5">
            <w:pPr>
              <w:spacing w:after="0"/>
              <w:rPr>
                <w:rFonts w:cs="Arial"/>
                <w:color w:val="auto"/>
                <w:sz w:val="22"/>
              </w:rPr>
            </w:pPr>
            <w:r w:rsidRPr="00290C98">
              <w:rPr>
                <w:rFonts w:ascii="Segoe UI Symbol" w:hAnsi="Segoe UI Symbol" w:cs="Segoe UI Symbol"/>
                <w:color w:val="auto"/>
                <w:sz w:val="22"/>
              </w:rPr>
              <w:t>☐</w:t>
            </w:r>
          </w:p>
        </w:tc>
      </w:tr>
      <w:tr w:rsidR="009577AC" w:rsidRPr="00554596" w14:paraId="7C877BBD" w14:textId="77777777" w:rsidTr="00290C98">
        <w:trPr>
          <w:jc w:val="center"/>
        </w:trPr>
        <w:tc>
          <w:tcPr>
            <w:tcW w:w="7366" w:type="dxa"/>
            <w:shd w:val="clear" w:color="auto" w:fill="FFFFFF"/>
            <w:vAlign w:val="center"/>
          </w:tcPr>
          <w:p w14:paraId="747A4801" w14:textId="77777777" w:rsidR="009577AC" w:rsidRPr="00290C98" w:rsidRDefault="00DF42D5">
            <w:pPr>
              <w:spacing w:after="0"/>
              <w:rPr>
                <w:rFonts w:cs="Arial"/>
                <w:color w:val="auto"/>
                <w:sz w:val="22"/>
              </w:rPr>
            </w:pPr>
            <w:r w:rsidRPr="00290C98">
              <w:rPr>
                <w:rFonts w:cs="Arial"/>
                <w:color w:val="auto"/>
                <w:sz w:val="22"/>
              </w:rPr>
              <w:t>Partnership agreement where relevant</w:t>
            </w:r>
          </w:p>
        </w:tc>
        <w:tc>
          <w:tcPr>
            <w:tcW w:w="1276" w:type="dxa"/>
            <w:shd w:val="clear" w:color="auto" w:fill="FFFFFF"/>
            <w:vAlign w:val="center"/>
          </w:tcPr>
          <w:p w14:paraId="1229540A" w14:textId="77777777" w:rsidR="009577AC" w:rsidRPr="00290C98" w:rsidRDefault="00DF42D5">
            <w:pPr>
              <w:spacing w:after="0"/>
              <w:rPr>
                <w:rFonts w:cs="Arial"/>
                <w:color w:val="auto"/>
                <w:sz w:val="22"/>
              </w:rPr>
            </w:pPr>
            <w:r w:rsidRPr="00290C98">
              <w:rPr>
                <w:rFonts w:ascii="Segoe UI Symbol" w:hAnsi="Segoe UI Symbol" w:cs="Segoe UI Symbol"/>
                <w:color w:val="auto"/>
                <w:sz w:val="22"/>
              </w:rPr>
              <w:t>☐</w:t>
            </w:r>
          </w:p>
        </w:tc>
        <w:tc>
          <w:tcPr>
            <w:tcW w:w="1438" w:type="dxa"/>
            <w:shd w:val="clear" w:color="auto" w:fill="FFFFFF"/>
            <w:vAlign w:val="center"/>
          </w:tcPr>
          <w:p w14:paraId="5689B8E8" w14:textId="77777777" w:rsidR="009577AC" w:rsidRPr="00290C98" w:rsidRDefault="00DF42D5">
            <w:pPr>
              <w:spacing w:after="0"/>
              <w:rPr>
                <w:rFonts w:cs="Arial"/>
                <w:color w:val="auto"/>
                <w:sz w:val="22"/>
              </w:rPr>
            </w:pPr>
            <w:r w:rsidRPr="00290C98">
              <w:rPr>
                <w:rFonts w:ascii="Segoe UI Symbol" w:hAnsi="Segoe UI Symbol" w:cs="Segoe UI Symbol"/>
                <w:color w:val="auto"/>
                <w:sz w:val="22"/>
              </w:rPr>
              <w:t>☐</w:t>
            </w:r>
          </w:p>
        </w:tc>
      </w:tr>
      <w:tr w:rsidR="009577AC" w:rsidRPr="00554596" w14:paraId="435F8BD2" w14:textId="77777777" w:rsidTr="00290C98">
        <w:trPr>
          <w:jc w:val="center"/>
        </w:trPr>
        <w:tc>
          <w:tcPr>
            <w:tcW w:w="7366" w:type="dxa"/>
            <w:shd w:val="clear" w:color="auto" w:fill="FFFFFF"/>
            <w:vAlign w:val="center"/>
          </w:tcPr>
          <w:p w14:paraId="711D67C7" w14:textId="77777777" w:rsidR="009577AC" w:rsidRPr="00290C98" w:rsidRDefault="00DF42D5">
            <w:pPr>
              <w:spacing w:after="0"/>
              <w:rPr>
                <w:rFonts w:cs="Arial"/>
                <w:color w:val="auto"/>
                <w:sz w:val="22"/>
              </w:rPr>
            </w:pPr>
            <w:r w:rsidRPr="00290C98">
              <w:rPr>
                <w:rFonts w:cs="Arial"/>
                <w:color w:val="auto"/>
                <w:sz w:val="22"/>
              </w:rPr>
              <w:t>Other evidence directly relevant to assessment</w:t>
            </w:r>
          </w:p>
        </w:tc>
        <w:tc>
          <w:tcPr>
            <w:tcW w:w="1276" w:type="dxa"/>
            <w:shd w:val="clear" w:color="auto" w:fill="FFFFFF"/>
            <w:vAlign w:val="center"/>
          </w:tcPr>
          <w:p w14:paraId="1023346F" w14:textId="77777777" w:rsidR="009577AC" w:rsidRPr="00290C98" w:rsidRDefault="00DF42D5">
            <w:pPr>
              <w:spacing w:after="0"/>
              <w:rPr>
                <w:rFonts w:cs="Arial"/>
                <w:color w:val="auto"/>
                <w:sz w:val="22"/>
              </w:rPr>
            </w:pPr>
            <w:r w:rsidRPr="00290C98">
              <w:rPr>
                <w:rFonts w:ascii="Segoe UI Symbol" w:hAnsi="Segoe UI Symbol" w:cs="Segoe UI Symbol"/>
                <w:color w:val="auto"/>
                <w:sz w:val="22"/>
              </w:rPr>
              <w:t>☐</w:t>
            </w:r>
          </w:p>
        </w:tc>
        <w:tc>
          <w:tcPr>
            <w:tcW w:w="1438" w:type="dxa"/>
            <w:shd w:val="clear" w:color="auto" w:fill="FFFFFF"/>
            <w:vAlign w:val="center"/>
          </w:tcPr>
          <w:p w14:paraId="319F3275" w14:textId="77777777" w:rsidR="009577AC" w:rsidRPr="00290C98" w:rsidRDefault="00DF42D5">
            <w:pPr>
              <w:spacing w:after="0"/>
              <w:rPr>
                <w:rFonts w:cs="Arial"/>
                <w:color w:val="auto"/>
                <w:sz w:val="22"/>
              </w:rPr>
            </w:pPr>
            <w:r w:rsidRPr="00290C98">
              <w:rPr>
                <w:rFonts w:ascii="Segoe UI Symbol" w:hAnsi="Segoe UI Symbol" w:cs="Segoe UI Symbol"/>
                <w:color w:val="auto"/>
                <w:sz w:val="22"/>
              </w:rPr>
              <w:t>☐</w:t>
            </w:r>
          </w:p>
        </w:tc>
      </w:tr>
    </w:tbl>
    <w:p w14:paraId="4383BE8C" w14:textId="77777777" w:rsidR="009577AC" w:rsidRPr="00554596" w:rsidRDefault="009577AC">
      <w:pPr>
        <w:spacing w:after="0"/>
        <w:rPr>
          <w:rFonts w:cs="Arial"/>
          <w:color w:val="auto"/>
        </w:rPr>
      </w:pPr>
    </w:p>
    <w:p w14:paraId="3031D0BC" w14:textId="6A322AF0" w:rsidR="009577AC" w:rsidRPr="00554596" w:rsidRDefault="00DF42D5">
      <w:pPr>
        <w:pStyle w:val="Heading1"/>
        <w:rPr>
          <w:rFonts w:ascii="Arial" w:hAnsi="Arial" w:cs="Arial"/>
          <w:color w:val="auto"/>
        </w:rPr>
      </w:pPr>
      <w:r w:rsidRPr="00554596">
        <w:rPr>
          <w:rFonts w:ascii="Arial" w:hAnsi="Arial" w:cs="Arial"/>
          <w:color w:val="auto"/>
        </w:rPr>
        <w:t>1</w:t>
      </w:r>
      <w:r w:rsidR="00DC435D">
        <w:rPr>
          <w:rFonts w:ascii="Arial" w:hAnsi="Arial" w:cs="Arial"/>
          <w:color w:val="auto"/>
        </w:rPr>
        <w:t>2</w:t>
      </w:r>
      <w:r w:rsidRPr="00554596">
        <w:rPr>
          <w:rFonts w:ascii="Arial" w:hAnsi="Arial" w:cs="Arial"/>
          <w:color w:val="auto"/>
        </w:rPr>
        <w:t>: Declaration and Use of Information</w:t>
      </w:r>
    </w:p>
    <w:p w14:paraId="6A91EB8A" w14:textId="6400DB53" w:rsidR="005B0E79" w:rsidRPr="00511BC3" w:rsidRDefault="005B0E79" w:rsidP="005B0E79">
      <w:pPr>
        <w:spacing w:after="0" w:line="240" w:lineRule="auto"/>
        <w:rPr>
          <w:color w:val="auto"/>
          <w:sz w:val="22"/>
        </w:rPr>
      </w:pPr>
      <w:r w:rsidRPr="00511BC3">
        <w:rPr>
          <w:color w:val="auto"/>
          <w:sz w:val="22"/>
        </w:rPr>
        <w:t xml:space="preserve">By signing this declaration, the </w:t>
      </w:r>
      <w:proofErr w:type="spellStart"/>
      <w:r w:rsidRPr="00511BC3">
        <w:rPr>
          <w:color w:val="auto"/>
          <w:sz w:val="22"/>
        </w:rPr>
        <w:t>authorised</w:t>
      </w:r>
      <w:proofErr w:type="spellEnd"/>
      <w:r w:rsidRPr="00511BC3">
        <w:rPr>
          <w:color w:val="auto"/>
          <w:sz w:val="22"/>
        </w:rPr>
        <w:t xml:space="preserve"> signatory confirms that:</w:t>
      </w:r>
      <w:r>
        <w:rPr>
          <w:color w:val="auto"/>
          <w:sz w:val="22"/>
        </w:rPr>
        <w:br/>
      </w:r>
    </w:p>
    <w:p w14:paraId="2C356B5A" w14:textId="4869CB13" w:rsidR="008E1725" w:rsidRDefault="005C6638" w:rsidP="005B0E79">
      <w:pPr>
        <w:ind w:left="720"/>
        <w:rPr>
          <w:rFonts w:cs="Arial"/>
          <w:b/>
          <w:color w:val="auto"/>
          <w:sz w:val="18"/>
        </w:rPr>
      </w:pPr>
      <w:sdt>
        <w:sdtPr>
          <w:rPr>
            <w:rFonts w:ascii="MS Gothic" w:eastAsia="MS Gothic" w:hAnsi="MS Gothic"/>
            <w:color w:val="auto"/>
            <w:sz w:val="22"/>
          </w:rPr>
          <w:id w:val="-2006355992"/>
          <w14:checkbox>
            <w14:checked w14:val="0"/>
            <w14:checkedState w14:val="2612" w14:font="MS Gothic"/>
            <w14:uncheckedState w14:val="2610" w14:font="MS Gothic"/>
          </w14:checkbox>
        </w:sdtPr>
        <w:sdtEndPr/>
        <w:sdtContent>
          <w:r w:rsidR="005B0E79">
            <w:rPr>
              <w:rFonts w:ascii="MS Gothic" w:eastAsia="MS Gothic" w:hAnsi="MS Gothic" w:hint="eastAsia"/>
              <w:color w:val="auto"/>
              <w:sz w:val="22"/>
            </w:rPr>
            <w:t>☐</w:t>
          </w:r>
        </w:sdtContent>
      </w:sdt>
      <w:r w:rsidR="005B0E79" w:rsidRPr="00503B36">
        <w:rPr>
          <w:color w:val="auto"/>
          <w:sz w:val="22"/>
        </w:rPr>
        <w:t xml:space="preserve">  </w:t>
      </w:r>
      <w:r w:rsidR="005B0E79">
        <w:rPr>
          <w:color w:val="auto"/>
          <w:sz w:val="22"/>
        </w:rPr>
        <w:t xml:space="preserve">they have read and understood </w:t>
      </w:r>
      <w:r w:rsidR="005B0E79" w:rsidRPr="00503B36">
        <w:rPr>
          <w:rFonts w:eastAsia="Times New Roman" w:cs="Arial"/>
          <w:color w:val="auto"/>
          <w:sz w:val="22"/>
          <w:lang w:val="en-GB" w:eastAsia="en-GB"/>
        </w:rPr>
        <w:t>how the information provided in this application may be used and shared.</w:t>
      </w:r>
      <w:r w:rsidR="005B0E79">
        <w:rPr>
          <w:rFonts w:eastAsia="Times New Roman" w:cs="Arial"/>
          <w:color w:val="auto"/>
          <w:sz w:val="22"/>
          <w:lang w:val="en-GB" w:eastAsia="en-GB"/>
        </w:rPr>
        <w:br/>
      </w:r>
      <w:r w:rsidR="005B0E79">
        <w:rPr>
          <w:rFonts w:eastAsia="Times New Roman" w:cs="Arial"/>
          <w:color w:val="auto"/>
          <w:sz w:val="22"/>
          <w:lang w:val="en-GB" w:eastAsia="en-GB"/>
        </w:rPr>
        <w:br/>
      </w:r>
      <w:sdt>
        <w:sdtPr>
          <w:rPr>
            <w:rFonts w:ascii="MS Gothic" w:eastAsia="MS Gothic" w:hAnsi="MS Gothic"/>
            <w:color w:val="auto"/>
            <w:sz w:val="22"/>
          </w:rPr>
          <w:id w:val="1398"/>
          <w14:checkbox>
            <w14:checked w14:val="0"/>
            <w14:checkedState w14:val="2612" w14:font="MS Gothic"/>
            <w14:uncheckedState w14:val="2610" w14:font="MS Gothic"/>
          </w14:checkbox>
        </w:sdtPr>
        <w:sdtEndPr/>
        <w:sdtContent>
          <w:r w:rsidR="005B0E79">
            <w:rPr>
              <w:rFonts w:ascii="MS Gothic" w:eastAsia="MS Gothic" w:hAnsi="MS Gothic" w:hint="eastAsia"/>
              <w:color w:val="auto"/>
              <w:sz w:val="22"/>
            </w:rPr>
            <w:t>☐</w:t>
          </w:r>
        </w:sdtContent>
      </w:sdt>
      <w:r w:rsidR="005B0E79" w:rsidRPr="00503B36">
        <w:rPr>
          <w:color w:val="auto"/>
          <w:sz w:val="22"/>
        </w:rPr>
        <w:t xml:space="preserve">  the information in this application and its attachments is accurate and complete to the best of their knowledge</w:t>
      </w:r>
      <w:r w:rsidR="005B0E79">
        <w:rPr>
          <w:color w:val="auto"/>
          <w:sz w:val="22"/>
        </w:rPr>
        <w:t>.</w:t>
      </w:r>
      <w:r w:rsidR="005B0E79">
        <w:rPr>
          <w:color w:val="auto"/>
          <w:sz w:val="22"/>
        </w:rPr>
        <w:br/>
      </w:r>
      <w:r w:rsidR="005B0E79">
        <w:rPr>
          <w:color w:val="auto"/>
          <w:sz w:val="22"/>
        </w:rPr>
        <w:br/>
      </w:r>
      <w:sdt>
        <w:sdtPr>
          <w:rPr>
            <w:rFonts w:ascii="Segoe UI Symbol" w:hAnsi="Segoe UI Symbol" w:cs="Segoe UI Symbol"/>
            <w:color w:val="auto"/>
            <w:sz w:val="22"/>
          </w:rPr>
          <w:id w:val="1399"/>
          <w14:checkbox>
            <w14:checked w14:val="0"/>
            <w14:checkedState w14:val="2612" w14:font="MS Gothic"/>
            <w14:uncheckedState w14:val="2610" w14:font="MS Gothic"/>
          </w14:checkbox>
        </w:sdtPr>
        <w:sdtEndPr/>
        <w:sdtContent>
          <w:r w:rsidR="005B0E79">
            <w:rPr>
              <w:rFonts w:ascii="MS Gothic" w:eastAsia="MS Gothic" w:hAnsi="MS Gothic" w:cs="Segoe UI Symbol" w:hint="eastAsia"/>
              <w:color w:val="auto"/>
              <w:sz w:val="22"/>
            </w:rPr>
            <w:t>☐</w:t>
          </w:r>
        </w:sdtContent>
      </w:sdt>
      <w:r w:rsidR="005B0E79" w:rsidRPr="00503B36">
        <w:rPr>
          <w:color w:val="auto"/>
          <w:sz w:val="22"/>
        </w:rPr>
        <w:t xml:space="preserve">  the </w:t>
      </w:r>
      <w:r w:rsidR="005B0E79">
        <w:rPr>
          <w:color w:val="auto"/>
          <w:sz w:val="22"/>
        </w:rPr>
        <w:t xml:space="preserve">individual or </w:t>
      </w:r>
      <w:proofErr w:type="spellStart"/>
      <w:r w:rsidR="005B0E79" w:rsidRPr="00503B36">
        <w:rPr>
          <w:color w:val="auto"/>
          <w:sz w:val="22"/>
        </w:rPr>
        <w:t>organisation</w:t>
      </w:r>
      <w:proofErr w:type="spellEnd"/>
      <w:r w:rsidR="005B0E79" w:rsidRPr="00503B36">
        <w:rPr>
          <w:color w:val="auto"/>
          <w:sz w:val="22"/>
        </w:rPr>
        <w:t xml:space="preserve"> is eligible to apply and will notify Bradford Council promptly if its eligibility or material circumstances change</w:t>
      </w:r>
      <w:r w:rsidR="005B0E79">
        <w:rPr>
          <w:color w:val="auto"/>
          <w:sz w:val="22"/>
        </w:rPr>
        <w:t>.</w:t>
      </w:r>
      <w:r w:rsidR="005B0E79">
        <w:rPr>
          <w:color w:val="auto"/>
          <w:sz w:val="22"/>
        </w:rPr>
        <w:br/>
      </w:r>
      <w:r w:rsidR="005B0E79">
        <w:rPr>
          <w:color w:val="auto"/>
          <w:sz w:val="22"/>
        </w:rPr>
        <w:br/>
      </w:r>
      <w:sdt>
        <w:sdtPr>
          <w:rPr>
            <w:rFonts w:ascii="Segoe UI Symbol" w:hAnsi="Segoe UI Symbol" w:cs="Segoe UI Symbol"/>
            <w:color w:val="auto"/>
            <w:sz w:val="22"/>
          </w:rPr>
          <w:id w:val="1400"/>
          <w14:checkbox>
            <w14:checked w14:val="0"/>
            <w14:checkedState w14:val="2612" w14:font="MS Gothic"/>
            <w14:uncheckedState w14:val="2610" w14:font="MS Gothic"/>
          </w14:checkbox>
        </w:sdtPr>
        <w:sdtEndPr/>
        <w:sdtContent>
          <w:r w:rsidR="005B0E79" w:rsidRPr="00503B36">
            <w:rPr>
              <w:rFonts w:ascii="Segoe UI Symbol" w:hAnsi="Segoe UI Symbol" w:cs="Segoe UI Symbol"/>
              <w:color w:val="auto"/>
              <w:sz w:val="22"/>
            </w:rPr>
            <w:t>☐</w:t>
          </w:r>
        </w:sdtContent>
      </w:sdt>
      <w:r w:rsidR="005B0E79" w:rsidRPr="00503B36">
        <w:rPr>
          <w:color w:val="auto"/>
          <w:sz w:val="22"/>
        </w:rPr>
        <w:t xml:space="preserve">  the </w:t>
      </w:r>
      <w:r w:rsidR="005B0E79">
        <w:rPr>
          <w:color w:val="auto"/>
          <w:sz w:val="22"/>
        </w:rPr>
        <w:t xml:space="preserve">individual or </w:t>
      </w:r>
      <w:proofErr w:type="spellStart"/>
      <w:r w:rsidR="005B0E79" w:rsidRPr="00503B36">
        <w:rPr>
          <w:color w:val="auto"/>
          <w:sz w:val="22"/>
        </w:rPr>
        <w:t>organisation</w:t>
      </w:r>
      <w:proofErr w:type="spellEnd"/>
      <w:r w:rsidR="005B0E79" w:rsidRPr="00503B36">
        <w:rPr>
          <w:color w:val="auto"/>
          <w:sz w:val="22"/>
        </w:rPr>
        <w:t xml:space="preserve"> has disclosed material financial, governance, safeguarding, legal, regulatory or </w:t>
      </w:r>
      <w:proofErr w:type="spellStart"/>
      <w:r w:rsidR="005B0E79" w:rsidRPr="00503B36">
        <w:rPr>
          <w:color w:val="auto"/>
          <w:sz w:val="22"/>
        </w:rPr>
        <w:t>organisational</w:t>
      </w:r>
      <w:proofErr w:type="spellEnd"/>
      <w:r w:rsidR="005B0E79" w:rsidRPr="00503B36">
        <w:rPr>
          <w:color w:val="auto"/>
          <w:sz w:val="22"/>
        </w:rPr>
        <w:t xml:space="preserve"> issues relevant to the assessment</w:t>
      </w:r>
      <w:r w:rsidR="005B0E79">
        <w:rPr>
          <w:color w:val="auto"/>
          <w:sz w:val="22"/>
        </w:rPr>
        <w:t>.</w:t>
      </w:r>
      <w:r w:rsidR="005B0E79">
        <w:rPr>
          <w:color w:val="auto"/>
          <w:sz w:val="22"/>
        </w:rPr>
        <w:br/>
      </w:r>
      <w:r w:rsidR="005B0E79">
        <w:rPr>
          <w:color w:val="auto"/>
          <w:sz w:val="22"/>
        </w:rPr>
        <w:br/>
      </w:r>
      <w:sdt>
        <w:sdtPr>
          <w:rPr>
            <w:rFonts w:ascii="Segoe UI Symbol" w:hAnsi="Segoe UI Symbol" w:cs="Segoe UI Symbol"/>
            <w:color w:val="auto"/>
            <w:sz w:val="22"/>
          </w:rPr>
          <w:id w:val="1402"/>
          <w14:checkbox>
            <w14:checked w14:val="0"/>
            <w14:checkedState w14:val="2612" w14:font="MS Gothic"/>
            <w14:uncheckedState w14:val="2610" w14:font="MS Gothic"/>
          </w14:checkbox>
        </w:sdtPr>
        <w:sdtEndPr/>
        <w:sdtContent>
          <w:r w:rsidR="005B0E79" w:rsidRPr="00503B36">
            <w:rPr>
              <w:rFonts w:ascii="Segoe UI Symbol" w:hAnsi="Segoe UI Symbol" w:cs="Segoe UI Symbol"/>
              <w:color w:val="auto"/>
              <w:sz w:val="22"/>
            </w:rPr>
            <w:t>☐</w:t>
          </w:r>
        </w:sdtContent>
      </w:sdt>
      <w:r w:rsidR="005B0E79" w:rsidRPr="00503B36">
        <w:rPr>
          <w:color w:val="auto"/>
          <w:sz w:val="22"/>
        </w:rPr>
        <w:t xml:space="preserve">  the </w:t>
      </w:r>
      <w:r w:rsidR="005B0E79">
        <w:rPr>
          <w:color w:val="auto"/>
          <w:sz w:val="22"/>
        </w:rPr>
        <w:t xml:space="preserve">individual or </w:t>
      </w:r>
      <w:proofErr w:type="spellStart"/>
      <w:r w:rsidR="005B0E79" w:rsidRPr="00503B36">
        <w:rPr>
          <w:color w:val="auto"/>
          <w:sz w:val="22"/>
        </w:rPr>
        <w:t>organisation</w:t>
      </w:r>
      <w:proofErr w:type="spellEnd"/>
      <w:r w:rsidR="005B0E79" w:rsidRPr="00503B36">
        <w:rPr>
          <w:color w:val="auto"/>
          <w:sz w:val="22"/>
        </w:rPr>
        <w:t xml:space="preserve"> can meet the conditions, match-funding and monitoring requirements in the published guidance and any investment agreement</w:t>
      </w:r>
      <w:r w:rsidR="005B0E79">
        <w:rPr>
          <w:color w:val="auto"/>
          <w:sz w:val="22"/>
        </w:rPr>
        <w:t>.</w:t>
      </w:r>
      <w:r w:rsidR="005B0E79">
        <w:rPr>
          <w:color w:val="auto"/>
          <w:sz w:val="22"/>
        </w:rPr>
        <w:br/>
      </w:r>
      <w:r w:rsidR="005B0E79">
        <w:rPr>
          <w:color w:val="auto"/>
          <w:sz w:val="22"/>
        </w:rPr>
        <w:br/>
      </w:r>
      <w:sdt>
        <w:sdtPr>
          <w:rPr>
            <w:rFonts w:ascii="Segoe UI Symbol" w:hAnsi="Segoe UI Symbol" w:cs="Segoe UI Symbol"/>
            <w:color w:val="auto"/>
            <w:sz w:val="22"/>
          </w:rPr>
          <w:id w:val="1403"/>
          <w14:checkbox>
            <w14:checked w14:val="0"/>
            <w14:checkedState w14:val="2612" w14:font="MS Gothic"/>
            <w14:uncheckedState w14:val="2610" w14:font="MS Gothic"/>
          </w14:checkbox>
        </w:sdtPr>
        <w:sdtEndPr/>
        <w:sdtContent>
          <w:r w:rsidR="005B0E79" w:rsidRPr="00503B36">
            <w:rPr>
              <w:rFonts w:ascii="Segoe UI Symbol" w:hAnsi="Segoe UI Symbol" w:cs="Segoe UI Symbol"/>
              <w:color w:val="auto"/>
              <w:sz w:val="22"/>
            </w:rPr>
            <w:t>☐</w:t>
          </w:r>
        </w:sdtContent>
      </w:sdt>
      <w:r w:rsidR="005B0E79" w:rsidRPr="00503B36">
        <w:rPr>
          <w:color w:val="auto"/>
          <w:sz w:val="22"/>
        </w:rPr>
        <w:t xml:space="preserve">  the </w:t>
      </w:r>
      <w:r w:rsidR="005B0E79">
        <w:rPr>
          <w:color w:val="auto"/>
          <w:sz w:val="22"/>
        </w:rPr>
        <w:t xml:space="preserve">individual or </w:t>
      </w:r>
      <w:proofErr w:type="spellStart"/>
      <w:r w:rsidR="005B0E79" w:rsidRPr="00503B36">
        <w:rPr>
          <w:color w:val="auto"/>
          <w:sz w:val="22"/>
        </w:rPr>
        <w:t>organisation</w:t>
      </w:r>
      <w:proofErr w:type="spellEnd"/>
      <w:r w:rsidR="005B0E79" w:rsidRPr="00503B36">
        <w:rPr>
          <w:color w:val="auto"/>
          <w:sz w:val="22"/>
        </w:rPr>
        <w:t xml:space="preserve"> understands that investment is competitive and that submission does not guarantee an award or the amount requested</w:t>
      </w:r>
      <w:r w:rsidR="005B0E79">
        <w:rPr>
          <w:color w:val="auto"/>
          <w:sz w:val="22"/>
        </w:rPr>
        <w:t>.</w:t>
      </w:r>
      <w:r w:rsidR="005B0E79">
        <w:rPr>
          <w:color w:val="auto"/>
          <w:sz w:val="22"/>
        </w:rPr>
        <w:br/>
      </w:r>
      <w:r w:rsidR="005B0E79">
        <w:rPr>
          <w:rFonts w:ascii="Segoe UI Symbol" w:hAnsi="Segoe UI Symbol" w:cs="Segoe UI Symbol"/>
          <w:color w:val="auto"/>
          <w:sz w:val="22"/>
        </w:rPr>
        <w:br/>
      </w:r>
      <w:sdt>
        <w:sdtPr>
          <w:rPr>
            <w:rFonts w:ascii="Segoe UI Symbol" w:hAnsi="Segoe UI Symbol" w:cs="Segoe UI Symbol"/>
            <w:color w:val="auto"/>
            <w:sz w:val="22"/>
          </w:rPr>
          <w:id w:val="1404"/>
          <w14:checkbox>
            <w14:checked w14:val="0"/>
            <w14:checkedState w14:val="2612" w14:font="MS Gothic"/>
            <w14:uncheckedState w14:val="2610" w14:font="MS Gothic"/>
          </w14:checkbox>
        </w:sdtPr>
        <w:sdtEndPr/>
        <w:sdtContent>
          <w:r w:rsidR="005B0E79" w:rsidRPr="00503B36">
            <w:rPr>
              <w:rFonts w:ascii="Segoe UI Symbol" w:hAnsi="Segoe UI Symbol" w:cs="Segoe UI Symbol"/>
              <w:color w:val="auto"/>
              <w:sz w:val="22"/>
            </w:rPr>
            <w:t>☐</w:t>
          </w:r>
        </w:sdtContent>
      </w:sdt>
      <w:r w:rsidR="005B0E79" w:rsidRPr="00503B36">
        <w:rPr>
          <w:color w:val="auto"/>
          <w:sz w:val="22"/>
        </w:rPr>
        <w:t xml:space="preserve">  Bradford Council may verify information and request clarification or supporting evidence </w:t>
      </w:r>
      <w:r w:rsidR="005B0E79" w:rsidRPr="00503B36">
        <w:rPr>
          <w:color w:val="auto"/>
          <w:sz w:val="22"/>
        </w:rPr>
        <w:lastRenderedPageBreak/>
        <w:t>during assessment and monitoring</w:t>
      </w:r>
      <w:r w:rsidR="005B0E79">
        <w:rPr>
          <w:color w:val="auto"/>
          <w:sz w:val="22"/>
        </w:rPr>
        <w:t>.</w:t>
      </w:r>
      <w:r w:rsidR="005B0E79">
        <w:rPr>
          <w:rFonts w:cs="Arial"/>
          <w:color w:val="auto"/>
        </w:rPr>
        <w:br/>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552"/>
        <w:gridCol w:w="6237"/>
      </w:tblGrid>
      <w:tr w:rsidR="005B0E79" w:rsidRPr="00511BC3" w14:paraId="2A5148AB" w14:textId="77777777" w:rsidTr="009D1752">
        <w:trPr>
          <w:cantSplit/>
          <w:jc w:val="center"/>
        </w:trPr>
        <w:tc>
          <w:tcPr>
            <w:tcW w:w="3552" w:type="dxa"/>
            <w:shd w:val="clear" w:color="auto" w:fill="E7E6E6"/>
            <w:tcMar>
              <w:top w:w="90" w:type="dxa"/>
              <w:left w:w="110" w:type="dxa"/>
              <w:bottom w:w="90" w:type="dxa"/>
              <w:right w:w="110" w:type="dxa"/>
            </w:tcMar>
            <w:vAlign w:val="center"/>
          </w:tcPr>
          <w:p w14:paraId="3DEB6294" w14:textId="77777777" w:rsidR="005B0E79" w:rsidRPr="00511BC3" w:rsidRDefault="005B0E79" w:rsidP="009D1752">
            <w:pPr>
              <w:spacing w:after="0" w:line="240" w:lineRule="auto"/>
              <w:rPr>
                <w:color w:val="auto"/>
                <w:sz w:val="22"/>
              </w:rPr>
            </w:pPr>
            <w:r w:rsidRPr="00511BC3">
              <w:rPr>
                <w:b/>
                <w:color w:val="auto"/>
                <w:sz w:val="22"/>
              </w:rPr>
              <w:t xml:space="preserve">Name of </w:t>
            </w:r>
            <w:proofErr w:type="spellStart"/>
            <w:r w:rsidRPr="00511BC3">
              <w:rPr>
                <w:b/>
                <w:color w:val="auto"/>
                <w:sz w:val="22"/>
              </w:rPr>
              <w:t>authorised</w:t>
            </w:r>
            <w:proofErr w:type="spellEnd"/>
            <w:r w:rsidRPr="00511BC3">
              <w:rPr>
                <w:b/>
                <w:color w:val="auto"/>
                <w:sz w:val="22"/>
              </w:rPr>
              <w:t xml:space="preserve"> signatory</w:t>
            </w:r>
          </w:p>
        </w:tc>
        <w:tc>
          <w:tcPr>
            <w:tcW w:w="6237" w:type="dxa"/>
            <w:shd w:val="clear" w:color="auto" w:fill="FFFFFF"/>
            <w:tcMar>
              <w:top w:w="90" w:type="dxa"/>
              <w:left w:w="110" w:type="dxa"/>
              <w:bottom w:w="90" w:type="dxa"/>
              <w:right w:w="110" w:type="dxa"/>
            </w:tcMar>
            <w:vAlign w:val="center"/>
          </w:tcPr>
          <w:p w14:paraId="0A318F40" w14:textId="77777777" w:rsidR="005B0E79" w:rsidRPr="00511BC3" w:rsidRDefault="005B0E79" w:rsidP="009D1752">
            <w:pPr>
              <w:spacing w:after="0" w:line="240" w:lineRule="auto"/>
              <w:rPr>
                <w:color w:val="auto"/>
                <w:sz w:val="22"/>
              </w:rPr>
            </w:pPr>
          </w:p>
        </w:tc>
      </w:tr>
      <w:tr w:rsidR="005B0E79" w:rsidRPr="00511BC3" w14:paraId="1BD07DD7" w14:textId="77777777" w:rsidTr="009D1752">
        <w:trPr>
          <w:cantSplit/>
          <w:jc w:val="center"/>
        </w:trPr>
        <w:tc>
          <w:tcPr>
            <w:tcW w:w="3552" w:type="dxa"/>
            <w:shd w:val="clear" w:color="auto" w:fill="E7E6E6"/>
            <w:tcMar>
              <w:top w:w="90" w:type="dxa"/>
              <w:left w:w="110" w:type="dxa"/>
              <w:bottom w:w="90" w:type="dxa"/>
              <w:right w:w="110" w:type="dxa"/>
            </w:tcMar>
            <w:vAlign w:val="center"/>
          </w:tcPr>
          <w:p w14:paraId="0B5D875D" w14:textId="77777777" w:rsidR="005B0E79" w:rsidRPr="00511BC3" w:rsidRDefault="005B0E79" w:rsidP="009D1752">
            <w:pPr>
              <w:spacing w:after="0" w:line="240" w:lineRule="auto"/>
              <w:rPr>
                <w:color w:val="auto"/>
                <w:sz w:val="22"/>
              </w:rPr>
            </w:pPr>
            <w:r w:rsidRPr="00511BC3">
              <w:rPr>
                <w:b/>
                <w:color w:val="auto"/>
                <w:sz w:val="22"/>
              </w:rPr>
              <w:t>Role</w:t>
            </w:r>
          </w:p>
        </w:tc>
        <w:tc>
          <w:tcPr>
            <w:tcW w:w="6237" w:type="dxa"/>
            <w:shd w:val="clear" w:color="auto" w:fill="FFFFFF"/>
            <w:tcMar>
              <w:top w:w="90" w:type="dxa"/>
              <w:left w:w="110" w:type="dxa"/>
              <w:bottom w:w="90" w:type="dxa"/>
              <w:right w:w="110" w:type="dxa"/>
            </w:tcMar>
            <w:vAlign w:val="center"/>
          </w:tcPr>
          <w:p w14:paraId="1E1EB9F4" w14:textId="77777777" w:rsidR="005B0E79" w:rsidRPr="00511BC3" w:rsidRDefault="005B0E79" w:rsidP="009D1752">
            <w:pPr>
              <w:spacing w:after="0" w:line="240" w:lineRule="auto"/>
              <w:rPr>
                <w:color w:val="auto"/>
                <w:sz w:val="22"/>
              </w:rPr>
            </w:pPr>
          </w:p>
        </w:tc>
      </w:tr>
      <w:tr w:rsidR="005B0E79" w:rsidRPr="00511BC3" w14:paraId="4B60C5F6" w14:textId="77777777" w:rsidTr="009D1752">
        <w:trPr>
          <w:cantSplit/>
          <w:trHeight w:val="1408"/>
          <w:jc w:val="center"/>
        </w:trPr>
        <w:tc>
          <w:tcPr>
            <w:tcW w:w="3552" w:type="dxa"/>
            <w:shd w:val="clear" w:color="auto" w:fill="E7E6E6"/>
            <w:tcMar>
              <w:top w:w="90" w:type="dxa"/>
              <w:left w:w="110" w:type="dxa"/>
              <w:bottom w:w="90" w:type="dxa"/>
              <w:right w:w="110" w:type="dxa"/>
            </w:tcMar>
            <w:vAlign w:val="center"/>
          </w:tcPr>
          <w:p w14:paraId="28785D6D" w14:textId="77777777" w:rsidR="005B0E79" w:rsidRPr="00511BC3" w:rsidRDefault="005B0E79" w:rsidP="009D1752">
            <w:pPr>
              <w:spacing w:after="0" w:line="240" w:lineRule="auto"/>
              <w:rPr>
                <w:color w:val="auto"/>
                <w:sz w:val="22"/>
              </w:rPr>
            </w:pPr>
            <w:r w:rsidRPr="00511BC3">
              <w:rPr>
                <w:b/>
                <w:color w:val="auto"/>
                <w:sz w:val="22"/>
              </w:rPr>
              <w:t>Signature</w:t>
            </w:r>
          </w:p>
        </w:tc>
        <w:tc>
          <w:tcPr>
            <w:tcW w:w="6237" w:type="dxa"/>
            <w:shd w:val="clear" w:color="auto" w:fill="FFFFFF"/>
            <w:tcMar>
              <w:top w:w="90" w:type="dxa"/>
              <w:left w:w="110" w:type="dxa"/>
              <w:bottom w:w="90" w:type="dxa"/>
              <w:right w:w="110" w:type="dxa"/>
            </w:tcMar>
            <w:vAlign w:val="center"/>
          </w:tcPr>
          <w:p w14:paraId="2CA4DA8B" w14:textId="77777777" w:rsidR="005B0E79" w:rsidRPr="00511BC3" w:rsidRDefault="005B0E79" w:rsidP="009D1752">
            <w:pPr>
              <w:spacing w:after="0" w:line="240" w:lineRule="auto"/>
              <w:rPr>
                <w:color w:val="auto"/>
                <w:sz w:val="22"/>
              </w:rPr>
            </w:pPr>
          </w:p>
        </w:tc>
      </w:tr>
      <w:tr w:rsidR="005B0E79" w:rsidRPr="00511BC3" w14:paraId="644885E7" w14:textId="77777777" w:rsidTr="009D1752">
        <w:trPr>
          <w:cantSplit/>
          <w:jc w:val="center"/>
        </w:trPr>
        <w:tc>
          <w:tcPr>
            <w:tcW w:w="3552" w:type="dxa"/>
            <w:shd w:val="clear" w:color="auto" w:fill="E7E6E6"/>
            <w:tcMar>
              <w:top w:w="90" w:type="dxa"/>
              <w:left w:w="110" w:type="dxa"/>
              <w:bottom w:w="90" w:type="dxa"/>
              <w:right w:w="110" w:type="dxa"/>
            </w:tcMar>
            <w:vAlign w:val="center"/>
          </w:tcPr>
          <w:p w14:paraId="5A97426F" w14:textId="77777777" w:rsidR="005B0E79" w:rsidRPr="00511BC3" w:rsidRDefault="005B0E79" w:rsidP="009D1752">
            <w:pPr>
              <w:spacing w:after="0" w:line="240" w:lineRule="auto"/>
              <w:rPr>
                <w:color w:val="auto"/>
                <w:sz w:val="22"/>
              </w:rPr>
            </w:pPr>
            <w:r w:rsidRPr="00511BC3">
              <w:rPr>
                <w:b/>
                <w:color w:val="auto"/>
                <w:sz w:val="22"/>
              </w:rPr>
              <w:t>Date</w:t>
            </w:r>
          </w:p>
        </w:tc>
        <w:tc>
          <w:tcPr>
            <w:tcW w:w="6237" w:type="dxa"/>
            <w:shd w:val="clear" w:color="auto" w:fill="FFFFFF"/>
            <w:tcMar>
              <w:top w:w="90" w:type="dxa"/>
              <w:left w:w="110" w:type="dxa"/>
              <w:bottom w:w="90" w:type="dxa"/>
              <w:right w:w="110" w:type="dxa"/>
            </w:tcMar>
            <w:vAlign w:val="center"/>
          </w:tcPr>
          <w:p w14:paraId="77DC94E1" w14:textId="77777777" w:rsidR="005B0E79" w:rsidRPr="00511BC3" w:rsidRDefault="005B0E79" w:rsidP="009D1752">
            <w:pPr>
              <w:spacing w:after="0" w:line="240" w:lineRule="auto"/>
              <w:rPr>
                <w:color w:val="auto"/>
                <w:sz w:val="22"/>
              </w:rPr>
            </w:pPr>
          </w:p>
        </w:tc>
      </w:tr>
    </w:tbl>
    <w:p w14:paraId="4D45ED06" w14:textId="77777777" w:rsidR="005B0E79" w:rsidRPr="00511BC3" w:rsidRDefault="005B0E79" w:rsidP="005B0E79">
      <w:pPr>
        <w:spacing w:after="0" w:line="240" w:lineRule="auto"/>
        <w:rPr>
          <w:color w:val="auto"/>
          <w:sz w:val="22"/>
        </w:rPr>
      </w:pPr>
    </w:p>
    <w:p w14:paraId="0EA2CD8F" w14:textId="77777777" w:rsidR="005B0E79" w:rsidRPr="00511BC3" w:rsidRDefault="005B0E79" w:rsidP="005B0E79">
      <w:pPr>
        <w:keepNext/>
        <w:spacing w:after="0" w:line="240" w:lineRule="auto"/>
        <w:rPr>
          <w:color w:val="auto"/>
          <w:sz w:val="22"/>
        </w:rPr>
      </w:pPr>
      <w:r w:rsidRPr="00511BC3">
        <w:rPr>
          <w:b/>
          <w:color w:val="auto"/>
          <w:sz w:val="22"/>
        </w:rPr>
        <w:t>Submission</w:t>
      </w:r>
    </w:p>
    <w:p w14:paraId="16B49A47" w14:textId="77777777" w:rsidR="005B0E79" w:rsidRPr="00511BC3" w:rsidRDefault="005B0E79" w:rsidP="005B0E79">
      <w:pPr>
        <w:spacing w:after="0" w:line="240" w:lineRule="auto"/>
        <w:rPr>
          <w:color w:val="auto"/>
          <w:sz w:val="22"/>
        </w:rPr>
      </w:pPr>
      <w:r w:rsidRPr="00511BC3">
        <w:rPr>
          <w:color w:val="auto"/>
          <w:sz w:val="22"/>
        </w:rPr>
        <w:t>When you are ready to submit your application, save the completed form as a final PDF. This will preserve its formatting and help ensure that Bradford Council receives the form as intended. Keep an editable copy and a PDF for your records and submit the PDF with all required supporting documents to the email address and by the deadline stated in the published guidance.</w:t>
      </w:r>
    </w:p>
    <w:p w14:paraId="298F5988" w14:textId="77777777" w:rsidR="005B0E79" w:rsidRPr="00CB2CD9" w:rsidRDefault="005B0E79" w:rsidP="005B0E79">
      <w:pPr>
        <w:pStyle w:val="Prompt"/>
        <w:spacing w:line="240" w:lineRule="auto"/>
        <w:rPr>
          <w:rFonts w:cs="Arial"/>
          <w:color w:val="auto"/>
        </w:rPr>
      </w:pPr>
    </w:p>
    <w:p w14:paraId="3AE2572B" w14:textId="77777777" w:rsidR="005B0E79" w:rsidRPr="00554596" w:rsidRDefault="005B0E79" w:rsidP="005B0E79">
      <w:pPr>
        <w:rPr>
          <w:rFonts w:cs="Arial"/>
          <w:color w:val="auto"/>
        </w:rPr>
      </w:pPr>
    </w:p>
    <w:sectPr w:rsidR="005B0E79" w:rsidRPr="00554596" w:rsidSect="00CB2CD9">
      <w:headerReference w:type="even" r:id="rId8"/>
      <w:headerReference w:type="default" r:id="rId9"/>
      <w:footerReference w:type="even" r:id="rId10"/>
      <w:footerReference w:type="default" r:id="rId11"/>
      <w:headerReference w:type="first" r:id="rId12"/>
      <w:footerReference w:type="first" r:id="rId13"/>
      <w:pgSz w:w="11906" w:h="16838"/>
      <w:pgMar w:top="1552" w:right="1020" w:bottom="907" w:left="10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8E04DA" w14:textId="77777777" w:rsidR="005C6638" w:rsidRDefault="005C6638">
      <w:pPr>
        <w:spacing w:after="0" w:line="240" w:lineRule="auto"/>
      </w:pPr>
      <w:r>
        <w:separator/>
      </w:r>
    </w:p>
  </w:endnote>
  <w:endnote w:type="continuationSeparator" w:id="0">
    <w:p w14:paraId="0BD64AF0" w14:textId="77777777" w:rsidR="005C6638" w:rsidRDefault="005C66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B2FDF" w14:textId="6D70AD86" w:rsidR="00FB38AF" w:rsidRDefault="00FB38AF">
    <w:pPr>
      <w:pStyle w:val="Footer"/>
    </w:pPr>
    <w:r>
      <w:rPr>
        <w:noProof/>
      </w:rPr>
      <mc:AlternateContent>
        <mc:Choice Requires="wps">
          <w:drawing>
            <wp:anchor distT="0" distB="0" distL="0" distR="0" simplePos="0" relativeHeight="251658245" behindDoc="0" locked="0" layoutInCell="1" allowOverlap="1" wp14:anchorId="16BDDE13" wp14:editId="4B38E1D8">
              <wp:simplePos x="635" y="635"/>
              <wp:positionH relativeFrom="page">
                <wp:align>center</wp:align>
              </wp:positionH>
              <wp:positionV relativeFrom="page">
                <wp:align>bottom</wp:align>
              </wp:positionV>
              <wp:extent cx="504825" cy="390525"/>
              <wp:effectExtent l="0" t="0" r="9525" b="0"/>
              <wp:wrapNone/>
              <wp:docPr id="1452489463" name="Text Box 5"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04825" cy="390525"/>
                      </a:xfrm>
                      <a:prstGeom prst="rect">
                        <a:avLst/>
                      </a:prstGeom>
                      <a:noFill/>
                      <a:ln>
                        <a:noFill/>
                      </a:ln>
                    </wps:spPr>
                    <wps:txbx>
                      <w:txbxContent>
                        <w:p w14:paraId="1B1B563C" w14:textId="02C7EF6D" w:rsidR="00FB38AF" w:rsidRPr="0016104D" w:rsidRDefault="00FB38AF" w:rsidP="0016104D">
                          <w:pPr>
                            <w:spacing w:after="0"/>
                            <w:rPr>
                              <w:rFonts w:ascii="Aptos" w:eastAsia="Aptos" w:hAnsi="Aptos" w:cs="Aptos"/>
                              <w:noProof/>
                              <w:color w:val="008000"/>
                              <w:sz w:val="24"/>
                              <w:szCs w:val="24"/>
                            </w:rPr>
                          </w:pPr>
                          <w:r w:rsidRPr="0016104D">
                            <w:rPr>
                              <w:rFonts w:ascii="Aptos" w:eastAsia="Aptos" w:hAnsi="Aptos" w:cs="Aptos"/>
                              <w:noProof/>
                              <w:color w:val="008000"/>
                              <w:sz w:val="24"/>
                              <w:szCs w:val="24"/>
                            </w:rPr>
                            <w:t>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6BDDE13" id="_x0000_t202" coordsize="21600,21600" o:spt="202" path="m,l,21600r21600,l21600,xe">
              <v:stroke joinstyle="miter"/>
              <v:path gradientshapeok="t" o:connecttype="rect"/>
            </v:shapetype>
            <v:shape id="Text Box 5" o:spid="_x0000_s1028" type="#_x0000_t202" alt="PUBLIC" style="position:absolute;margin-left:0;margin-top:0;width:39.75pt;height:30.7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" filled="f" stroked="f">
              <v:textbox style="mso-fit-shape-to-text:t" inset="0,0,0,15pt">
                <w:txbxContent>
                  <w:p w14:paraId="1B1B563C" w14:textId="02C7EF6D" w:rsidR="00FB38AF" w:rsidRPr="0016104D" w:rsidRDefault="00FB38AF" w:rsidP="0016104D">
                    <w:pPr>
                      <w:spacing w:after="0"/>
                      <w:rPr>
                        <w:rFonts w:ascii="Aptos" w:eastAsia="Aptos" w:hAnsi="Aptos" w:cs="Aptos"/>
                        <w:noProof/>
                        <w:color w:val="008000"/>
                        <w:sz w:val="24"/>
                        <w:szCs w:val="24"/>
                      </w:rPr>
                    </w:pPr>
                    <w:r w:rsidRPr="0016104D">
                      <w:rPr>
                        <w:rFonts w:ascii="Aptos" w:eastAsia="Aptos" w:hAnsi="Aptos" w:cs="Aptos"/>
                        <w:noProof/>
                        <w:color w:val="008000"/>
                        <w:sz w:val="24"/>
                        <w:szCs w:val="24"/>
                      </w:rPr>
                      <w:t>PUBLIC</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4470A" w14:textId="1C4E4F61" w:rsidR="007B3C62" w:rsidRPr="00051652" w:rsidRDefault="00FB38AF">
    <w:pPr>
      <w:pStyle w:val="Footer"/>
      <w:jc w:val="right"/>
      <w:rPr>
        <w:sz w:val="18"/>
        <w:szCs w:val="18"/>
      </w:rPr>
    </w:pPr>
    <w:r>
      <w:rPr>
        <w:noProof/>
        <w:color w:val="0D0D0D" w:themeColor="text1" w:themeTint="F2"/>
        <w:sz w:val="18"/>
        <w:szCs w:val="18"/>
      </w:rPr>
      <mc:AlternateContent>
        <mc:Choice Requires="wps">
          <w:drawing>
            <wp:anchor distT="0" distB="0" distL="0" distR="0" simplePos="0" relativeHeight="251658243" behindDoc="0" locked="0" layoutInCell="1" allowOverlap="1" wp14:anchorId="0347F7E3" wp14:editId="20A3288D">
              <wp:simplePos x="635" y="635"/>
              <wp:positionH relativeFrom="page">
                <wp:align>center</wp:align>
              </wp:positionH>
              <wp:positionV relativeFrom="page">
                <wp:align>bottom</wp:align>
              </wp:positionV>
              <wp:extent cx="504825" cy="390525"/>
              <wp:effectExtent l="0" t="0" r="9525" b="0"/>
              <wp:wrapNone/>
              <wp:docPr id="1489604035" name="Text Box 6"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04825" cy="390525"/>
                      </a:xfrm>
                      <a:prstGeom prst="rect">
                        <a:avLst/>
                      </a:prstGeom>
                      <a:noFill/>
                      <a:ln>
                        <a:noFill/>
                      </a:ln>
                    </wps:spPr>
                    <wps:txbx>
                      <w:txbxContent>
                        <w:p w14:paraId="292F1F5B" w14:textId="0FD2AF7E" w:rsidR="00FB38AF" w:rsidRPr="0016104D" w:rsidRDefault="00FB38AF" w:rsidP="0016104D">
                          <w:pPr>
                            <w:spacing w:after="0"/>
                            <w:rPr>
                              <w:rFonts w:ascii="Aptos" w:eastAsia="Aptos" w:hAnsi="Aptos" w:cs="Aptos"/>
                              <w:noProof/>
                              <w:color w:val="008000"/>
                              <w:sz w:val="24"/>
                              <w:szCs w:val="24"/>
                            </w:rPr>
                          </w:pPr>
                          <w:r w:rsidRPr="0016104D">
                            <w:rPr>
                              <w:rFonts w:ascii="Aptos" w:eastAsia="Aptos" w:hAnsi="Aptos" w:cs="Aptos"/>
                              <w:noProof/>
                              <w:color w:val="008000"/>
                              <w:sz w:val="24"/>
                              <w:szCs w:val="24"/>
                            </w:rPr>
                            <w:t>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347F7E3" id="_x0000_t202" coordsize="21600,21600" o:spt="202" path="m,l,21600r21600,l21600,xe">
              <v:stroke joinstyle="miter"/>
              <v:path gradientshapeok="t" o:connecttype="rect"/>
            </v:shapetype>
            <v:shape id="Text Box 6" o:spid="_x0000_s1029" type="#_x0000_t202" alt="PUBLIC" style="position:absolute;left:0;text-align:left;margin-left:0;margin-top:0;width:39.75pt;height:30.7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" filled="f" stroked="f">
              <v:textbox style="mso-fit-shape-to-text:t" inset="0,0,0,15pt">
                <w:txbxContent>
                  <w:p w14:paraId="292F1F5B" w14:textId="0FD2AF7E" w:rsidR="00FB38AF" w:rsidRPr="0016104D" w:rsidRDefault="00FB38AF" w:rsidP="0016104D">
                    <w:pPr>
                      <w:spacing w:after="0"/>
                      <w:rPr>
                        <w:rFonts w:ascii="Aptos" w:eastAsia="Aptos" w:hAnsi="Aptos" w:cs="Aptos"/>
                        <w:noProof/>
                        <w:color w:val="008000"/>
                        <w:sz w:val="24"/>
                        <w:szCs w:val="24"/>
                      </w:rPr>
                    </w:pPr>
                    <w:r w:rsidRPr="0016104D">
                      <w:rPr>
                        <w:rFonts w:ascii="Aptos" w:eastAsia="Aptos" w:hAnsi="Aptos" w:cs="Aptos"/>
                        <w:noProof/>
                        <w:color w:val="008000"/>
                        <w:sz w:val="24"/>
                        <w:szCs w:val="24"/>
                      </w:rPr>
                      <w:t>PUBLIC</w:t>
                    </w:r>
                  </w:p>
                </w:txbxContent>
              </v:textbox>
              <w10:wrap anchorx="page" anchory="page"/>
            </v:shape>
          </w:pict>
        </mc:Fallback>
      </mc:AlternateContent>
    </w:r>
    <w:r w:rsidR="00063CE6" w:rsidRPr="00051652">
      <w:rPr>
        <w:color w:val="0D0D0D" w:themeColor="text1" w:themeTint="F2"/>
        <w:sz w:val="18"/>
        <w:szCs w:val="18"/>
      </w:rPr>
      <w:fldChar w:fldCharType="begin"/>
    </w:r>
    <w:r w:rsidR="00063CE6" w:rsidRPr="00051652">
      <w:rPr>
        <w:color w:val="0D0D0D" w:themeColor="text1" w:themeTint="F2"/>
        <w:sz w:val="18"/>
        <w:szCs w:val="18"/>
      </w:rPr>
      <w:instrText>PAGE</w:instrText>
    </w:r>
    <w:r w:rsidR="00063CE6" w:rsidRPr="00051652">
      <w:rPr>
        <w:color w:val="0D0D0D" w:themeColor="text1" w:themeTint="F2"/>
        <w:sz w:val="18"/>
        <w:szCs w:val="18"/>
      </w:rPr>
      <w:fldChar w:fldCharType="separate"/>
    </w:r>
    <w:r w:rsidR="00051652" w:rsidRPr="00051652">
      <w:rPr>
        <w:noProof/>
        <w:color w:val="0D0D0D" w:themeColor="text1" w:themeTint="F2"/>
        <w:sz w:val="18"/>
        <w:szCs w:val="18"/>
      </w:rPr>
      <w:t>3</w:t>
    </w:r>
    <w:r w:rsidR="00063CE6" w:rsidRPr="00051652">
      <w:rPr>
        <w:color w:val="0D0D0D" w:themeColor="text1" w:themeTint="F2"/>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FDB8B" w14:textId="4C49268A" w:rsidR="00FB38AF" w:rsidRDefault="00FB38AF">
    <w:pPr>
      <w:pStyle w:val="Footer"/>
    </w:pPr>
    <w:r>
      <w:rPr>
        <w:noProof/>
      </w:rPr>
      <mc:AlternateContent>
        <mc:Choice Requires="wps">
          <w:drawing>
            <wp:anchor distT="0" distB="0" distL="0" distR="0" simplePos="0" relativeHeight="251658246" behindDoc="0" locked="0" layoutInCell="1" allowOverlap="1" wp14:anchorId="2D585B25" wp14:editId="63147111">
              <wp:simplePos x="635" y="635"/>
              <wp:positionH relativeFrom="page">
                <wp:align>center</wp:align>
              </wp:positionH>
              <wp:positionV relativeFrom="page">
                <wp:align>bottom</wp:align>
              </wp:positionV>
              <wp:extent cx="504825" cy="390525"/>
              <wp:effectExtent l="0" t="0" r="9525" b="0"/>
              <wp:wrapNone/>
              <wp:docPr id="1087222202" name="Text Box 4"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04825" cy="390525"/>
                      </a:xfrm>
                      <a:prstGeom prst="rect">
                        <a:avLst/>
                      </a:prstGeom>
                      <a:noFill/>
                      <a:ln>
                        <a:noFill/>
                      </a:ln>
                    </wps:spPr>
                    <wps:txbx>
                      <w:txbxContent>
                        <w:p w14:paraId="27DE0F75" w14:textId="3863BA69" w:rsidR="00FB38AF" w:rsidRPr="0016104D" w:rsidRDefault="00FB38AF" w:rsidP="0016104D">
                          <w:pPr>
                            <w:spacing w:after="0"/>
                            <w:rPr>
                              <w:rFonts w:ascii="Aptos" w:eastAsia="Aptos" w:hAnsi="Aptos" w:cs="Aptos"/>
                              <w:noProof/>
                              <w:color w:val="008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D585B25" id="_x0000_t202" coordsize="21600,21600" o:spt="202" path="m,l,21600r21600,l21600,xe">
              <v:stroke joinstyle="miter"/>
              <v:path gradientshapeok="t" o:connecttype="rect"/>
            </v:shapetype>
            <v:shape id="Text Box 4" o:spid="_x0000_s1031" type="#_x0000_t202" alt="PUBLIC" style="position:absolute;margin-left:0;margin-top:0;width:39.75pt;height:30.7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" filled="f" stroked="f">
              <v:textbox style="mso-fit-shape-to-text:t" inset="0,0,0,15pt">
                <w:txbxContent>
                  <w:p w14:paraId="27DE0F75" w14:textId="3863BA69" w:rsidR="00FB38AF" w:rsidRPr="0016104D" w:rsidRDefault="00FB38AF" w:rsidP="0016104D">
                    <w:pPr>
                      <w:spacing w:after="0"/>
                      <w:rPr>
                        <w:rFonts w:ascii="Aptos" w:eastAsia="Aptos" w:hAnsi="Aptos" w:cs="Aptos"/>
                        <w:noProof/>
                        <w:color w:val="008000"/>
                        <w:sz w:val="24"/>
                        <w:szCs w:val="24"/>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55DA52" w14:textId="77777777" w:rsidR="005C6638" w:rsidRDefault="005C6638">
      <w:pPr>
        <w:spacing w:after="0" w:line="240" w:lineRule="auto"/>
      </w:pPr>
      <w:r>
        <w:separator/>
      </w:r>
    </w:p>
  </w:footnote>
  <w:footnote w:type="continuationSeparator" w:id="0">
    <w:p w14:paraId="28E0DB7F" w14:textId="77777777" w:rsidR="005C6638" w:rsidRDefault="005C66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6A784" w14:textId="4726D950" w:rsidR="00FB38AF" w:rsidRDefault="00FB38AF">
    <w:pPr>
      <w:pStyle w:val="Header"/>
    </w:pPr>
    <w:r>
      <w:rPr>
        <w:noProof/>
      </w:rPr>
      <mc:AlternateContent>
        <mc:Choice Requires="wps">
          <w:drawing>
            <wp:anchor distT="0" distB="0" distL="0" distR="0" simplePos="0" relativeHeight="251658244" behindDoc="0" locked="0" layoutInCell="1" allowOverlap="1" wp14:anchorId="386B9FEA" wp14:editId="695FECD4">
              <wp:simplePos x="635" y="635"/>
              <wp:positionH relativeFrom="page">
                <wp:align>left</wp:align>
              </wp:positionH>
              <wp:positionV relativeFrom="page">
                <wp:align>top</wp:align>
              </wp:positionV>
              <wp:extent cx="758825" cy="390525"/>
              <wp:effectExtent l="0" t="0" r="3175" b="9525"/>
              <wp:wrapNone/>
              <wp:docPr id="1945486967" name="Text Box 2"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58825" cy="390525"/>
                      </a:xfrm>
                      <a:prstGeom prst="rect">
                        <a:avLst/>
                      </a:prstGeom>
                      <a:noFill/>
                      <a:ln>
                        <a:noFill/>
                      </a:ln>
                    </wps:spPr>
                    <wps:txbx>
                      <w:txbxContent>
                        <w:p w14:paraId="0246EEAC" w14:textId="763EFC3F" w:rsidR="00FB38AF" w:rsidRPr="0016104D" w:rsidRDefault="00FB38AF" w:rsidP="0016104D">
                          <w:pPr>
                            <w:spacing w:after="0"/>
                            <w:rPr>
                              <w:rFonts w:ascii="Aptos" w:eastAsia="Aptos" w:hAnsi="Aptos" w:cs="Aptos"/>
                              <w:noProof/>
                              <w:color w:val="008000"/>
                              <w:sz w:val="24"/>
                              <w:szCs w:val="24"/>
                            </w:rPr>
                          </w:pPr>
                          <w:r w:rsidRPr="0016104D">
                            <w:rPr>
                              <w:rFonts w:ascii="Aptos" w:eastAsia="Aptos" w:hAnsi="Aptos" w:cs="Aptos"/>
                              <w:noProof/>
                              <w:color w:val="008000"/>
                              <w:sz w:val="24"/>
                              <w:szCs w:val="24"/>
                            </w:rPr>
                            <w:t>PUBLIC</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86B9FEA" id="_x0000_t202" coordsize="21600,21600" o:spt="202" path="m,l,21600r21600,l21600,xe">
              <v:stroke joinstyle="miter"/>
              <v:path gradientshapeok="t" o:connecttype="rect"/>
            </v:shapetype>
            <v:shape id="Text Box 2" o:spid="_x0000_s1026" type="#_x0000_t202" alt="PUBLIC" style="position:absolute;margin-left:0;margin-top:0;width:59.75pt;height:30.75pt;z-index:25165824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" filled="f" stroked="f">
              <v:textbox style="mso-fit-shape-to-text:t" inset="20pt,15pt,0,0">
                <w:txbxContent>
                  <w:p w14:paraId="0246EEAC" w14:textId="763EFC3F" w:rsidR="00FB38AF" w:rsidRPr="0016104D" w:rsidRDefault="00FB38AF" w:rsidP="0016104D">
                    <w:pPr>
                      <w:spacing w:after="0"/>
                      <w:rPr>
                        <w:rFonts w:ascii="Aptos" w:eastAsia="Aptos" w:hAnsi="Aptos" w:cs="Aptos"/>
                        <w:noProof/>
                        <w:color w:val="008000"/>
                        <w:sz w:val="24"/>
                        <w:szCs w:val="24"/>
                      </w:rPr>
                    </w:pPr>
                    <w:r w:rsidRPr="0016104D">
                      <w:rPr>
                        <w:rFonts w:ascii="Aptos" w:eastAsia="Aptos" w:hAnsi="Aptos" w:cs="Aptos"/>
                        <w:noProof/>
                        <w:color w:val="008000"/>
                        <w:sz w:val="24"/>
                        <w:szCs w:val="24"/>
                      </w:rPr>
                      <w:t>PUBLIC</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C72C4" w14:textId="40FAD4D4" w:rsidR="007B3C62" w:rsidRPr="0016104D" w:rsidRDefault="00FB38AF" w:rsidP="008C5966">
    <w:pPr>
      <w:rPr>
        <w:rFonts w:cs="Arial"/>
        <w:bCs/>
        <w:color w:val="404040" w:themeColor="text1" w:themeTint="BF"/>
      </w:rPr>
    </w:pPr>
    <w:r>
      <w:rPr>
        <w:rFonts w:cs="Arial"/>
        <w:b/>
        <w:noProof/>
        <w:color w:val="808080" w:themeColor="background1" w:themeShade="80"/>
        <w:sz w:val="16"/>
      </w:rPr>
      <mc:AlternateContent>
        <mc:Choice Requires="wps">
          <w:drawing>
            <wp:anchor distT="0" distB="0" distL="0" distR="0" simplePos="0" relativeHeight="251658242" behindDoc="0" locked="0" layoutInCell="1" allowOverlap="1" wp14:anchorId="71C38F5F" wp14:editId="13EFA460">
              <wp:simplePos x="635" y="635"/>
              <wp:positionH relativeFrom="page">
                <wp:align>left</wp:align>
              </wp:positionH>
              <wp:positionV relativeFrom="page">
                <wp:align>top</wp:align>
              </wp:positionV>
              <wp:extent cx="758825" cy="390525"/>
              <wp:effectExtent l="0" t="0" r="3175" b="9525"/>
              <wp:wrapNone/>
              <wp:docPr id="1746298866" name="Text Box 3"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58825" cy="390525"/>
                      </a:xfrm>
                      <a:prstGeom prst="rect">
                        <a:avLst/>
                      </a:prstGeom>
                      <a:noFill/>
                      <a:ln>
                        <a:noFill/>
                      </a:ln>
                    </wps:spPr>
                    <wps:txbx>
                      <w:txbxContent>
                        <w:p w14:paraId="0B3FCCFA" w14:textId="29A75835" w:rsidR="00FB38AF" w:rsidRPr="0016104D" w:rsidRDefault="00FB38AF" w:rsidP="0016104D">
                          <w:pPr>
                            <w:spacing w:after="0"/>
                            <w:rPr>
                              <w:rFonts w:ascii="Aptos" w:eastAsia="Aptos" w:hAnsi="Aptos" w:cs="Aptos"/>
                              <w:noProof/>
                              <w:color w:val="008000"/>
                              <w:sz w:val="24"/>
                              <w:szCs w:val="24"/>
                            </w:rPr>
                          </w:pPr>
                          <w:r w:rsidRPr="0016104D">
                            <w:rPr>
                              <w:rFonts w:ascii="Aptos" w:eastAsia="Aptos" w:hAnsi="Aptos" w:cs="Aptos"/>
                              <w:noProof/>
                              <w:color w:val="008000"/>
                              <w:sz w:val="24"/>
                              <w:szCs w:val="24"/>
                            </w:rPr>
                            <w:t>PUBLIC</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1C38F5F" id="_x0000_t202" coordsize="21600,21600" o:spt="202" path="m,l,21600r21600,l21600,xe">
              <v:stroke joinstyle="miter"/>
              <v:path gradientshapeok="t" o:connecttype="rect"/>
            </v:shapetype>
            <v:shape id="Text Box 3" o:spid="_x0000_s1027" type="#_x0000_t202" alt="PUBLIC" style="position:absolute;margin-left:0;margin-top:0;width:59.75pt;height:30.75pt;z-index:25165824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" filled="f" stroked="f">
              <v:textbox style="mso-fit-shape-to-text:t" inset="20pt,15pt,0,0">
                <w:txbxContent>
                  <w:p w14:paraId="0B3FCCFA" w14:textId="29A75835" w:rsidR="00FB38AF" w:rsidRPr="0016104D" w:rsidRDefault="00FB38AF" w:rsidP="0016104D">
                    <w:pPr>
                      <w:spacing w:after="0"/>
                      <w:rPr>
                        <w:rFonts w:ascii="Aptos" w:eastAsia="Aptos" w:hAnsi="Aptos" w:cs="Aptos"/>
                        <w:noProof/>
                        <w:color w:val="008000"/>
                        <w:sz w:val="24"/>
                        <w:szCs w:val="24"/>
                      </w:rPr>
                    </w:pPr>
                    <w:r w:rsidRPr="0016104D">
                      <w:rPr>
                        <w:rFonts w:ascii="Aptos" w:eastAsia="Aptos" w:hAnsi="Aptos" w:cs="Aptos"/>
                        <w:noProof/>
                        <w:color w:val="008000"/>
                        <w:sz w:val="24"/>
                        <w:szCs w:val="24"/>
                      </w:rPr>
                      <w:t>PUBLIC</w:t>
                    </w:r>
                  </w:p>
                </w:txbxContent>
              </v:textbox>
              <w10:wrap anchorx="page" anchory="page"/>
            </v:shape>
          </w:pict>
        </mc:Fallback>
      </mc:AlternateContent>
    </w:r>
    <w:r w:rsidR="008C5966" w:rsidRPr="0016104D">
      <w:rPr>
        <w:rFonts w:cs="Arial"/>
        <w:b/>
        <w:color w:val="404040" w:themeColor="text1" w:themeTint="BF"/>
        <w:sz w:val="16"/>
      </w:rPr>
      <w:t>CULTURAL INVESTMENT PROGRAMME</w:t>
    </w:r>
    <w:r w:rsidR="008C5966" w:rsidRPr="0016104D">
      <w:rPr>
        <w:rFonts w:cs="Arial"/>
        <w:b/>
        <w:color w:val="404040" w:themeColor="text1" w:themeTint="BF"/>
        <w:sz w:val="16"/>
      </w:rPr>
      <w:br/>
    </w:r>
    <w:r w:rsidR="008C5966" w:rsidRPr="0016104D">
      <w:rPr>
        <w:rFonts w:cs="Arial"/>
        <w:bCs/>
        <w:color w:val="404040" w:themeColor="text1" w:themeTint="BF"/>
        <w:sz w:val="16"/>
      </w:rPr>
      <w:t>PROJECT INVESTMENT PORTFOLIO 2027/28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F7EC7" w14:textId="1E204785" w:rsidR="008C5966" w:rsidRPr="0016104D" w:rsidRDefault="00FB38AF" w:rsidP="008C5966">
    <w:pPr>
      <w:rPr>
        <w:rFonts w:cs="Arial"/>
        <w:bCs/>
        <w:color w:val="595959" w:themeColor="text1" w:themeTint="A6"/>
      </w:rPr>
    </w:pPr>
    <w:r>
      <w:rPr>
        <w:noProof/>
        <w:lang w:eastAsia="en-GB"/>
      </w:rPr>
      <mc:AlternateContent>
        <mc:Choice Requires="wps">
          <w:drawing>
            <wp:anchor distT="0" distB="0" distL="0" distR="0" simplePos="0" relativeHeight="251658241" behindDoc="0" locked="0" layoutInCell="1" allowOverlap="1" wp14:anchorId="576470D6" wp14:editId="47CB9DA1">
              <wp:simplePos x="635" y="635"/>
              <wp:positionH relativeFrom="page">
                <wp:align>left</wp:align>
              </wp:positionH>
              <wp:positionV relativeFrom="page">
                <wp:align>top</wp:align>
              </wp:positionV>
              <wp:extent cx="758825" cy="390525"/>
              <wp:effectExtent l="0" t="0" r="3175" b="9525"/>
              <wp:wrapNone/>
              <wp:docPr id="690717326" name="Text Box 1"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58825" cy="390525"/>
                      </a:xfrm>
                      <a:prstGeom prst="rect">
                        <a:avLst/>
                      </a:prstGeom>
                      <a:noFill/>
                      <a:ln>
                        <a:noFill/>
                      </a:ln>
                    </wps:spPr>
                    <wps:txbx>
                      <w:txbxContent>
                        <w:p w14:paraId="618BDE83" w14:textId="4DE43B81" w:rsidR="00FB38AF" w:rsidRPr="0016104D" w:rsidRDefault="00FB38AF" w:rsidP="0016104D">
                          <w:pPr>
                            <w:spacing w:after="0"/>
                            <w:rPr>
                              <w:rFonts w:ascii="Aptos" w:eastAsia="Aptos" w:hAnsi="Aptos" w:cs="Aptos"/>
                              <w:noProof/>
                              <w:color w:val="008000"/>
                              <w:sz w:val="24"/>
                              <w:szCs w:val="24"/>
                            </w:rPr>
                          </w:pPr>
                          <w:r w:rsidRPr="0016104D">
                            <w:rPr>
                              <w:rFonts w:ascii="Aptos" w:eastAsia="Aptos" w:hAnsi="Aptos" w:cs="Aptos"/>
                              <w:noProof/>
                              <w:color w:val="008000"/>
                              <w:sz w:val="24"/>
                              <w:szCs w:val="24"/>
                            </w:rPr>
                            <w:t>PUBLIC</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76470D6" id="_x0000_t202" coordsize="21600,21600" o:spt="202" path="m,l,21600r21600,l21600,xe">
              <v:stroke joinstyle="miter"/>
              <v:path gradientshapeok="t" o:connecttype="rect"/>
            </v:shapetype>
            <v:shape id="Text Box 1" o:spid="_x0000_s1030" type="#_x0000_t202" alt="PUBLIC" style="position:absolute;margin-left:0;margin-top:0;width:59.75pt;height:30.75pt;z-index:251658241;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" filled="f" stroked="f">
              <v:textbox style="mso-fit-shape-to-text:t" inset="20pt,15pt,0,0">
                <w:txbxContent>
                  <w:p w14:paraId="618BDE83" w14:textId="4DE43B81" w:rsidR="00FB38AF" w:rsidRPr="0016104D" w:rsidRDefault="00FB38AF" w:rsidP="0016104D">
                    <w:pPr>
                      <w:spacing w:after="0"/>
                      <w:rPr>
                        <w:rFonts w:ascii="Aptos" w:eastAsia="Aptos" w:hAnsi="Aptos" w:cs="Aptos"/>
                        <w:noProof/>
                        <w:color w:val="008000"/>
                        <w:sz w:val="24"/>
                        <w:szCs w:val="24"/>
                      </w:rPr>
                    </w:pPr>
                    <w:r w:rsidRPr="0016104D">
                      <w:rPr>
                        <w:rFonts w:ascii="Aptos" w:eastAsia="Aptos" w:hAnsi="Aptos" w:cs="Aptos"/>
                        <w:noProof/>
                        <w:color w:val="008000"/>
                        <w:sz w:val="24"/>
                        <w:szCs w:val="24"/>
                      </w:rPr>
                      <w:t>PUBLIC</w:t>
                    </w:r>
                  </w:p>
                </w:txbxContent>
              </v:textbox>
              <w10:wrap anchorx="page" anchory="page"/>
            </v:shape>
          </w:pict>
        </mc:Fallback>
      </mc:AlternateContent>
    </w:r>
    <w:r w:rsidR="00267C88">
      <w:rPr>
        <w:noProof/>
        <w:lang w:eastAsia="en-GB"/>
      </w:rPr>
      <w:drawing>
        <wp:anchor distT="0" distB="0" distL="114300" distR="114300" simplePos="0" relativeHeight="251658240" behindDoc="0" locked="0" layoutInCell="1" allowOverlap="1" wp14:anchorId="12AD5B25" wp14:editId="24ECF237">
          <wp:simplePos x="0" y="0"/>
          <wp:positionH relativeFrom="margin">
            <wp:posOffset>4871366</wp:posOffset>
          </wp:positionH>
          <wp:positionV relativeFrom="margin">
            <wp:posOffset>-685165</wp:posOffset>
          </wp:positionV>
          <wp:extent cx="1729105" cy="479425"/>
          <wp:effectExtent l="0" t="0" r="0" b="3175"/>
          <wp:wrapSquare wrapText="bothSides"/>
          <wp:docPr id="315849604" name="Picture 315849604" descr="CBMDC-colour-RGB - smal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BMDC-colour-RGB - small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729105" cy="479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C5966" w:rsidRPr="0016104D">
      <w:rPr>
        <w:rFonts w:cs="Arial"/>
        <w:b/>
        <w:color w:val="595959" w:themeColor="text1" w:themeTint="A6"/>
        <w:sz w:val="16"/>
      </w:rPr>
      <w:t>CULTURAL INVESTMENT PROGRAMME</w:t>
    </w:r>
    <w:r w:rsidR="008C5966" w:rsidRPr="0016104D">
      <w:rPr>
        <w:rFonts w:cs="Arial"/>
        <w:b/>
        <w:color w:val="595959" w:themeColor="text1" w:themeTint="A6"/>
        <w:sz w:val="16"/>
      </w:rPr>
      <w:br/>
    </w:r>
    <w:r w:rsidR="008C5966" w:rsidRPr="0016104D">
      <w:rPr>
        <w:rFonts w:cs="Arial"/>
        <w:bCs/>
        <w:color w:val="595959" w:themeColor="text1" w:themeTint="A6"/>
        <w:sz w:val="16"/>
      </w:rPr>
      <w:t>PROJECT INVESTMENT PORTFOLIO 2027/28</w:t>
    </w:r>
  </w:p>
  <w:p w14:paraId="21BF7A74" w14:textId="77777777" w:rsidR="008C5966" w:rsidRDefault="008C59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3DBCB404"/>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09D30ED"/>
    <w:multiLevelType w:val="hybridMultilevel"/>
    <w:tmpl w:val="E73EEDB0"/>
    <w:lvl w:ilvl="0" w:tplc="E0604694">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34F26A2"/>
    <w:multiLevelType w:val="hybridMultilevel"/>
    <w:tmpl w:val="ABD6B67E"/>
    <w:lvl w:ilvl="0" w:tplc="1936863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BE337C1"/>
    <w:multiLevelType w:val="hybridMultilevel"/>
    <w:tmpl w:val="417EE174"/>
    <w:lvl w:ilvl="0" w:tplc="1936863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C147C36"/>
    <w:multiLevelType w:val="hybridMultilevel"/>
    <w:tmpl w:val="0E66B77E"/>
    <w:lvl w:ilvl="0" w:tplc="42F06C54">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05964A2"/>
    <w:multiLevelType w:val="multilevel"/>
    <w:tmpl w:val="9D7623F0"/>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3206FF7"/>
    <w:multiLevelType w:val="multilevel"/>
    <w:tmpl w:val="94C0FA70"/>
    <w:lvl w:ilvl="0">
      <w:start w:val="1"/>
      <w:numFmt w:val="bullet"/>
      <w:lvlText w:val=""/>
      <w:lvlJc w:val="left"/>
      <w:pPr>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4467E78"/>
    <w:multiLevelType w:val="multilevel"/>
    <w:tmpl w:val="E6B2DBE6"/>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EE72EF0"/>
    <w:multiLevelType w:val="hybridMultilevel"/>
    <w:tmpl w:val="0FF2FEA2"/>
    <w:lvl w:ilvl="0" w:tplc="19368636">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F954620"/>
    <w:multiLevelType w:val="hybridMultilevel"/>
    <w:tmpl w:val="E9EE13B8"/>
    <w:lvl w:ilvl="0" w:tplc="1936863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FA64A28"/>
    <w:multiLevelType w:val="multilevel"/>
    <w:tmpl w:val="E6B2DBE6"/>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3C537AD"/>
    <w:multiLevelType w:val="hybridMultilevel"/>
    <w:tmpl w:val="550897C4"/>
    <w:lvl w:ilvl="0" w:tplc="1936863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EE358D2"/>
    <w:multiLevelType w:val="multilevel"/>
    <w:tmpl w:val="54D6124C"/>
    <w:lvl w:ilvl="0">
      <w:start w:val="1"/>
      <w:numFmt w:val="decimal"/>
      <w:lvlText w:val="%1."/>
      <w:lvlJc w:val="left"/>
      <w:pPr>
        <w:ind w:left="360" w:hanging="360"/>
      </w:pPr>
      <w:rPr>
        <w:rFonts w:hint="default"/>
        <w:sz w:val="20"/>
      </w:rPr>
    </w:lvl>
    <w:lvl w:ilvl="1">
      <w:start w:val="1"/>
      <w:numFmt w:val="decimal"/>
      <w:lvlText w:val="%2."/>
      <w:lvlJc w:val="left"/>
      <w:pPr>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B42FAD"/>
    <w:multiLevelType w:val="hybridMultilevel"/>
    <w:tmpl w:val="63A66330"/>
    <w:lvl w:ilvl="0" w:tplc="1936863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4311866"/>
    <w:multiLevelType w:val="hybridMultilevel"/>
    <w:tmpl w:val="59C0AB66"/>
    <w:lvl w:ilvl="0" w:tplc="1936863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4BA2917"/>
    <w:multiLevelType w:val="hybridMultilevel"/>
    <w:tmpl w:val="1ABCE314"/>
    <w:lvl w:ilvl="0" w:tplc="1936863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B8D7932"/>
    <w:multiLevelType w:val="hybridMultilevel"/>
    <w:tmpl w:val="9BB4F738"/>
    <w:lvl w:ilvl="0" w:tplc="1936863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C3F2814"/>
    <w:multiLevelType w:val="hybridMultilevel"/>
    <w:tmpl w:val="A74CB604"/>
    <w:lvl w:ilvl="0" w:tplc="1936863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0875305"/>
    <w:multiLevelType w:val="multilevel"/>
    <w:tmpl w:val="650A8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6CC7EE2"/>
    <w:multiLevelType w:val="hybridMultilevel"/>
    <w:tmpl w:val="D924EBF6"/>
    <w:lvl w:ilvl="0" w:tplc="1936863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C32072E"/>
    <w:multiLevelType w:val="hybridMultilevel"/>
    <w:tmpl w:val="63BA47FA"/>
    <w:lvl w:ilvl="0" w:tplc="19368636">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6D4532DC"/>
    <w:multiLevelType w:val="multilevel"/>
    <w:tmpl w:val="E0B66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D6E2ECD"/>
    <w:multiLevelType w:val="hybridMultilevel"/>
    <w:tmpl w:val="729C4CD6"/>
    <w:lvl w:ilvl="0" w:tplc="1936863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FF7013B"/>
    <w:multiLevelType w:val="multilevel"/>
    <w:tmpl w:val="AD80A784"/>
    <w:lvl w:ilvl="0">
      <w:start w:val="1"/>
      <w:numFmt w:val="bullet"/>
      <w:pStyle w:val="List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num w:numId="1" w16cid:durableId="1796099419">
    <w:abstractNumId w:val="8"/>
  </w:num>
  <w:num w:numId="2" w16cid:durableId="1505362754">
    <w:abstractNumId w:val="6"/>
  </w:num>
  <w:num w:numId="3" w16cid:durableId="1256329003">
    <w:abstractNumId w:val="5"/>
  </w:num>
  <w:num w:numId="4" w16cid:durableId="1366515862">
    <w:abstractNumId w:val="4"/>
  </w:num>
  <w:num w:numId="5" w16cid:durableId="1092777386">
    <w:abstractNumId w:val="7"/>
  </w:num>
  <w:num w:numId="6" w16cid:durableId="215430977">
    <w:abstractNumId w:val="3"/>
  </w:num>
  <w:num w:numId="7" w16cid:durableId="1749230849">
    <w:abstractNumId w:val="2"/>
  </w:num>
  <w:num w:numId="8" w16cid:durableId="245236007">
    <w:abstractNumId w:val="1"/>
  </w:num>
  <w:num w:numId="9" w16cid:durableId="1462764197">
    <w:abstractNumId w:val="0"/>
  </w:num>
  <w:num w:numId="10" w16cid:durableId="692607986">
    <w:abstractNumId w:val="16"/>
  </w:num>
  <w:num w:numId="11" w16cid:durableId="2146385695">
    <w:abstractNumId w:val="26"/>
  </w:num>
  <w:num w:numId="12" w16cid:durableId="1472136784">
    <w:abstractNumId w:val="31"/>
  </w:num>
  <w:num w:numId="13" w16cid:durableId="1620719527">
    <w:abstractNumId w:val="13"/>
  </w:num>
  <w:num w:numId="14" w16cid:durableId="1164473176">
    <w:abstractNumId w:val="29"/>
  </w:num>
  <w:num w:numId="15" w16cid:durableId="634873855">
    <w:abstractNumId w:val="15"/>
  </w:num>
  <w:num w:numId="16" w16cid:durableId="67506864">
    <w:abstractNumId w:val="18"/>
  </w:num>
  <w:num w:numId="17" w16cid:durableId="1228880723">
    <w:abstractNumId w:val="20"/>
  </w:num>
  <w:num w:numId="18" w16cid:durableId="634913069">
    <w:abstractNumId w:val="22"/>
  </w:num>
  <w:num w:numId="19" w16cid:durableId="26030592">
    <w:abstractNumId w:val="23"/>
  </w:num>
  <w:num w:numId="20" w16cid:durableId="1411391970">
    <w:abstractNumId w:val="10"/>
  </w:num>
  <w:num w:numId="21" w16cid:durableId="1020618927">
    <w:abstractNumId w:val="25"/>
  </w:num>
  <w:num w:numId="22" w16cid:durableId="591087364">
    <w:abstractNumId w:val="17"/>
  </w:num>
  <w:num w:numId="23" w16cid:durableId="1301692865">
    <w:abstractNumId w:val="24"/>
  </w:num>
  <w:num w:numId="24" w16cid:durableId="1216694541">
    <w:abstractNumId w:val="19"/>
  </w:num>
  <w:num w:numId="25" w16cid:durableId="869227324">
    <w:abstractNumId w:val="14"/>
  </w:num>
  <w:num w:numId="26" w16cid:durableId="16585423">
    <w:abstractNumId w:val="21"/>
  </w:num>
  <w:num w:numId="27" w16cid:durableId="1567522644">
    <w:abstractNumId w:val="30"/>
  </w:num>
  <w:num w:numId="28" w16cid:durableId="1436091888">
    <w:abstractNumId w:val="27"/>
  </w:num>
  <w:num w:numId="29" w16cid:durableId="699015079">
    <w:abstractNumId w:val="11"/>
  </w:num>
  <w:num w:numId="30" w16cid:durableId="286739300">
    <w:abstractNumId w:val="9"/>
  </w:num>
  <w:num w:numId="31" w16cid:durableId="1223255036">
    <w:abstractNumId w:val="12"/>
  </w:num>
  <w:num w:numId="32" w16cid:durableId="97899633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oNotShadeFormData/>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2E0A"/>
    <w:rsid w:val="00034616"/>
    <w:rsid w:val="00046A6E"/>
    <w:rsid w:val="00051652"/>
    <w:rsid w:val="0006063C"/>
    <w:rsid w:val="00063CE6"/>
    <w:rsid w:val="000800C7"/>
    <w:rsid w:val="000819A0"/>
    <w:rsid w:val="00084D75"/>
    <w:rsid w:val="00096AB0"/>
    <w:rsid w:val="000A7D12"/>
    <w:rsid w:val="000B6657"/>
    <w:rsid w:val="000C4791"/>
    <w:rsid w:val="000D5ED6"/>
    <w:rsid w:val="000D7AC9"/>
    <w:rsid w:val="000E0A3A"/>
    <w:rsid w:val="001015D0"/>
    <w:rsid w:val="0010435C"/>
    <w:rsid w:val="00107076"/>
    <w:rsid w:val="00112B1D"/>
    <w:rsid w:val="00114BC7"/>
    <w:rsid w:val="001167FB"/>
    <w:rsid w:val="0013019E"/>
    <w:rsid w:val="001305C9"/>
    <w:rsid w:val="001338D7"/>
    <w:rsid w:val="0015074B"/>
    <w:rsid w:val="0016104D"/>
    <w:rsid w:val="00162AD7"/>
    <w:rsid w:val="00173B9D"/>
    <w:rsid w:val="001A1E0C"/>
    <w:rsid w:val="001B1653"/>
    <w:rsid w:val="001B653E"/>
    <w:rsid w:val="001D0EE2"/>
    <w:rsid w:val="001D72A5"/>
    <w:rsid w:val="001E07C2"/>
    <w:rsid w:val="001F6DE0"/>
    <w:rsid w:val="00201A24"/>
    <w:rsid w:val="00216889"/>
    <w:rsid w:val="00226A66"/>
    <w:rsid w:val="00240501"/>
    <w:rsid w:val="00243455"/>
    <w:rsid w:val="002523E9"/>
    <w:rsid w:val="0026148E"/>
    <w:rsid w:val="00267C88"/>
    <w:rsid w:val="00290C98"/>
    <w:rsid w:val="0029639D"/>
    <w:rsid w:val="002C49C4"/>
    <w:rsid w:val="002F5F46"/>
    <w:rsid w:val="002F74DB"/>
    <w:rsid w:val="0030112C"/>
    <w:rsid w:val="00315F86"/>
    <w:rsid w:val="00317BB5"/>
    <w:rsid w:val="0032642E"/>
    <w:rsid w:val="00326F90"/>
    <w:rsid w:val="00342CB8"/>
    <w:rsid w:val="00354646"/>
    <w:rsid w:val="003575F8"/>
    <w:rsid w:val="003625C2"/>
    <w:rsid w:val="003669FD"/>
    <w:rsid w:val="00383EFF"/>
    <w:rsid w:val="003A3C9C"/>
    <w:rsid w:val="003A7BA9"/>
    <w:rsid w:val="003B14C6"/>
    <w:rsid w:val="003B4AAE"/>
    <w:rsid w:val="003B565C"/>
    <w:rsid w:val="003C5FC6"/>
    <w:rsid w:val="003D4CCD"/>
    <w:rsid w:val="003D5657"/>
    <w:rsid w:val="003D7AE3"/>
    <w:rsid w:val="003E66D1"/>
    <w:rsid w:val="003F0FC2"/>
    <w:rsid w:val="004020AE"/>
    <w:rsid w:val="00406E9F"/>
    <w:rsid w:val="00416DE5"/>
    <w:rsid w:val="004336DA"/>
    <w:rsid w:val="00435FA9"/>
    <w:rsid w:val="00484A02"/>
    <w:rsid w:val="00490B9E"/>
    <w:rsid w:val="004A1D8E"/>
    <w:rsid w:val="004A7CB4"/>
    <w:rsid w:val="004B4996"/>
    <w:rsid w:val="004B6AE0"/>
    <w:rsid w:val="004C2525"/>
    <w:rsid w:val="004E3A0B"/>
    <w:rsid w:val="004F01A3"/>
    <w:rsid w:val="004F5276"/>
    <w:rsid w:val="00503B36"/>
    <w:rsid w:val="00521869"/>
    <w:rsid w:val="005246F4"/>
    <w:rsid w:val="00537214"/>
    <w:rsid w:val="00543924"/>
    <w:rsid w:val="00545F1F"/>
    <w:rsid w:val="00554596"/>
    <w:rsid w:val="00561FA4"/>
    <w:rsid w:val="00565941"/>
    <w:rsid w:val="00580964"/>
    <w:rsid w:val="005A24D4"/>
    <w:rsid w:val="005B0E79"/>
    <w:rsid w:val="005B36E8"/>
    <w:rsid w:val="005C6638"/>
    <w:rsid w:val="005C755B"/>
    <w:rsid w:val="005E5AC8"/>
    <w:rsid w:val="005F5996"/>
    <w:rsid w:val="00606F97"/>
    <w:rsid w:val="00612DEC"/>
    <w:rsid w:val="006200AC"/>
    <w:rsid w:val="006227DD"/>
    <w:rsid w:val="00630AD7"/>
    <w:rsid w:val="006501D7"/>
    <w:rsid w:val="00655544"/>
    <w:rsid w:val="006639A3"/>
    <w:rsid w:val="0067772D"/>
    <w:rsid w:val="00677817"/>
    <w:rsid w:val="00684604"/>
    <w:rsid w:val="006937DC"/>
    <w:rsid w:val="006A2120"/>
    <w:rsid w:val="006B0DE2"/>
    <w:rsid w:val="006B1309"/>
    <w:rsid w:val="006B462B"/>
    <w:rsid w:val="006E1D59"/>
    <w:rsid w:val="00700E55"/>
    <w:rsid w:val="00706E0B"/>
    <w:rsid w:val="00707538"/>
    <w:rsid w:val="007330F7"/>
    <w:rsid w:val="0073377A"/>
    <w:rsid w:val="007458C1"/>
    <w:rsid w:val="00747FB6"/>
    <w:rsid w:val="007506C8"/>
    <w:rsid w:val="00770005"/>
    <w:rsid w:val="00774C93"/>
    <w:rsid w:val="007758D7"/>
    <w:rsid w:val="00792FF1"/>
    <w:rsid w:val="007A20EA"/>
    <w:rsid w:val="007B20A3"/>
    <w:rsid w:val="007B3C62"/>
    <w:rsid w:val="007B44BE"/>
    <w:rsid w:val="007C0C56"/>
    <w:rsid w:val="007C40C8"/>
    <w:rsid w:val="007E3E89"/>
    <w:rsid w:val="007E53B8"/>
    <w:rsid w:val="007F1525"/>
    <w:rsid w:val="008021E4"/>
    <w:rsid w:val="008024F2"/>
    <w:rsid w:val="00806908"/>
    <w:rsid w:val="00811DDA"/>
    <w:rsid w:val="00820B5E"/>
    <w:rsid w:val="00835C96"/>
    <w:rsid w:val="00850DD1"/>
    <w:rsid w:val="008539C7"/>
    <w:rsid w:val="00861EC6"/>
    <w:rsid w:val="00863CF5"/>
    <w:rsid w:val="0086704F"/>
    <w:rsid w:val="0087239F"/>
    <w:rsid w:val="0089082D"/>
    <w:rsid w:val="00895C41"/>
    <w:rsid w:val="008B7D13"/>
    <w:rsid w:val="008C49FA"/>
    <w:rsid w:val="008C5966"/>
    <w:rsid w:val="008C6745"/>
    <w:rsid w:val="008D085B"/>
    <w:rsid w:val="008E1725"/>
    <w:rsid w:val="009129A9"/>
    <w:rsid w:val="00914D7F"/>
    <w:rsid w:val="00916C78"/>
    <w:rsid w:val="0094740A"/>
    <w:rsid w:val="0095143D"/>
    <w:rsid w:val="009561C8"/>
    <w:rsid w:val="009577AC"/>
    <w:rsid w:val="009629F7"/>
    <w:rsid w:val="0099023B"/>
    <w:rsid w:val="00993F04"/>
    <w:rsid w:val="009A6623"/>
    <w:rsid w:val="009B208E"/>
    <w:rsid w:val="009B3A0E"/>
    <w:rsid w:val="009B430B"/>
    <w:rsid w:val="009B74B4"/>
    <w:rsid w:val="009B74EB"/>
    <w:rsid w:val="009D1752"/>
    <w:rsid w:val="009D4B96"/>
    <w:rsid w:val="009D5CF0"/>
    <w:rsid w:val="009E1515"/>
    <w:rsid w:val="009E363E"/>
    <w:rsid w:val="009E3DD6"/>
    <w:rsid w:val="009E57E9"/>
    <w:rsid w:val="009F0168"/>
    <w:rsid w:val="009F0ACC"/>
    <w:rsid w:val="009F22C1"/>
    <w:rsid w:val="00A02B72"/>
    <w:rsid w:val="00A55BFC"/>
    <w:rsid w:val="00A7018E"/>
    <w:rsid w:val="00A712DF"/>
    <w:rsid w:val="00A765E0"/>
    <w:rsid w:val="00A924D4"/>
    <w:rsid w:val="00AA10DB"/>
    <w:rsid w:val="00AA1D8D"/>
    <w:rsid w:val="00AA766E"/>
    <w:rsid w:val="00AB216F"/>
    <w:rsid w:val="00AB53C3"/>
    <w:rsid w:val="00AB5F12"/>
    <w:rsid w:val="00AB7546"/>
    <w:rsid w:val="00AC26FB"/>
    <w:rsid w:val="00AD347C"/>
    <w:rsid w:val="00AE7406"/>
    <w:rsid w:val="00AF02E7"/>
    <w:rsid w:val="00AF1993"/>
    <w:rsid w:val="00B04C84"/>
    <w:rsid w:val="00B17999"/>
    <w:rsid w:val="00B2544A"/>
    <w:rsid w:val="00B3238A"/>
    <w:rsid w:val="00B33484"/>
    <w:rsid w:val="00B33C20"/>
    <w:rsid w:val="00B35058"/>
    <w:rsid w:val="00B374C5"/>
    <w:rsid w:val="00B47730"/>
    <w:rsid w:val="00B66D91"/>
    <w:rsid w:val="00B7654C"/>
    <w:rsid w:val="00BA1365"/>
    <w:rsid w:val="00BA41FE"/>
    <w:rsid w:val="00BC0271"/>
    <w:rsid w:val="00BC30DB"/>
    <w:rsid w:val="00BC3DBA"/>
    <w:rsid w:val="00BD29BB"/>
    <w:rsid w:val="00BE6054"/>
    <w:rsid w:val="00BF62D2"/>
    <w:rsid w:val="00C02829"/>
    <w:rsid w:val="00C055E7"/>
    <w:rsid w:val="00C1450F"/>
    <w:rsid w:val="00C304D9"/>
    <w:rsid w:val="00C33C45"/>
    <w:rsid w:val="00C3408C"/>
    <w:rsid w:val="00C40FC2"/>
    <w:rsid w:val="00C54429"/>
    <w:rsid w:val="00C5587B"/>
    <w:rsid w:val="00C766D0"/>
    <w:rsid w:val="00C90F30"/>
    <w:rsid w:val="00CA1BB2"/>
    <w:rsid w:val="00CA2DA5"/>
    <w:rsid w:val="00CB0664"/>
    <w:rsid w:val="00CB0889"/>
    <w:rsid w:val="00CB2CD9"/>
    <w:rsid w:val="00CD3DA8"/>
    <w:rsid w:val="00CE0139"/>
    <w:rsid w:val="00CE708E"/>
    <w:rsid w:val="00CF0BCB"/>
    <w:rsid w:val="00D01F2B"/>
    <w:rsid w:val="00D06915"/>
    <w:rsid w:val="00D06C30"/>
    <w:rsid w:val="00D209E5"/>
    <w:rsid w:val="00D21EF4"/>
    <w:rsid w:val="00D252E8"/>
    <w:rsid w:val="00D31D41"/>
    <w:rsid w:val="00D33162"/>
    <w:rsid w:val="00D470FE"/>
    <w:rsid w:val="00D53423"/>
    <w:rsid w:val="00D623FD"/>
    <w:rsid w:val="00D71224"/>
    <w:rsid w:val="00D84AD8"/>
    <w:rsid w:val="00D92F81"/>
    <w:rsid w:val="00DB2806"/>
    <w:rsid w:val="00DB709A"/>
    <w:rsid w:val="00DC11FB"/>
    <w:rsid w:val="00DC3D45"/>
    <w:rsid w:val="00DC415E"/>
    <w:rsid w:val="00DC435D"/>
    <w:rsid w:val="00DE39D2"/>
    <w:rsid w:val="00DE7D39"/>
    <w:rsid w:val="00DF41A0"/>
    <w:rsid w:val="00DF42D5"/>
    <w:rsid w:val="00DF477E"/>
    <w:rsid w:val="00E13F68"/>
    <w:rsid w:val="00E264E7"/>
    <w:rsid w:val="00E41470"/>
    <w:rsid w:val="00E60772"/>
    <w:rsid w:val="00E62819"/>
    <w:rsid w:val="00E81D88"/>
    <w:rsid w:val="00E853C0"/>
    <w:rsid w:val="00EA3A68"/>
    <w:rsid w:val="00EC5A75"/>
    <w:rsid w:val="00EE10D9"/>
    <w:rsid w:val="00F00CE1"/>
    <w:rsid w:val="00F04B76"/>
    <w:rsid w:val="00F04EF4"/>
    <w:rsid w:val="00F04FCA"/>
    <w:rsid w:val="00F109B7"/>
    <w:rsid w:val="00F10C51"/>
    <w:rsid w:val="00F24C08"/>
    <w:rsid w:val="00F36932"/>
    <w:rsid w:val="00F45CA0"/>
    <w:rsid w:val="00F6128D"/>
    <w:rsid w:val="00F614CB"/>
    <w:rsid w:val="00F9658D"/>
    <w:rsid w:val="00FA33EB"/>
    <w:rsid w:val="00FA54AD"/>
    <w:rsid w:val="00FA5EC7"/>
    <w:rsid w:val="00FB38AF"/>
    <w:rsid w:val="00FC0AA4"/>
    <w:rsid w:val="00FC693F"/>
    <w:rsid w:val="00FD36AF"/>
    <w:rsid w:val="00FD6217"/>
    <w:rsid w:val="00FD7FB5"/>
    <w:rsid w:val="00FE3837"/>
    <w:rsid w:val="00FF121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5EA1EB6"/>
  <w14:defaultImageDpi w14:val="300"/>
  <w15:docId w15:val="{7809B094-F60F-43EB-A1DE-D4A84FFCC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2" w:lineRule="auto"/>
    </w:pPr>
    <w:rPr>
      <w:rFonts w:ascii="Arial" w:hAnsi="Arial"/>
      <w:color w:val="17364D"/>
      <w:sz w:val="21"/>
    </w:rPr>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140" w:after="6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00" w:line="240" w:lineRule="auto"/>
      <w:contextualSpacing/>
    </w:pPr>
    <w:rPr>
      <w:rFonts w:asciiTheme="majorHAnsi" w:eastAsiaTheme="majorEastAsia" w:hAnsiTheme="majorHAnsi" w:cstheme="majorBidi"/>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2"/>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rompt">
    <w:name w:val="Prompt"/>
    <w:pPr>
      <w:keepNext/>
      <w:spacing w:before="100" w:after="60"/>
    </w:pPr>
    <w:rPr>
      <w:rFonts w:ascii="Arial" w:hAnsi="Arial"/>
      <w:b/>
      <w:color w:val="17364D"/>
      <w:sz w:val="21"/>
    </w:rPr>
  </w:style>
  <w:style w:type="paragraph" w:customStyle="1" w:styleId="Helptext">
    <w:name w:val="Help text"/>
    <w:pPr>
      <w:spacing w:after="80"/>
    </w:pPr>
    <w:rPr>
      <w:rFonts w:ascii="Arial" w:hAnsi="Arial"/>
      <w:i/>
      <w:color w:val="66747C"/>
      <w:sz w:val="18"/>
    </w:rPr>
  </w:style>
  <w:style w:type="paragraph" w:styleId="NormalWeb">
    <w:name w:val="Normal (Web)"/>
    <w:basedOn w:val="Normal"/>
    <w:uiPriority w:val="99"/>
    <w:semiHidden/>
    <w:unhideWhenUsed/>
    <w:rsid w:val="00FF1219"/>
    <w:rPr>
      <w:rFonts w:ascii="Times New Roman" w:hAnsi="Times New Roman" w:cs="Times New Roman"/>
      <w:sz w:val="24"/>
      <w:szCs w:val="24"/>
    </w:rPr>
  </w:style>
  <w:style w:type="paragraph" w:styleId="Revision">
    <w:name w:val="Revision"/>
    <w:hidden/>
    <w:uiPriority w:val="99"/>
    <w:semiHidden/>
    <w:rsid w:val="001B1653"/>
    <w:pPr>
      <w:spacing w:after="0" w:line="240" w:lineRule="auto"/>
    </w:pPr>
    <w:rPr>
      <w:rFonts w:ascii="Arial" w:hAnsi="Arial"/>
      <w:color w:val="17364D"/>
      <w:sz w:val="21"/>
    </w:rPr>
  </w:style>
  <w:style w:type="character" w:styleId="CommentReference">
    <w:name w:val="annotation reference"/>
    <w:basedOn w:val="DefaultParagraphFont"/>
    <w:uiPriority w:val="99"/>
    <w:semiHidden/>
    <w:unhideWhenUsed/>
    <w:rsid w:val="00AB5F12"/>
    <w:rPr>
      <w:sz w:val="16"/>
      <w:szCs w:val="16"/>
    </w:rPr>
  </w:style>
  <w:style w:type="paragraph" w:styleId="CommentText">
    <w:name w:val="annotation text"/>
    <w:basedOn w:val="Normal"/>
    <w:link w:val="CommentTextChar"/>
    <w:uiPriority w:val="99"/>
    <w:unhideWhenUsed/>
    <w:rsid w:val="00AB5F12"/>
    <w:pPr>
      <w:spacing w:line="240" w:lineRule="auto"/>
    </w:pPr>
    <w:rPr>
      <w:sz w:val="20"/>
      <w:szCs w:val="20"/>
    </w:rPr>
  </w:style>
  <w:style w:type="character" w:customStyle="1" w:styleId="CommentTextChar">
    <w:name w:val="Comment Text Char"/>
    <w:basedOn w:val="DefaultParagraphFont"/>
    <w:link w:val="CommentText"/>
    <w:uiPriority w:val="99"/>
    <w:rsid w:val="00AB5F12"/>
    <w:rPr>
      <w:rFonts w:ascii="Arial" w:hAnsi="Arial"/>
      <w:color w:val="17364D"/>
      <w:sz w:val="20"/>
      <w:szCs w:val="20"/>
    </w:rPr>
  </w:style>
  <w:style w:type="paragraph" w:styleId="CommentSubject">
    <w:name w:val="annotation subject"/>
    <w:basedOn w:val="CommentText"/>
    <w:next w:val="CommentText"/>
    <w:link w:val="CommentSubjectChar"/>
    <w:uiPriority w:val="99"/>
    <w:semiHidden/>
    <w:unhideWhenUsed/>
    <w:rsid w:val="00AB5F12"/>
    <w:rPr>
      <w:b/>
      <w:bCs/>
    </w:rPr>
  </w:style>
  <w:style w:type="character" w:customStyle="1" w:styleId="CommentSubjectChar">
    <w:name w:val="Comment Subject Char"/>
    <w:basedOn w:val="CommentTextChar"/>
    <w:link w:val="CommentSubject"/>
    <w:uiPriority w:val="99"/>
    <w:semiHidden/>
    <w:rsid w:val="00AB5F12"/>
    <w:rPr>
      <w:rFonts w:ascii="Arial" w:hAnsi="Arial"/>
      <w:b/>
      <w:bCs/>
      <w:color w:val="17364D"/>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15bff63a-15ac-4e32-be93-3c9d668046b6}" enabled="0" method="" siteId="{15bff63a-15ac-4e32-be93-3c9d668046b6}" removed="1"/>
  <clbl:label id="{28b8dfd0-aa16-412c-9b26-b845b9acd1a9}" enabled="0" method="" siteId="{28b8dfd0-aa16-412c-9b26-b845b9acd1a9}" removed="1"/>
</clbl:labelList>
</file>

<file path=docProps/app.xml><?xml version="1.0" encoding="utf-8"?>
<Properties xmlns="http://schemas.openxmlformats.org/officeDocument/2006/extended-properties" xmlns:vt="http://schemas.openxmlformats.org/officeDocument/2006/docPropsVTypes">
  <Template>Normal</Template>
  <TotalTime>3</TotalTime>
  <Pages>14</Pages>
  <Words>2895</Words>
  <Characters>16506</Characters>
  <Application>Microsoft Office Word</Application>
  <DocSecurity>4</DocSecurity>
  <Lines>137</Lines>
  <Paragraphs>38</Paragraphs>
  <ScaleCrop>false</ScaleCrop>
  <Manager/>
  <Company/>
  <LinksUpToDate>false</LinksUpToDate>
  <CharactersWithSpaces>19363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2027/28 Strategic Investment Organisation application form</dc:title>
  <dc:subject>Bradford Cultural Investment Programme one year transitional investment</dc:subject>
  <dc:creator>City of Bradford Metropolitan District Council</dc:creator>
  <cp:keywords>Bradford; Strategic Investment Organisation; application; 2027/28</cp:keywords>
  <dc:description>generated by python-docx</dc:description>
  <cp:lastModifiedBy>Katie Phillips</cp:lastModifiedBy>
  <cp:revision>2</cp:revision>
  <cp:lastPrinted>2026-09-26T22:28:00Z</cp:lastPrinted>
  <dcterms:created xsi:type="dcterms:W3CDTF">2026-10-21T14:09:00Z</dcterms:created>
  <dcterms:modified xsi:type="dcterms:W3CDTF">2026-10-21T14:09:00Z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292b828e,73f5c677,681667f2</vt:lpwstr>
  </property>
  <property fmtid="{D5CDD505-2E9C-101B-9397-08002B2CF9AE}" pid="3" name="ClassificationContentMarkingHeaderFontProps">
    <vt:lpwstr>#008000,12,Aptos</vt:lpwstr>
  </property>
  <property fmtid="{D5CDD505-2E9C-101B-9397-08002B2CF9AE}" pid="4" name="ClassificationContentMarkingHeaderText">
    <vt:lpwstr>PUBLIC</vt:lpwstr>
  </property>
  <property fmtid="{D5CDD505-2E9C-101B-9397-08002B2CF9AE}" pid="5" name="ClassificationContentMarkingFooterShapeIds">
    <vt:lpwstr>40cdb1ba,56933af7,58c98dc3</vt:lpwstr>
  </property>
  <property fmtid="{D5CDD505-2E9C-101B-9397-08002B2CF9AE}" pid="6" name="ClassificationContentMarkingFooterFontProps">
    <vt:lpwstr>#008000,12,Aptos</vt:lpwstr>
  </property>
  <property fmtid="{D5CDD505-2E9C-101B-9397-08002B2CF9AE}" pid="7" name="ClassificationContentMarkingFooterText">
    <vt:lpwstr>PUBLIC</vt:lpwstr>
  </property>
</Properties>
</file>