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4158D" w14:textId="50E9FB55" w:rsidR="00BD7720" w:rsidRDefault="005E545F">
      <w:pPr>
        <w:keepNext/>
        <w:keepLines/>
        <w:spacing w:before="160" w:after="160" w:line="240" w:lineRule="auto"/>
      </w:pPr>
      <w:r>
        <w:rPr>
          <w:rFonts w:eastAsia="Arial"/>
          <w:b/>
          <w:color w:val="000000"/>
          <w:sz w:val="42"/>
        </w:rPr>
        <w:t>Application Form</w:t>
      </w:r>
      <w:r w:rsidR="001D08E1">
        <w:rPr>
          <w:rFonts w:eastAsia="Arial"/>
          <w:b/>
          <w:color w:val="000000"/>
          <w:sz w:val="42"/>
        </w:rPr>
        <w:t>: Expression of Interest</w:t>
      </w:r>
    </w:p>
    <w:p w14:paraId="18FB9C5D" w14:textId="77777777" w:rsidR="00BD7720" w:rsidRPr="001D08E1" w:rsidRDefault="005E545F">
      <w:pPr>
        <w:keepNext/>
        <w:keepLines/>
        <w:spacing w:after="40" w:line="240" w:lineRule="auto"/>
        <w:rPr>
          <w:color w:val="984806" w:themeColor="accent6" w:themeShade="80"/>
          <w:sz w:val="28"/>
          <w:szCs w:val="32"/>
        </w:rPr>
      </w:pPr>
      <w:r w:rsidRPr="001D08E1">
        <w:rPr>
          <w:rFonts w:eastAsia="Arial"/>
          <w:b/>
          <w:color w:val="984806" w:themeColor="accent6" w:themeShade="80"/>
          <w:sz w:val="48"/>
          <w:szCs w:val="32"/>
        </w:rPr>
        <w:t>Strategic Investment Organisation</w:t>
      </w:r>
    </w:p>
    <w:p w14:paraId="4D82F592" w14:textId="77777777" w:rsidR="001D08E1" w:rsidRPr="00000AAA" w:rsidRDefault="001D08E1" w:rsidP="001D08E1">
      <w:pPr>
        <w:spacing w:after="160"/>
        <w:rPr>
          <w:color w:val="595959" w:themeColor="text1" w:themeTint="A6"/>
        </w:rPr>
      </w:pPr>
      <w:r w:rsidRPr="00000AAA">
        <w:rPr>
          <w:b/>
          <w:color w:val="595959" w:themeColor="text1" w:themeTint="A6"/>
          <w:sz w:val="25"/>
        </w:rPr>
        <w:t>Five-year organisational investment 2028 to 2033</w:t>
      </w:r>
    </w:p>
    <w:p w14:paraId="2EA38D00" w14:textId="77777777" w:rsidR="00BD7720" w:rsidRPr="001D08E1" w:rsidRDefault="005E545F">
      <w:pPr>
        <w:spacing w:line="240" w:lineRule="auto"/>
        <w:rPr>
          <w:sz w:val="22"/>
        </w:rPr>
      </w:pPr>
      <w:r w:rsidRPr="001D08E1">
        <w:rPr>
          <w:rFonts w:eastAsia="Arial"/>
          <w:color w:val="000000"/>
          <w:sz w:val="22"/>
        </w:rPr>
        <w:t>Use this form if your organisation intends to apply to Arts Council England's 2028-2033 National Portfolio Organisation investment programme and wants Bradford Council to consider an indicative decision in principle about Strategic Investment Organisation support.</w:t>
      </w:r>
    </w:p>
    <w:p w14:paraId="536508B9" w14:textId="749E032D" w:rsidR="00BD7720" w:rsidRPr="001D08E1" w:rsidRDefault="005E545F">
      <w:pPr>
        <w:spacing w:line="240" w:lineRule="auto"/>
        <w:rPr>
          <w:sz w:val="22"/>
        </w:rPr>
      </w:pPr>
      <w:r w:rsidRPr="001D08E1">
        <w:rPr>
          <w:rFonts w:eastAsia="Arial"/>
          <w:color w:val="000000"/>
          <w:sz w:val="22"/>
        </w:rPr>
        <w:t xml:space="preserve">This is Stage 1 of Bradford Council's process. It is not the full </w:t>
      </w:r>
      <w:r w:rsidR="001D08E1" w:rsidRPr="001D08E1">
        <w:rPr>
          <w:rFonts w:eastAsia="Arial"/>
          <w:color w:val="000000"/>
          <w:sz w:val="22"/>
        </w:rPr>
        <w:t>application,</w:t>
      </w:r>
      <w:r w:rsidRPr="001D08E1">
        <w:rPr>
          <w:rFonts w:eastAsia="Arial"/>
          <w:color w:val="000000"/>
          <w:sz w:val="22"/>
        </w:rPr>
        <w:t xml:space="preserve"> and it does not result in a funding award. Organisations invited to Stage 2 will complete the full application and </w:t>
      </w:r>
      <w:r w:rsidR="001D08E1">
        <w:rPr>
          <w:rFonts w:eastAsia="Arial"/>
          <w:color w:val="000000"/>
          <w:sz w:val="22"/>
        </w:rPr>
        <w:t xml:space="preserve">will be required to </w:t>
      </w:r>
      <w:r w:rsidRPr="001D08E1">
        <w:rPr>
          <w:rFonts w:eastAsia="Arial"/>
          <w:color w:val="000000"/>
          <w:sz w:val="22"/>
        </w:rPr>
        <w:t xml:space="preserve">provide </w:t>
      </w:r>
      <w:r w:rsidR="001D08E1">
        <w:rPr>
          <w:rFonts w:eastAsia="Arial"/>
          <w:color w:val="000000"/>
          <w:sz w:val="22"/>
        </w:rPr>
        <w:t xml:space="preserve">further </w:t>
      </w:r>
      <w:r w:rsidRPr="001D08E1">
        <w:rPr>
          <w:rFonts w:eastAsia="Arial"/>
          <w:color w:val="000000"/>
          <w:sz w:val="22"/>
        </w:rPr>
        <w:t>detailed budgets, targets, due diligence and supporting evidence.</w:t>
      </w:r>
    </w:p>
    <w:p w14:paraId="660C853C" w14:textId="77777777" w:rsidR="00BD7720" w:rsidRPr="001D08E1" w:rsidRDefault="005E545F">
      <w:pPr>
        <w:spacing w:after="140" w:line="240" w:lineRule="auto"/>
        <w:rPr>
          <w:sz w:val="22"/>
        </w:rPr>
      </w:pPr>
      <w:r w:rsidRPr="001D08E1">
        <w:rPr>
          <w:rFonts w:eastAsia="Arial"/>
          <w:b/>
          <w:color w:val="000000"/>
          <w:sz w:val="22"/>
        </w:rPr>
        <w:t xml:space="preserve">Important: </w:t>
      </w:r>
      <w:r w:rsidRPr="001D08E1">
        <w:rPr>
          <w:rFonts w:eastAsia="Arial"/>
          <w:color w:val="000000"/>
          <w:sz w:val="22"/>
        </w:rPr>
        <w:t>any amount identified by Bradford Council will be indicative, conditional and non-binding. It must not be described as confirmed or secured funding. Applicants must follow Arts Council England's published guidance when describing the status of any indicative Council support.</w:t>
      </w:r>
    </w:p>
    <w:p w14:paraId="09603B72" w14:textId="702A1B75" w:rsidR="00BD7720" w:rsidRPr="001D08E1" w:rsidRDefault="001D08E1">
      <w:pPr>
        <w:keepNext/>
        <w:keepLines/>
        <w:spacing w:before="120" w:after="40" w:line="240" w:lineRule="auto"/>
        <w:rPr>
          <w:color w:val="984806" w:themeColor="accent6" w:themeShade="80"/>
          <w:sz w:val="22"/>
        </w:rPr>
      </w:pPr>
      <w:r>
        <w:rPr>
          <w:rFonts w:eastAsia="Arial"/>
          <w:b/>
          <w:color w:val="984806" w:themeColor="accent6" w:themeShade="80"/>
          <w:sz w:val="22"/>
        </w:rPr>
        <w:t>Before you start</w:t>
      </w:r>
    </w:p>
    <w:p w14:paraId="4BD5466D" w14:textId="3715433A" w:rsidR="00BD7720" w:rsidRPr="001D08E1" w:rsidRDefault="005E545F" w:rsidP="001D08E1">
      <w:pPr>
        <w:pStyle w:val="ListParagraph"/>
        <w:keepLines/>
        <w:numPr>
          <w:ilvl w:val="0"/>
          <w:numId w:val="41"/>
        </w:numPr>
        <w:spacing w:after="20" w:line="240" w:lineRule="auto"/>
        <w:ind w:left="709"/>
        <w:rPr>
          <w:sz w:val="22"/>
        </w:rPr>
      </w:pPr>
      <w:r w:rsidRPr="001D08E1">
        <w:rPr>
          <w:rFonts w:eastAsia="Arial"/>
          <w:color w:val="000000"/>
          <w:sz w:val="22"/>
        </w:rPr>
        <w:t>Read the EOI guidance before completing this form.</w:t>
      </w:r>
    </w:p>
    <w:p w14:paraId="4FFB9E69" w14:textId="7C78357A" w:rsidR="00BD7720" w:rsidRPr="001D08E1" w:rsidRDefault="005E545F" w:rsidP="001D08E1">
      <w:pPr>
        <w:pStyle w:val="ListParagraph"/>
        <w:keepLines/>
        <w:numPr>
          <w:ilvl w:val="0"/>
          <w:numId w:val="41"/>
        </w:numPr>
        <w:spacing w:after="20" w:line="240" w:lineRule="auto"/>
        <w:ind w:left="709"/>
        <w:rPr>
          <w:sz w:val="22"/>
        </w:rPr>
      </w:pPr>
      <w:r w:rsidRPr="001D08E1">
        <w:rPr>
          <w:rFonts w:eastAsia="Arial"/>
          <w:color w:val="000000"/>
          <w:sz w:val="22"/>
        </w:rPr>
        <w:t>Answer every question that applies. Word limits are maximums, not targets.</w:t>
      </w:r>
    </w:p>
    <w:p w14:paraId="02F901AF" w14:textId="2AA8816F" w:rsidR="00BD7720" w:rsidRPr="001D08E1" w:rsidRDefault="005E545F" w:rsidP="001D08E1">
      <w:pPr>
        <w:pStyle w:val="ListParagraph"/>
        <w:keepLines/>
        <w:numPr>
          <w:ilvl w:val="0"/>
          <w:numId w:val="41"/>
        </w:numPr>
        <w:spacing w:after="20" w:line="240" w:lineRule="auto"/>
        <w:ind w:left="709"/>
        <w:rPr>
          <w:sz w:val="22"/>
        </w:rPr>
      </w:pPr>
      <w:r w:rsidRPr="001D08E1">
        <w:rPr>
          <w:rFonts w:eastAsia="Arial"/>
          <w:color w:val="000000"/>
          <w:sz w:val="22"/>
        </w:rPr>
        <w:t>Make sure the proposed Arts Council England and Bradford Council requests are consistent with your current plans.</w:t>
      </w:r>
    </w:p>
    <w:p w14:paraId="25C23A64" w14:textId="1D7A3965" w:rsidR="00BD7720" w:rsidRPr="001D08E1" w:rsidRDefault="005E545F" w:rsidP="001D08E1">
      <w:pPr>
        <w:pStyle w:val="ListParagraph"/>
        <w:keepLines/>
        <w:numPr>
          <w:ilvl w:val="0"/>
          <w:numId w:val="41"/>
        </w:numPr>
        <w:spacing w:after="20" w:line="240" w:lineRule="auto"/>
        <w:ind w:left="709"/>
        <w:rPr>
          <w:sz w:val="22"/>
        </w:rPr>
      </w:pPr>
      <w:r w:rsidRPr="001D08E1">
        <w:rPr>
          <w:rFonts w:eastAsia="Arial"/>
          <w:color w:val="000000"/>
          <w:sz w:val="22"/>
        </w:rPr>
        <w:t>Save the completed form as a final PDF for submission and retain an editable copy.</w:t>
      </w:r>
    </w:p>
    <w:p w14:paraId="2746E16E" w14:textId="74F8A8C3" w:rsidR="00BD7720" w:rsidRPr="001D08E1" w:rsidRDefault="005E545F" w:rsidP="001D08E1">
      <w:pPr>
        <w:pStyle w:val="ListParagraph"/>
        <w:keepLines/>
        <w:numPr>
          <w:ilvl w:val="0"/>
          <w:numId w:val="41"/>
        </w:numPr>
        <w:spacing w:after="20" w:line="240" w:lineRule="auto"/>
        <w:ind w:left="709"/>
        <w:rPr>
          <w:sz w:val="22"/>
        </w:rPr>
      </w:pPr>
      <w:r w:rsidRPr="001D08E1">
        <w:rPr>
          <w:rFonts w:eastAsia="Arial"/>
          <w:color w:val="000000"/>
          <w:sz w:val="22"/>
        </w:rPr>
        <w:t>Submit the form and required documents by the deadline stated in the published guidance.</w:t>
      </w:r>
    </w:p>
    <w:p w14:paraId="6AA9AC6C" w14:textId="7EE7088A" w:rsidR="001D08E1" w:rsidRPr="001D08E1" w:rsidRDefault="001D08E1" w:rsidP="001D08E1">
      <w:pPr>
        <w:keepNext/>
        <w:keepLines/>
        <w:spacing w:before="120" w:after="40" w:line="240" w:lineRule="auto"/>
        <w:rPr>
          <w:color w:val="984806" w:themeColor="accent6" w:themeShade="80"/>
          <w:sz w:val="22"/>
        </w:rPr>
      </w:pPr>
      <w:r>
        <w:rPr>
          <w:rFonts w:eastAsia="Arial"/>
          <w:b/>
          <w:color w:val="984806" w:themeColor="accent6" w:themeShade="80"/>
          <w:sz w:val="22"/>
        </w:rPr>
        <w:t xml:space="preserve">How Expressions of interest will be assessed </w:t>
      </w:r>
      <w:r w:rsidR="005E545F" w:rsidRPr="001D08E1">
        <w:rPr>
          <w:rFonts w:eastAsia="Arial"/>
          <w:b/>
          <w:color w:val="984806" w:themeColor="accent6" w:themeShade="80"/>
          <w:sz w:val="22"/>
        </w:rPr>
        <w:t xml:space="preserve"> </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948"/>
        <w:gridCol w:w="6690"/>
      </w:tblGrid>
      <w:tr w:rsidR="001D08E1" w:rsidRPr="00C70152" w14:paraId="439E3990" w14:textId="77777777">
        <w:trPr>
          <w:cantSplit/>
        </w:trPr>
        <w:tc>
          <w:tcPr>
            <w:tcW w:w="2948" w:type="dxa"/>
            <w:shd w:val="clear" w:color="auto" w:fill="E7E6E6"/>
            <w:tcMar>
              <w:top w:w="90" w:type="dxa"/>
              <w:left w:w="110" w:type="dxa"/>
              <w:bottom w:w="90" w:type="dxa"/>
              <w:right w:w="110" w:type="dxa"/>
            </w:tcMar>
            <w:vAlign w:val="center"/>
          </w:tcPr>
          <w:p w14:paraId="0A48AA3E" w14:textId="77777777" w:rsidR="001D08E1" w:rsidRPr="00C70152" w:rsidRDefault="001D08E1">
            <w:pPr>
              <w:spacing w:after="20" w:line="240" w:lineRule="auto"/>
              <w:rPr>
                <w:color w:val="auto"/>
                <w:sz w:val="22"/>
              </w:rPr>
            </w:pPr>
            <w:r w:rsidRPr="00C70152">
              <w:rPr>
                <w:b/>
                <w:color w:val="auto"/>
                <w:sz w:val="22"/>
              </w:rPr>
              <w:t>Strategic Contribution</w:t>
            </w:r>
          </w:p>
        </w:tc>
        <w:tc>
          <w:tcPr>
            <w:tcW w:w="6690" w:type="dxa"/>
            <w:shd w:val="clear" w:color="auto" w:fill="FFFFFF"/>
            <w:tcMar>
              <w:top w:w="90" w:type="dxa"/>
              <w:left w:w="110" w:type="dxa"/>
              <w:bottom w:w="90" w:type="dxa"/>
              <w:right w:w="110" w:type="dxa"/>
            </w:tcMar>
            <w:vAlign w:val="center"/>
          </w:tcPr>
          <w:p w14:paraId="20B7BB6E" w14:textId="77777777" w:rsidR="001D08E1" w:rsidRPr="00C70152" w:rsidRDefault="001D08E1">
            <w:pPr>
              <w:spacing w:after="20" w:line="240" w:lineRule="auto"/>
              <w:rPr>
                <w:color w:val="auto"/>
                <w:sz w:val="22"/>
              </w:rPr>
            </w:pPr>
            <w:r w:rsidRPr="00C70152">
              <w:rPr>
                <w:color w:val="auto"/>
                <w:sz w:val="22"/>
              </w:rPr>
              <w:t>Contribution to Culture is Our Plan and Bradford’s ambitions.</w:t>
            </w:r>
          </w:p>
        </w:tc>
      </w:tr>
      <w:tr w:rsidR="001D08E1" w:rsidRPr="00C70152" w14:paraId="3044BD31" w14:textId="77777777">
        <w:trPr>
          <w:cantSplit/>
        </w:trPr>
        <w:tc>
          <w:tcPr>
            <w:tcW w:w="2948" w:type="dxa"/>
            <w:shd w:val="clear" w:color="auto" w:fill="F5F5F5"/>
            <w:tcMar>
              <w:top w:w="90" w:type="dxa"/>
              <w:left w:w="110" w:type="dxa"/>
              <w:bottom w:w="90" w:type="dxa"/>
              <w:right w:w="110" w:type="dxa"/>
            </w:tcMar>
            <w:vAlign w:val="center"/>
          </w:tcPr>
          <w:p w14:paraId="2813118C" w14:textId="77777777" w:rsidR="001D08E1" w:rsidRPr="00C70152" w:rsidRDefault="001D08E1">
            <w:pPr>
              <w:spacing w:after="20" w:line="240" w:lineRule="auto"/>
              <w:rPr>
                <w:color w:val="auto"/>
                <w:sz w:val="22"/>
              </w:rPr>
            </w:pPr>
            <w:r w:rsidRPr="00C70152">
              <w:rPr>
                <w:b/>
                <w:color w:val="auto"/>
                <w:sz w:val="22"/>
              </w:rPr>
              <w:t>Public Benefit</w:t>
            </w:r>
          </w:p>
        </w:tc>
        <w:tc>
          <w:tcPr>
            <w:tcW w:w="6690" w:type="dxa"/>
            <w:shd w:val="clear" w:color="auto" w:fill="F5F5F5"/>
            <w:tcMar>
              <w:top w:w="90" w:type="dxa"/>
              <w:left w:w="110" w:type="dxa"/>
              <w:bottom w:w="90" w:type="dxa"/>
              <w:right w:w="110" w:type="dxa"/>
            </w:tcMar>
            <w:vAlign w:val="center"/>
          </w:tcPr>
          <w:p w14:paraId="7E94DF3A" w14:textId="77777777" w:rsidR="001D08E1" w:rsidRPr="00C70152" w:rsidRDefault="001D08E1">
            <w:pPr>
              <w:spacing w:after="20" w:line="240" w:lineRule="auto"/>
              <w:rPr>
                <w:color w:val="auto"/>
                <w:sz w:val="22"/>
              </w:rPr>
            </w:pPr>
            <w:r w:rsidRPr="00C70152">
              <w:rPr>
                <w:color w:val="auto"/>
                <w:sz w:val="22"/>
              </w:rPr>
              <w:t>Clear cultural, social or economic benefit for Bradford.</w:t>
            </w:r>
          </w:p>
        </w:tc>
      </w:tr>
      <w:tr w:rsidR="001D08E1" w:rsidRPr="00C70152" w14:paraId="5A86B918" w14:textId="77777777">
        <w:trPr>
          <w:cantSplit/>
        </w:trPr>
        <w:tc>
          <w:tcPr>
            <w:tcW w:w="2948" w:type="dxa"/>
            <w:shd w:val="clear" w:color="auto" w:fill="E7E6E6"/>
            <w:tcMar>
              <w:top w:w="90" w:type="dxa"/>
              <w:left w:w="110" w:type="dxa"/>
              <w:bottom w:w="90" w:type="dxa"/>
              <w:right w:w="110" w:type="dxa"/>
            </w:tcMar>
            <w:vAlign w:val="center"/>
          </w:tcPr>
          <w:p w14:paraId="581AC3B6" w14:textId="77777777" w:rsidR="001D08E1" w:rsidRPr="00C70152" w:rsidRDefault="001D08E1">
            <w:pPr>
              <w:spacing w:after="20" w:line="240" w:lineRule="auto"/>
              <w:rPr>
                <w:color w:val="auto"/>
                <w:sz w:val="22"/>
              </w:rPr>
            </w:pPr>
            <w:r w:rsidRPr="00C70152">
              <w:rPr>
                <w:b/>
                <w:color w:val="auto"/>
                <w:sz w:val="22"/>
              </w:rPr>
              <w:t>Creativity, Quality &amp; Ambition</w:t>
            </w:r>
          </w:p>
        </w:tc>
        <w:tc>
          <w:tcPr>
            <w:tcW w:w="6690" w:type="dxa"/>
            <w:shd w:val="clear" w:color="auto" w:fill="FFFFFF"/>
            <w:tcMar>
              <w:top w:w="90" w:type="dxa"/>
              <w:left w:w="110" w:type="dxa"/>
              <w:bottom w:w="90" w:type="dxa"/>
              <w:right w:w="110" w:type="dxa"/>
            </w:tcMar>
            <w:vAlign w:val="center"/>
          </w:tcPr>
          <w:p w14:paraId="15D2FED4" w14:textId="77777777" w:rsidR="001D08E1" w:rsidRPr="00C70152" w:rsidRDefault="001D08E1">
            <w:pPr>
              <w:spacing w:after="20" w:line="240" w:lineRule="auto"/>
              <w:rPr>
                <w:color w:val="auto"/>
                <w:sz w:val="22"/>
              </w:rPr>
            </w:pPr>
            <w:r w:rsidRPr="00C70152">
              <w:rPr>
                <w:color w:val="auto"/>
                <w:sz w:val="22"/>
              </w:rPr>
              <w:t>A clear and credible approach to cultural quality, ambition and development.</w:t>
            </w:r>
          </w:p>
        </w:tc>
      </w:tr>
      <w:tr w:rsidR="001D08E1" w:rsidRPr="00C70152" w14:paraId="5C04D589" w14:textId="77777777">
        <w:trPr>
          <w:cantSplit/>
        </w:trPr>
        <w:tc>
          <w:tcPr>
            <w:tcW w:w="2948" w:type="dxa"/>
            <w:shd w:val="clear" w:color="auto" w:fill="F5F5F5"/>
            <w:tcMar>
              <w:top w:w="90" w:type="dxa"/>
              <w:left w:w="110" w:type="dxa"/>
              <w:bottom w:w="90" w:type="dxa"/>
              <w:right w:w="110" w:type="dxa"/>
            </w:tcMar>
            <w:vAlign w:val="center"/>
          </w:tcPr>
          <w:p w14:paraId="7D77C2C1" w14:textId="77777777" w:rsidR="001D08E1" w:rsidRPr="00C70152" w:rsidRDefault="001D08E1">
            <w:pPr>
              <w:spacing w:after="20" w:line="240" w:lineRule="auto"/>
              <w:rPr>
                <w:color w:val="auto"/>
                <w:sz w:val="22"/>
              </w:rPr>
            </w:pPr>
            <w:r w:rsidRPr="00C70152">
              <w:rPr>
                <w:b/>
                <w:color w:val="auto"/>
                <w:sz w:val="22"/>
              </w:rPr>
              <w:t>Reach &amp; Engagement</w:t>
            </w:r>
          </w:p>
        </w:tc>
        <w:tc>
          <w:tcPr>
            <w:tcW w:w="6690" w:type="dxa"/>
            <w:shd w:val="clear" w:color="auto" w:fill="F5F5F5"/>
            <w:tcMar>
              <w:top w:w="90" w:type="dxa"/>
              <w:left w:w="110" w:type="dxa"/>
              <w:bottom w:w="90" w:type="dxa"/>
              <w:right w:w="110" w:type="dxa"/>
            </w:tcMar>
            <w:vAlign w:val="center"/>
          </w:tcPr>
          <w:p w14:paraId="76775BAC" w14:textId="77777777" w:rsidR="001D08E1" w:rsidRPr="00C70152" w:rsidRDefault="001D08E1">
            <w:pPr>
              <w:spacing w:after="20" w:line="240" w:lineRule="auto"/>
              <w:rPr>
                <w:color w:val="auto"/>
                <w:sz w:val="22"/>
              </w:rPr>
            </w:pPr>
            <w:r w:rsidRPr="00C70152">
              <w:rPr>
                <w:color w:val="auto"/>
                <w:sz w:val="22"/>
              </w:rPr>
              <w:t>Meaningful relationships with communities and audiences.</w:t>
            </w:r>
          </w:p>
        </w:tc>
      </w:tr>
      <w:tr w:rsidR="001D08E1" w:rsidRPr="00C70152" w14:paraId="30F4B186" w14:textId="77777777">
        <w:trPr>
          <w:cantSplit/>
        </w:trPr>
        <w:tc>
          <w:tcPr>
            <w:tcW w:w="2948" w:type="dxa"/>
            <w:shd w:val="clear" w:color="auto" w:fill="E7E6E6"/>
            <w:tcMar>
              <w:top w:w="90" w:type="dxa"/>
              <w:left w:w="110" w:type="dxa"/>
              <w:bottom w:w="90" w:type="dxa"/>
              <w:right w:w="110" w:type="dxa"/>
            </w:tcMar>
            <w:vAlign w:val="center"/>
          </w:tcPr>
          <w:p w14:paraId="4080D2F1" w14:textId="77777777" w:rsidR="001D08E1" w:rsidRPr="00C70152" w:rsidRDefault="001D08E1">
            <w:pPr>
              <w:spacing w:after="20" w:line="240" w:lineRule="auto"/>
              <w:rPr>
                <w:color w:val="auto"/>
                <w:sz w:val="22"/>
              </w:rPr>
            </w:pPr>
            <w:r w:rsidRPr="00C70152">
              <w:rPr>
                <w:b/>
                <w:color w:val="auto"/>
                <w:sz w:val="22"/>
              </w:rPr>
              <w:t>Organisational Strength</w:t>
            </w:r>
          </w:p>
        </w:tc>
        <w:tc>
          <w:tcPr>
            <w:tcW w:w="6690" w:type="dxa"/>
            <w:shd w:val="clear" w:color="auto" w:fill="FFFFFF"/>
            <w:tcMar>
              <w:top w:w="90" w:type="dxa"/>
              <w:left w:w="110" w:type="dxa"/>
              <w:bottom w:w="90" w:type="dxa"/>
              <w:right w:w="110" w:type="dxa"/>
            </w:tcMar>
            <w:vAlign w:val="center"/>
          </w:tcPr>
          <w:p w14:paraId="29295027" w14:textId="77777777" w:rsidR="001D08E1" w:rsidRPr="00C70152" w:rsidRDefault="001D08E1">
            <w:pPr>
              <w:spacing w:after="20" w:line="240" w:lineRule="auto"/>
              <w:rPr>
                <w:color w:val="auto"/>
                <w:sz w:val="22"/>
              </w:rPr>
            </w:pPr>
            <w:r w:rsidRPr="00C70152">
              <w:rPr>
                <w:color w:val="auto"/>
                <w:sz w:val="22"/>
              </w:rPr>
              <w:t>Appropriate capacity, governance and financial resilience.</w:t>
            </w:r>
          </w:p>
        </w:tc>
      </w:tr>
      <w:tr w:rsidR="001D08E1" w:rsidRPr="00C70152" w14:paraId="2C97A908" w14:textId="77777777">
        <w:trPr>
          <w:cantSplit/>
        </w:trPr>
        <w:tc>
          <w:tcPr>
            <w:tcW w:w="2948" w:type="dxa"/>
            <w:shd w:val="clear" w:color="auto" w:fill="F5F5F5"/>
            <w:tcMar>
              <w:top w:w="90" w:type="dxa"/>
              <w:left w:w="110" w:type="dxa"/>
              <w:bottom w:w="90" w:type="dxa"/>
              <w:right w:w="110" w:type="dxa"/>
            </w:tcMar>
            <w:vAlign w:val="center"/>
          </w:tcPr>
          <w:p w14:paraId="364B34DA" w14:textId="77777777" w:rsidR="001D08E1" w:rsidRPr="00C70152" w:rsidRDefault="001D08E1">
            <w:pPr>
              <w:spacing w:after="20" w:line="240" w:lineRule="auto"/>
              <w:rPr>
                <w:color w:val="auto"/>
                <w:sz w:val="22"/>
              </w:rPr>
            </w:pPr>
            <w:r w:rsidRPr="00C70152">
              <w:rPr>
                <w:b/>
                <w:color w:val="auto"/>
                <w:sz w:val="22"/>
              </w:rPr>
              <w:t>Talent, Impact &amp; Value</w:t>
            </w:r>
          </w:p>
        </w:tc>
        <w:tc>
          <w:tcPr>
            <w:tcW w:w="6690" w:type="dxa"/>
            <w:shd w:val="clear" w:color="auto" w:fill="F5F5F5"/>
            <w:tcMar>
              <w:top w:w="90" w:type="dxa"/>
              <w:left w:w="110" w:type="dxa"/>
              <w:bottom w:w="90" w:type="dxa"/>
              <w:right w:w="110" w:type="dxa"/>
            </w:tcMar>
            <w:vAlign w:val="center"/>
          </w:tcPr>
          <w:p w14:paraId="7E375A7F" w14:textId="77777777" w:rsidR="001D08E1" w:rsidRPr="00C70152" w:rsidRDefault="001D08E1">
            <w:pPr>
              <w:spacing w:after="20" w:line="240" w:lineRule="auto"/>
              <w:rPr>
                <w:color w:val="auto"/>
                <w:sz w:val="22"/>
              </w:rPr>
            </w:pPr>
            <w:r w:rsidRPr="00C70152">
              <w:rPr>
                <w:color w:val="auto"/>
                <w:sz w:val="22"/>
              </w:rPr>
              <w:t>Developing local talent and opportunity, with credible outcomes and wider value for Bradford.</w:t>
            </w:r>
          </w:p>
        </w:tc>
      </w:tr>
      <w:tr w:rsidR="001D08E1" w:rsidRPr="00C70152" w14:paraId="6E907875" w14:textId="77777777">
        <w:trPr>
          <w:cantSplit/>
        </w:trPr>
        <w:tc>
          <w:tcPr>
            <w:tcW w:w="2948" w:type="dxa"/>
            <w:shd w:val="clear" w:color="auto" w:fill="E7E6E6"/>
            <w:tcMar>
              <w:top w:w="90" w:type="dxa"/>
              <w:left w:w="110" w:type="dxa"/>
              <w:bottom w:w="90" w:type="dxa"/>
              <w:right w:w="110" w:type="dxa"/>
            </w:tcMar>
            <w:vAlign w:val="center"/>
          </w:tcPr>
          <w:p w14:paraId="513C6B27" w14:textId="77777777" w:rsidR="001D08E1" w:rsidRPr="00C70152" w:rsidRDefault="001D08E1">
            <w:pPr>
              <w:spacing w:after="20" w:line="240" w:lineRule="auto"/>
              <w:rPr>
                <w:color w:val="auto"/>
                <w:sz w:val="22"/>
              </w:rPr>
            </w:pPr>
            <w:r w:rsidRPr="00C70152">
              <w:rPr>
                <w:b/>
                <w:color w:val="auto"/>
                <w:sz w:val="22"/>
              </w:rPr>
              <w:t>Need &amp; Additionality</w:t>
            </w:r>
          </w:p>
        </w:tc>
        <w:tc>
          <w:tcPr>
            <w:tcW w:w="6690" w:type="dxa"/>
            <w:shd w:val="clear" w:color="auto" w:fill="FFFFFF"/>
            <w:tcMar>
              <w:top w:w="90" w:type="dxa"/>
              <w:left w:w="110" w:type="dxa"/>
              <w:bottom w:w="90" w:type="dxa"/>
              <w:right w:w="110" w:type="dxa"/>
            </w:tcMar>
            <w:vAlign w:val="center"/>
          </w:tcPr>
          <w:p w14:paraId="15E78971" w14:textId="77777777" w:rsidR="001D08E1" w:rsidRPr="00C70152" w:rsidRDefault="001D08E1">
            <w:pPr>
              <w:spacing w:after="20" w:line="240" w:lineRule="auto"/>
              <w:rPr>
                <w:color w:val="auto"/>
                <w:sz w:val="22"/>
              </w:rPr>
            </w:pPr>
            <w:r w:rsidRPr="00C70152">
              <w:rPr>
                <w:color w:val="auto"/>
                <w:sz w:val="22"/>
              </w:rPr>
              <w:t xml:space="preserve">Financial need for Council investment, access to reserves and other funding, and the additional benefit the investment would enable. </w:t>
            </w:r>
          </w:p>
        </w:tc>
      </w:tr>
    </w:tbl>
    <w:p w14:paraId="3608E70B" w14:textId="6DC99D6F" w:rsidR="00BD7720" w:rsidRPr="001D08E1" w:rsidRDefault="00BD7720">
      <w:pPr>
        <w:rPr>
          <w:sz w:val="22"/>
        </w:rPr>
      </w:pPr>
    </w:p>
    <w:p w14:paraId="0E9473FB" w14:textId="77777777" w:rsidR="00BD7720" w:rsidRPr="001D08E1" w:rsidRDefault="005E545F">
      <w:pPr>
        <w:keepNext/>
        <w:keepLines/>
        <w:spacing w:before="160" w:after="140" w:line="240" w:lineRule="auto"/>
        <w:rPr>
          <w:sz w:val="22"/>
          <w:szCs w:val="24"/>
        </w:rPr>
      </w:pPr>
      <w:r w:rsidRPr="001D08E1">
        <w:rPr>
          <w:rFonts w:eastAsia="Arial"/>
          <w:b/>
          <w:color w:val="000000"/>
          <w:sz w:val="32"/>
          <w:szCs w:val="24"/>
        </w:rPr>
        <w:t>1: Organisation and Application Details</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4932"/>
        <w:gridCol w:w="4932"/>
      </w:tblGrid>
      <w:tr w:rsidR="00BD7720" w:rsidRPr="001D08E1" w14:paraId="3B4ABA98" w14:textId="77777777">
        <w:trPr>
          <w:cantSplit/>
          <w:trHeight w:val="340"/>
          <w:jc w:val="center"/>
        </w:trPr>
        <w:tc>
          <w:tcPr>
            <w:tcW w:w="4932" w:type="dxa"/>
            <w:shd w:val="clear" w:color="auto" w:fill="E7E7E7"/>
            <w:tcMar>
              <w:top w:w="80" w:type="dxa"/>
              <w:left w:w="90" w:type="dxa"/>
              <w:bottom w:w="80" w:type="dxa"/>
              <w:right w:w="90" w:type="dxa"/>
            </w:tcMar>
            <w:vAlign w:val="center"/>
          </w:tcPr>
          <w:p w14:paraId="703215A2" w14:textId="77777777" w:rsidR="00BD7720" w:rsidRPr="001D08E1" w:rsidRDefault="005E545F">
            <w:pPr>
              <w:spacing w:after="0" w:line="240" w:lineRule="auto"/>
              <w:rPr>
                <w:sz w:val="22"/>
              </w:rPr>
            </w:pPr>
            <w:r w:rsidRPr="001D08E1">
              <w:rPr>
                <w:rFonts w:eastAsia="Arial"/>
                <w:b/>
                <w:color w:val="000000"/>
                <w:sz w:val="22"/>
              </w:rPr>
              <w:t>Organisation legal name</w:t>
            </w:r>
          </w:p>
        </w:tc>
        <w:tc>
          <w:tcPr>
            <w:tcW w:w="4932" w:type="dxa"/>
            <w:tcMar>
              <w:top w:w="80" w:type="dxa"/>
              <w:left w:w="90" w:type="dxa"/>
              <w:bottom w:w="80" w:type="dxa"/>
              <w:right w:w="90" w:type="dxa"/>
            </w:tcMar>
            <w:vAlign w:val="center"/>
          </w:tcPr>
          <w:p w14:paraId="4C74E38F" w14:textId="77777777" w:rsidR="00BD7720" w:rsidRPr="001D08E1" w:rsidRDefault="00BD7720">
            <w:pPr>
              <w:spacing w:after="0" w:line="240" w:lineRule="auto"/>
              <w:rPr>
                <w:sz w:val="22"/>
              </w:rPr>
            </w:pPr>
          </w:p>
        </w:tc>
      </w:tr>
      <w:tr w:rsidR="00BD7720" w:rsidRPr="001D08E1" w14:paraId="637D3A30" w14:textId="77777777">
        <w:trPr>
          <w:cantSplit/>
          <w:trHeight w:val="340"/>
          <w:jc w:val="center"/>
        </w:trPr>
        <w:tc>
          <w:tcPr>
            <w:tcW w:w="4932" w:type="dxa"/>
            <w:shd w:val="clear" w:color="auto" w:fill="E7E7E7"/>
            <w:tcMar>
              <w:top w:w="80" w:type="dxa"/>
              <w:left w:w="90" w:type="dxa"/>
              <w:bottom w:w="80" w:type="dxa"/>
              <w:right w:w="90" w:type="dxa"/>
            </w:tcMar>
            <w:vAlign w:val="center"/>
          </w:tcPr>
          <w:p w14:paraId="3CE5244C" w14:textId="77777777" w:rsidR="00BD7720" w:rsidRPr="001D08E1" w:rsidRDefault="005E545F">
            <w:pPr>
              <w:spacing w:after="0" w:line="240" w:lineRule="auto"/>
              <w:rPr>
                <w:sz w:val="22"/>
              </w:rPr>
            </w:pPr>
            <w:r w:rsidRPr="001D08E1">
              <w:rPr>
                <w:rFonts w:eastAsia="Arial"/>
                <w:b/>
                <w:color w:val="000000"/>
                <w:sz w:val="22"/>
              </w:rPr>
              <w:t>Trading name if different</w:t>
            </w:r>
          </w:p>
        </w:tc>
        <w:tc>
          <w:tcPr>
            <w:tcW w:w="4932" w:type="dxa"/>
            <w:tcMar>
              <w:top w:w="80" w:type="dxa"/>
              <w:left w:w="90" w:type="dxa"/>
              <w:bottom w:w="80" w:type="dxa"/>
              <w:right w:w="90" w:type="dxa"/>
            </w:tcMar>
            <w:vAlign w:val="center"/>
          </w:tcPr>
          <w:p w14:paraId="3DAE5199" w14:textId="77777777" w:rsidR="00BD7720" w:rsidRPr="001D08E1" w:rsidRDefault="00BD7720">
            <w:pPr>
              <w:spacing w:after="0" w:line="240" w:lineRule="auto"/>
              <w:rPr>
                <w:sz w:val="22"/>
              </w:rPr>
            </w:pPr>
          </w:p>
        </w:tc>
      </w:tr>
      <w:tr w:rsidR="00BD7720" w:rsidRPr="001D08E1" w14:paraId="5B8BC152" w14:textId="77777777">
        <w:trPr>
          <w:cantSplit/>
          <w:trHeight w:val="340"/>
          <w:jc w:val="center"/>
        </w:trPr>
        <w:tc>
          <w:tcPr>
            <w:tcW w:w="4932" w:type="dxa"/>
            <w:shd w:val="clear" w:color="auto" w:fill="E7E7E7"/>
            <w:tcMar>
              <w:top w:w="80" w:type="dxa"/>
              <w:left w:w="90" w:type="dxa"/>
              <w:bottom w:w="80" w:type="dxa"/>
              <w:right w:w="90" w:type="dxa"/>
            </w:tcMar>
            <w:vAlign w:val="center"/>
          </w:tcPr>
          <w:p w14:paraId="562E3AF2" w14:textId="77777777" w:rsidR="00BD7720" w:rsidRPr="001D08E1" w:rsidRDefault="005E545F">
            <w:pPr>
              <w:spacing w:after="0" w:line="240" w:lineRule="auto"/>
              <w:rPr>
                <w:sz w:val="22"/>
              </w:rPr>
            </w:pPr>
            <w:r w:rsidRPr="001D08E1">
              <w:rPr>
                <w:rFonts w:eastAsia="Arial"/>
                <w:b/>
                <w:color w:val="000000"/>
                <w:sz w:val="22"/>
              </w:rPr>
              <w:t>Registered address</w:t>
            </w:r>
          </w:p>
        </w:tc>
        <w:tc>
          <w:tcPr>
            <w:tcW w:w="4932" w:type="dxa"/>
            <w:tcMar>
              <w:top w:w="80" w:type="dxa"/>
              <w:left w:w="90" w:type="dxa"/>
              <w:bottom w:w="80" w:type="dxa"/>
              <w:right w:w="90" w:type="dxa"/>
            </w:tcMar>
            <w:vAlign w:val="center"/>
          </w:tcPr>
          <w:p w14:paraId="46984B40" w14:textId="77777777" w:rsidR="00BD7720" w:rsidRPr="001D08E1" w:rsidRDefault="00BD7720">
            <w:pPr>
              <w:spacing w:after="0" w:line="240" w:lineRule="auto"/>
              <w:rPr>
                <w:sz w:val="22"/>
              </w:rPr>
            </w:pPr>
          </w:p>
        </w:tc>
      </w:tr>
      <w:tr w:rsidR="00BD7720" w:rsidRPr="001D08E1" w14:paraId="6EFEB2AF" w14:textId="77777777">
        <w:trPr>
          <w:cantSplit/>
          <w:trHeight w:val="340"/>
          <w:jc w:val="center"/>
        </w:trPr>
        <w:tc>
          <w:tcPr>
            <w:tcW w:w="4932" w:type="dxa"/>
            <w:shd w:val="clear" w:color="auto" w:fill="E7E7E7"/>
            <w:tcMar>
              <w:top w:w="80" w:type="dxa"/>
              <w:left w:w="90" w:type="dxa"/>
              <w:bottom w:w="80" w:type="dxa"/>
              <w:right w:w="90" w:type="dxa"/>
            </w:tcMar>
            <w:vAlign w:val="center"/>
          </w:tcPr>
          <w:p w14:paraId="1B845649" w14:textId="77777777" w:rsidR="00BD7720" w:rsidRPr="001D08E1" w:rsidRDefault="005E545F">
            <w:pPr>
              <w:spacing w:after="0" w:line="240" w:lineRule="auto"/>
              <w:rPr>
                <w:sz w:val="22"/>
              </w:rPr>
            </w:pPr>
            <w:r w:rsidRPr="001D08E1">
              <w:rPr>
                <w:rFonts w:eastAsia="Arial"/>
                <w:b/>
                <w:color w:val="000000"/>
                <w:sz w:val="22"/>
              </w:rPr>
              <w:t>Postcode</w:t>
            </w:r>
          </w:p>
        </w:tc>
        <w:tc>
          <w:tcPr>
            <w:tcW w:w="4932" w:type="dxa"/>
            <w:tcMar>
              <w:top w:w="80" w:type="dxa"/>
              <w:left w:w="90" w:type="dxa"/>
              <w:bottom w:w="80" w:type="dxa"/>
              <w:right w:w="90" w:type="dxa"/>
            </w:tcMar>
            <w:vAlign w:val="center"/>
          </w:tcPr>
          <w:p w14:paraId="3EEEECC9" w14:textId="77777777" w:rsidR="00BD7720" w:rsidRPr="001D08E1" w:rsidRDefault="00BD7720">
            <w:pPr>
              <w:spacing w:after="0" w:line="240" w:lineRule="auto"/>
              <w:rPr>
                <w:sz w:val="22"/>
              </w:rPr>
            </w:pPr>
          </w:p>
        </w:tc>
      </w:tr>
      <w:tr w:rsidR="00BD7720" w:rsidRPr="001D08E1" w14:paraId="00246DE4" w14:textId="77777777">
        <w:trPr>
          <w:cantSplit/>
          <w:trHeight w:val="340"/>
          <w:jc w:val="center"/>
        </w:trPr>
        <w:tc>
          <w:tcPr>
            <w:tcW w:w="4932" w:type="dxa"/>
            <w:shd w:val="clear" w:color="auto" w:fill="E7E7E7"/>
            <w:tcMar>
              <w:top w:w="80" w:type="dxa"/>
              <w:left w:w="90" w:type="dxa"/>
              <w:bottom w:w="80" w:type="dxa"/>
              <w:right w:w="90" w:type="dxa"/>
            </w:tcMar>
            <w:vAlign w:val="center"/>
          </w:tcPr>
          <w:p w14:paraId="3C19D158" w14:textId="77777777" w:rsidR="00BD7720" w:rsidRPr="001D08E1" w:rsidRDefault="005E545F">
            <w:pPr>
              <w:spacing w:after="0" w:line="240" w:lineRule="auto"/>
              <w:rPr>
                <w:sz w:val="22"/>
              </w:rPr>
            </w:pPr>
            <w:r w:rsidRPr="001D08E1">
              <w:rPr>
                <w:rFonts w:eastAsia="Arial"/>
                <w:b/>
                <w:color w:val="000000"/>
                <w:sz w:val="22"/>
              </w:rPr>
              <w:lastRenderedPageBreak/>
              <w:t>Main contact name</w:t>
            </w:r>
          </w:p>
        </w:tc>
        <w:tc>
          <w:tcPr>
            <w:tcW w:w="4932" w:type="dxa"/>
            <w:tcMar>
              <w:top w:w="80" w:type="dxa"/>
              <w:left w:w="90" w:type="dxa"/>
              <w:bottom w:w="80" w:type="dxa"/>
              <w:right w:w="90" w:type="dxa"/>
            </w:tcMar>
            <w:vAlign w:val="center"/>
          </w:tcPr>
          <w:p w14:paraId="4580FADB" w14:textId="77777777" w:rsidR="00BD7720" w:rsidRPr="001D08E1" w:rsidRDefault="00BD7720">
            <w:pPr>
              <w:spacing w:after="0" w:line="240" w:lineRule="auto"/>
              <w:rPr>
                <w:sz w:val="22"/>
              </w:rPr>
            </w:pPr>
          </w:p>
        </w:tc>
      </w:tr>
      <w:tr w:rsidR="00BD7720" w:rsidRPr="001D08E1" w14:paraId="513892FD" w14:textId="77777777">
        <w:trPr>
          <w:cantSplit/>
          <w:trHeight w:val="340"/>
          <w:jc w:val="center"/>
        </w:trPr>
        <w:tc>
          <w:tcPr>
            <w:tcW w:w="4932" w:type="dxa"/>
            <w:shd w:val="clear" w:color="auto" w:fill="E7E7E7"/>
            <w:tcMar>
              <w:top w:w="80" w:type="dxa"/>
              <w:left w:w="90" w:type="dxa"/>
              <w:bottom w:w="80" w:type="dxa"/>
              <w:right w:w="90" w:type="dxa"/>
            </w:tcMar>
            <w:vAlign w:val="center"/>
          </w:tcPr>
          <w:p w14:paraId="10987E80" w14:textId="77777777" w:rsidR="00BD7720" w:rsidRPr="001D08E1" w:rsidRDefault="005E545F">
            <w:pPr>
              <w:spacing w:after="0" w:line="240" w:lineRule="auto"/>
              <w:rPr>
                <w:sz w:val="22"/>
              </w:rPr>
            </w:pPr>
            <w:r w:rsidRPr="001D08E1">
              <w:rPr>
                <w:rFonts w:eastAsia="Arial"/>
                <w:b/>
                <w:color w:val="000000"/>
                <w:sz w:val="22"/>
              </w:rPr>
              <w:t>Job title or role</w:t>
            </w:r>
          </w:p>
        </w:tc>
        <w:tc>
          <w:tcPr>
            <w:tcW w:w="4932" w:type="dxa"/>
            <w:tcMar>
              <w:top w:w="80" w:type="dxa"/>
              <w:left w:w="90" w:type="dxa"/>
              <w:bottom w:w="80" w:type="dxa"/>
              <w:right w:w="90" w:type="dxa"/>
            </w:tcMar>
            <w:vAlign w:val="center"/>
          </w:tcPr>
          <w:p w14:paraId="4539B098" w14:textId="77777777" w:rsidR="00BD7720" w:rsidRPr="001D08E1" w:rsidRDefault="00BD7720">
            <w:pPr>
              <w:spacing w:after="0" w:line="240" w:lineRule="auto"/>
              <w:rPr>
                <w:sz w:val="22"/>
              </w:rPr>
            </w:pPr>
          </w:p>
        </w:tc>
      </w:tr>
      <w:tr w:rsidR="00BD7720" w:rsidRPr="001D08E1" w14:paraId="31777497" w14:textId="77777777">
        <w:trPr>
          <w:cantSplit/>
          <w:trHeight w:val="340"/>
          <w:jc w:val="center"/>
        </w:trPr>
        <w:tc>
          <w:tcPr>
            <w:tcW w:w="4932" w:type="dxa"/>
            <w:shd w:val="clear" w:color="auto" w:fill="E7E7E7"/>
            <w:tcMar>
              <w:top w:w="80" w:type="dxa"/>
              <w:left w:w="90" w:type="dxa"/>
              <w:bottom w:w="80" w:type="dxa"/>
              <w:right w:w="90" w:type="dxa"/>
            </w:tcMar>
            <w:vAlign w:val="center"/>
          </w:tcPr>
          <w:p w14:paraId="026BC2D0" w14:textId="77777777" w:rsidR="00BD7720" w:rsidRPr="001D08E1" w:rsidRDefault="005E545F">
            <w:pPr>
              <w:spacing w:after="0" w:line="240" w:lineRule="auto"/>
              <w:rPr>
                <w:sz w:val="22"/>
              </w:rPr>
            </w:pPr>
            <w:r w:rsidRPr="001D08E1">
              <w:rPr>
                <w:rFonts w:eastAsia="Arial"/>
                <w:b/>
                <w:color w:val="000000"/>
                <w:sz w:val="22"/>
              </w:rPr>
              <w:t>Email address</w:t>
            </w:r>
          </w:p>
        </w:tc>
        <w:tc>
          <w:tcPr>
            <w:tcW w:w="4932" w:type="dxa"/>
            <w:tcMar>
              <w:top w:w="80" w:type="dxa"/>
              <w:left w:w="90" w:type="dxa"/>
              <w:bottom w:w="80" w:type="dxa"/>
              <w:right w:w="90" w:type="dxa"/>
            </w:tcMar>
            <w:vAlign w:val="center"/>
          </w:tcPr>
          <w:p w14:paraId="7B1D634D" w14:textId="77777777" w:rsidR="00BD7720" w:rsidRPr="001D08E1" w:rsidRDefault="00BD7720">
            <w:pPr>
              <w:spacing w:after="0" w:line="240" w:lineRule="auto"/>
              <w:rPr>
                <w:sz w:val="22"/>
              </w:rPr>
            </w:pPr>
          </w:p>
        </w:tc>
      </w:tr>
      <w:tr w:rsidR="00BD7720" w:rsidRPr="001D08E1" w14:paraId="52E143D9" w14:textId="77777777">
        <w:trPr>
          <w:cantSplit/>
          <w:trHeight w:val="340"/>
          <w:jc w:val="center"/>
        </w:trPr>
        <w:tc>
          <w:tcPr>
            <w:tcW w:w="4932" w:type="dxa"/>
            <w:shd w:val="clear" w:color="auto" w:fill="E7E7E7"/>
            <w:tcMar>
              <w:top w:w="80" w:type="dxa"/>
              <w:left w:w="90" w:type="dxa"/>
              <w:bottom w:w="80" w:type="dxa"/>
              <w:right w:w="90" w:type="dxa"/>
            </w:tcMar>
            <w:vAlign w:val="center"/>
          </w:tcPr>
          <w:p w14:paraId="4EC099C0" w14:textId="77777777" w:rsidR="00BD7720" w:rsidRPr="001D08E1" w:rsidRDefault="005E545F">
            <w:pPr>
              <w:spacing w:after="0" w:line="240" w:lineRule="auto"/>
              <w:rPr>
                <w:sz w:val="22"/>
              </w:rPr>
            </w:pPr>
            <w:r w:rsidRPr="001D08E1">
              <w:rPr>
                <w:rFonts w:eastAsia="Arial"/>
                <w:b/>
                <w:color w:val="000000"/>
                <w:sz w:val="22"/>
              </w:rPr>
              <w:t>Telephone number</w:t>
            </w:r>
          </w:p>
        </w:tc>
        <w:tc>
          <w:tcPr>
            <w:tcW w:w="4932" w:type="dxa"/>
            <w:tcMar>
              <w:top w:w="80" w:type="dxa"/>
              <w:left w:w="90" w:type="dxa"/>
              <w:bottom w:w="80" w:type="dxa"/>
              <w:right w:w="90" w:type="dxa"/>
            </w:tcMar>
            <w:vAlign w:val="center"/>
          </w:tcPr>
          <w:p w14:paraId="4DD72CDF" w14:textId="77777777" w:rsidR="00BD7720" w:rsidRPr="001D08E1" w:rsidRDefault="00BD7720">
            <w:pPr>
              <w:spacing w:after="0" w:line="240" w:lineRule="auto"/>
              <w:rPr>
                <w:sz w:val="22"/>
              </w:rPr>
            </w:pPr>
          </w:p>
        </w:tc>
      </w:tr>
      <w:tr w:rsidR="00BD7720" w:rsidRPr="001D08E1" w14:paraId="1ED857F9" w14:textId="77777777">
        <w:trPr>
          <w:cantSplit/>
          <w:trHeight w:val="340"/>
          <w:jc w:val="center"/>
        </w:trPr>
        <w:tc>
          <w:tcPr>
            <w:tcW w:w="4932" w:type="dxa"/>
            <w:shd w:val="clear" w:color="auto" w:fill="E7E7E7"/>
            <w:tcMar>
              <w:top w:w="80" w:type="dxa"/>
              <w:left w:w="90" w:type="dxa"/>
              <w:bottom w:w="80" w:type="dxa"/>
              <w:right w:w="90" w:type="dxa"/>
            </w:tcMar>
            <w:vAlign w:val="center"/>
          </w:tcPr>
          <w:p w14:paraId="26F4B7B2" w14:textId="77777777" w:rsidR="00BD7720" w:rsidRPr="001D08E1" w:rsidRDefault="005E545F">
            <w:pPr>
              <w:spacing w:after="0" w:line="240" w:lineRule="auto"/>
              <w:rPr>
                <w:sz w:val="22"/>
              </w:rPr>
            </w:pPr>
            <w:r w:rsidRPr="001D08E1">
              <w:rPr>
                <w:rFonts w:eastAsia="Arial"/>
                <w:b/>
                <w:color w:val="000000"/>
                <w:sz w:val="22"/>
              </w:rPr>
              <w:t>Website</w:t>
            </w:r>
          </w:p>
        </w:tc>
        <w:tc>
          <w:tcPr>
            <w:tcW w:w="4932" w:type="dxa"/>
            <w:tcMar>
              <w:top w:w="80" w:type="dxa"/>
              <w:left w:w="90" w:type="dxa"/>
              <w:bottom w:w="80" w:type="dxa"/>
              <w:right w:w="90" w:type="dxa"/>
            </w:tcMar>
            <w:vAlign w:val="center"/>
          </w:tcPr>
          <w:p w14:paraId="1537F5AB" w14:textId="77777777" w:rsidR="00BD7720" w:rsidRPr="001D08E1" w:rsidRDefault="00BD7720">
            <w:pPr>
              <w:spacing w:after="0" w:line="240" w:lineRule="auto"/>
              <w:rPr>
                <w:sz w:val="22"/>
              </w:rPr>
            </w:pPr>
          </w:p>
        </w:tc>
      </w:tr>
      <w:tr w:rsidR="00BD7720" w:rsidRPr="001D08E1" w14:paraId="6D0383B6" w14:textId="77777777">
        <w:trPr>
          <w:cantSplit/>
          <w:trHeight w:val="340"/>
          <w:jc w:val="center"/>
        </w:trPr>
        <w:tc>
          <w:tcPr>
            <w:tcW w:w="4932" w:type="dxa"/>
            <w:shd w:val="clear" w:color="auto" w:fill="E7E7E7"/>
            <w:tcMar>
              <w:top w:w="80" w:type="dxa"/>
              <w:left w:w="90" w:type="dxa"/>
              <w:bottom w:w="80" w:type="dxa"/>
              <w:right w:w="90" w:type="dxa"/>
            </w:tcMar>
            <w:vAlign w:val="center"/>
          </w:tcPr>
          <w:p w14:paraId="6CB39D6F" w14:textId="77777777" w:rsidR="00BD7720" w:rsidRPr="001D08E1" w:rsidRDefault="005E545F">
            <w:pPr>
              <w:spacing w:after="0" w:line="240" w:lineRule="auto"/>
              <w:rPr>
                <w:sz w:val="22"/>
              </w:rPr>
            </w:pPr>
            <w:r w:rsidRPr="001D08E1">
              <w:rPr>
                <w:rFonts w:eastAsia="Arial"/>
                <w:b/>
                <w:color w:val="000000"/>
                <w:sz w:val="22"/>
              </w:rPr>
              <w:t>Company registration number</w:t>
            </w:r>
          </w:p>
        </w:tc>
        <w:tc>
          <w:tcPr>
            <w:tcW w:w="4932" w:type="dxa"/>
            <w:tcMar>
              <w:top w:w="80" w:type="dxa"/>
              <w:left w:w="90" w:type="dxa"/>
              <w:bottom w:w="80" w:type="dxa"/>
              <w:right w:w="90" w:type="dxa"/>
            </w:tcMar>
            <w:vAlign w:val="center"/>
          </w:tcPr>
          <w:p w14:paraId="41AB8B15" w14:textId="77777777" w:rsidR="00BD7720" w:rsidRPr="001D08E1" w:rsidRDefault="00BD7720">
            <w:pPr>
              <w:spacing w:after="0" w:line="240" w:lineRule="auto"/>
              <w:rPr>
                <w:sz w:val="22"/>
              </w:rPr>
            </w:pPr>
          </w:p>
        </w:tc>
      </w:tr>
      <w:tr w:rsidR="00BD7720" w:rsidRPr="001D08E1" w14:paraId="75D26222" w14:textId="77777777">
        <w:trPr>
          <w:cantSplit/>
          <w:trHeight w:val="340"/>
          <w:jc w:val="center"/>
        </w:trPr>
        <w:tc>
          <w:tcPr>
            <w:tcW w:w="4932" w:type="dxa"/>
            <w:shd w:val="clear" w:color="auto" w:fill="E7E7E7"/>
            <w:tcMar>
              <w:top w:w="80" w:type="dxa"/>
              <w:left w:w="90" w:type="dxa"/>
              <w:bottom w:w="80" w:type="dxa"/>
              <w:right w:w="90" w:type="dxa"/>
            </w:tcMar>
            <w:vAlign w:val="center"/>
          </w:tcPr>
          <w:p w14:paraId="3AE0CA37" w14:textId="77777777" w:rsidR="00BD7720" w:rsidRPr="001D08E1" w:rsidRDefault="005E545F">
            <w:pPr>
              <w:spacing w:after="0" w:line="240" w:lineRule="auto"/>
              <w:rPr>
                <w:sz w:val="22"/>
              </w:rPr>
            </w:pPr>
            <w:r w:rsidRPr="001D08E1">
              <w:rPr>
                <w:rFonts w:eastAsia="Arial"/>
                <w:b/>
                <w:color w:val="000000"/>
                <w:sz w:val="22"/>
              </w:rPr>
              <w:t>Charity registration number</w:t>
            </w:r>
          </w:p>
        </w:tc>
        <w:tc>
          <w:tcPr>
            <w:tcW w:w="4932" w:type="dxa"/>
            <w:tcMar>
              <w:top w:w="80" w:type="dxa"/>
              <w:left w:w="90" w:type="dxa"/>
              <w:bottom w:w="80" w:type="dxa"/>
              <w:right w:w="90" w:type="dxa"/>
            </w:tcMar>
            <w:vAlign w:val="center"/>
          </w:tcPr>
          <w:p w14:paraId="5CBA6570" w14:textId="77777777" w:rsidR="00BD7720" w:rsidRPr="001D08E1" w:rsidRDefault="00BD7720">
            <w:pPr>
              <w:spacing w:after="0" w:line="240" w:lineRule="auto"/>
              <w:rPr>
                <w:sz w:val="22"/>
              </w:rPr>
            </w:pPr>
          </w:p>
        </w:tc>
      </w:tr>
      <w:tr w:rsidR="00BD7720" w:rsidRPr="001D08E1" w14:paraId="23F34CA6" w14:textId="77777777">
        <w:trPr>
          <w:cantSplit/>
          <w:trHeight w:val="340"/>
          <w:jc w:val="center"/>
        </w:trPr>
        <w:tc>
          <w:tcPr>
            <w:tcW w:w="4932" w:type="dxa"/>
            <w:shd w:val="clear" w:color="auto" w:fill="E7E7E7"/>
            <w:tcMar>
              <w:top w:w="80" w:type="dxa"/>
              <w:left w:w="90" w:type="dxa"/>
              <w:bottom w:w="80" w:type="dxa"/>
              <w:right w:w="90" w:type="dxa"/>
            </w:tcMar>
            <w:vAlign w:val="center"/>
          </w:tcPr>
          <w:p w14:paraId="230BBA80" w14:textId="77777777" w:rsidR="00BD7720" w:rsidRPr="001D08E1" w:rsidRDefault="005E545F">
            <w:pPr>
              <w:spacing w:after="0" w:line="240" w:lineRule="auto"/>
              <w:rPr>
                <w:sz w:val="22"/>
              </w:rPr>
            </w:pPr>
            <w:r w:rsidRPr="001D08E1">
              <w:rPr>
                <w:rFonts w:eastAsia="Arial"/>
                <w:b/>
                <w:color w:val="000000"/>
                <w:sz w:val="22"/>
              </w:rPr>
              <w:t>Other registration number and regulator</w:t>
            </w:r>
          </w:p>
        </w:tc>
        <w:tc>
          <w:tcPr>
            <w:tcW w:w="4932" w:type="dxa"/>
            <w:tcMar>
              <w:top w:w="80" w:type="dxa"/>
              <w:left w:w="90" w:type="dxa"/>
              <w:bottom w:w="80" w:type="dxa"/>
              <w:right w:w="90" w:type="dxa"/>
            </w:tcMar>
            <w:vAlign w:val="center"/>
          </w:tcPr>
          <w:p w14:paraId="13FE75A1" w14:textId="77777777" w:rsidR="00BD7720" w:rsidRPr="001D08E1" w:rsidRDefault="00BD7720">
            <w:pPr>
              <w:spacing w:after="0" w:line="240" w:lineRule="auto"/>
              <w:rPr>
                <w:sz w:val="22"/>
              </w:rPr>
            </w:pPr>
          </w:p>
        </w:tc>
      </w:tr>
    </w:tbl>
    <w:p w14:paraId="47D047C2" w14:textId="77777777" w:rsidR="00BD7720" w:rsidRDefault="00BD7720">
      <w:pPr>
        <w:spacing w:after="40" w:line="240" w:lineRule="auto"/>
      </w:pPr>
    </w:p>
    <w:p w14:paraId="1C5DB3F2" w14:textId="77777777" w:rsidR="00BD7720" w:rsidRPr="001D08E1" w:rsidRDefault="005E545F">
      <w:pPr>
        <w:keepNext/>
        <w:keepLines/>
        <w:spacing w:before="120" w:after="40" w:line="240" w:lineRule="auto"/>
        <w:rPr>
          <w:color w:val="984806" w:themeColor="accent6" w:themeShade="80"/>
          <w:sz w:val="22"/>
        </w:rPr>
      </w:pPr>
      <w:r w:rsidRPr="001D08E1">
        <w:rPr>
          <w:rFonts w:eastAsia="Arial"/>
          <w:b/>
          <w:color w:val="984806" w:themeColor="accent6" w:themeShade="80"/>
          <w:sz w:val="22"/>
        </w:rPr>
        <w:t>LEGAL STATUS</w:t>
      </w:r>
    </w:p>
    <w:p w14:paraId="51CD15EB" w14:textId="77777777" w:rsidR="00BD7720" w:rsidRPr="001D08E1" w:rsidRDefault="005E545F">
      <w:pPr>
        <w:keepNext/>
        <w:keepLines/>
        <w:spacing w:after="60" w:line="240" w:lineRule="auto"/>
        <w:rPr>
          <w:sz w:val="22"/>
        </w:rPr>
      </w:pPr>
      <w:r w:rsidRPr="00000AAA">
        <w:rPr>
          <w:rFonts w:eastAsia="Arial"/>
          <w:color w:val="747474"/>
          <w:sz w:val="22"/>
        </w:rPr>
        <w:t>Tick every option that applies.</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4932"/>
        <w:gridCol w:w="4932"/>
      </w:tblGrid>
      <w:tr w:rsidR="00BD7720" w:rsidRPr="001D08E1" w14:paraId="7DF2B338" w14:textId="77777777">
        <w:trPr>
          <w:cantSplit/>
          <w:trHeight w:val="330"/>
          <w:jc w:val="center"/>
        </w:trPr>
        <w:tc>
          <w:tcPr>
            <w:tcW w:w="4932" w:type="dxa"/>
            <w:tcMar>
              <w:top w:w="80" w:type="dxa"/>
              <w:left w:w="80" w:type="dxa"/>
              <w:bottom w:w="80" w:type="dxa"/>
              <w:right w:w="80" w:type="dxa"/>
            </w:tcMar>
          </w:tcPr>
          <w:p w14:paraId="43CEAB64" w14:textId="77777777" w:rsidR="00BD7720" w:rsidRPr="001D08E1" w:rsidRDefault="005E545F">
            <w:pPr>
              <w:spacing w:after="0" w:line="240" w:lineRule="auto"/>
              <w:rPr>
                <w:sz w:val="22"/>
              </w:rPr>
            </w:pPr>
            <w:r w:rsidRPr="001D08E1">
              <w:rPr>
                <w:rFonts w:eastAsia="Arial"/>
                <w:color w:val="000000"/>
                <w:sz w:val="22"/>
              </w:rPr>
              <w:t>☐ Charitable Incorporated Organisation (CIO)</w:t>
            </w:r>
          </w:p>
        </w:tc>
        <w:tc>
          <w:tcPr>
            <w:tcW w:w="4932" w:type="dxa"/>
            <w:tcMar>
              <w:top w:w="80" w:type="dxa"/>
              <w:left w:w="80" w:type="dxa"/>
              <w:bottom w:w="80" w:type="dxa"/>
              <w:right w:w="80" w:type="dxa"/>
            </w:tcMar>
          </w:tcPr>
          <w:p w14:paraId="6A91FF0E" w14:textId="77777777" w:rsidR="00BD7720" w:rsidRPr="001D08E1" w:rsidRDefault="005E545F">
            <w:pPr>
              <w:spacing w:after="0" w:line="240" w:lineRule="auto"/>
              <w:rPr>
                <w:sz w:val="22"/>
              </w:rPr>
            </w:pPr>
            <w:r w:rsidRPr="001D08E1">
              <w:rPr>
                <w:rFonts w:eastAsia="Arial"/>
                <w:color w:val="000000"/>
                <w:sz w:val="22"/>
              </w:rPr>
              <w:t>☐ Registered Charity</w:t>
            </w:r>
          </w:p>
        </w:tc>
      </w:tr>
      <w:tr w:rsidR="00BD7720" w:rsidRPr="001D08E1" w14:paraId="08F3B063" w14:textId="77777777">
        <w:trPr>
          <w:cantSplit/>
          <w:trHeight w:val="330"/>
          <w:jc w:val="center"/>
        </w:trPr>
        <w:tc>
          <w:tcPr>
            <w:tcW w:w="4932" w:type="dxa"/>
            <w:tcMar>
              <w:top w:w="80" w:type="dxa"/>
              <w:left w:w="80" w:type="dxa"/>
              <w:bottom w:w="80" w:type="dxa"/>
              <w:right w:w="80" w:type="dxa"/>
            </w:tcMar>
          </w:tcPr>
          <w:p w14:paraId="62D26434" w14:textId="77777777" w:rsidR="00BD7720" w:rsidRPr="001D08E1" w:rsidRDefault="005E545F">
            <w:pPr>
              <w:spacing w:after="0" w:line="240" w:lineRule="auto"/>
              <w:rPr>
                <w:sz w:val="22"/>
              </w:rPr>
            </w:pPr>
            <w:r w:rsidRPr="001D08E1">
              <w:rPr>
                <w:rFonts w:eastAsia="Arial"/>
                <w:color w:val="000000"/>
                <w:sz w:val="22"/>
              </w:rPr>
              <w:t>☐ Company Limited by Guarantee</w:t>
            </w:r>
          </w:p>
        </w:tc>
        <w:tc>
          <w:tcPr>
            <w:tcW w:w="4932" w:type="dxa"/>
            <w:tcMar>
              <w:top w:w="80" w:type="dxa"/>
              <w:left w:w="80" w:type="dxa"/>
              <w:bottom w:w="80" w:type="dxa"/>
              <w:right w:w="80" w:type="dxa"/>
            </w:tcMar>
          </w:tcPr>
          <w:p w14:paraId="3C5AF848" w14:textId="77777777" w:rsidR="00BD7720" w:rsidRPr="001D08E1" w:rsidRDefault="005E545F">
            <w:pPr>
              <w:spacing w:after="0" w:line="240" w:lineRule="auto"/>
              <w:rPr>
                <w:sz w:val="22"/>
              </w:rPr>
            </w:pPr>
            <w:r w:rsidRPr="001D08E1">
              <w:rPr>
                <w:rFonts w:eastAsia="Arial"/>
                <w:color w:val="000000"/>
                <w:sz w:val="22"/>
              </w:rPr>
              <w:t>☐ Co-operative or Community Benefit Society</w:t>
            </w:r>
          </w:p>
        </w:tc>
      </w:tr>
      <w:tr w:rsidR="00BD7720" w:rsidRPr="001D08E1" w14:paraId="55C79027" w14:textId="77777777">
        <w:trPr>
          <w:cantSplit/>
          <w:trHeight w:val="330"/>
          <w:jc w:val="center"/>
        </w:trPr>
        <w:tc>
          <w:tcPr>
            <w:tcW w:w="4932" w:type="dxa"/>
            <w:tcMar>
              <w:top w:w="80" w:type="dxa"/>
              <w:left w:w="80" w:type="dxa"/>
              <w:bottom w:w="80" w:type="dxa"/>
              <w:right w:w="80" w:type="dxa"/>
            </w:tcMar>
          </w:tcPr>
          <w:p w14:paraId="07C26B5C" w14:textId="77777777" w:rsidR="00BD7720" w:rsidRPr="001D08E1" w:rsidRDefault="005E545F">
            <w:pPr>
              <w:spacing w:after="0" w:line="240" w:lineRule="auto"/>
              <w:rPr>
                <w:sz w:val="22"/>
              </w:rPr>
            </w:pPr>
            <w:r w:rsidRPr="001D08E1">
              <w:rPr>
                <w:rFonts w:eastAsia="Arial"/>
                <w:color w:val="000000"/>
                <w:sz w:val="22"/>
              </w:rPr>
              <w:t>☐ Community Interest Company (CIC)</w:t>
            </w:r>
          </w:p>
        </w:tc>
        <w:tc>
          <w:tcPr>
            <w:tcW w:w="4932" w:type="dxa"/>
            <w:tcMar>
              <w:top w:w="80" w:type="dxa"/>
              <w:left w:w="80" w:type="dxa"/>
              <w:bottom w:w="80" w:type="dxa"/>
              <w:right w:w="80" w:type="dxa"/>
            </w:tcMar>
          </w:tcPr>
          <w:p w14:paraId="489D4E09" w14:textId="77777777" w:rsidR="00BD7720" w:rsidRPr="001D08E1" w:rsidRDefault="005E545F">
            <w:pPr>
              <w:spacing w:after="0" w:line="240" w:lineRule="auto"/>
              <w:rPr>
                <w:sz w:val="22"/>
              </w:rPr>
            </w:pPr>
            <w:r w:rsidRPr="001D08E1">
              <w:rPr>
                <w:rFonts w:eastAsia="Arial"/>
                <w:color w:val="000000"/>
                <w:sz w:val="22"/>
              </w:rPr>
              <w:t>☐ Unincorporated Association</w:t>
            </w:r>
          </w:p>
        </w:tc>
      </w:tr>
      <w:tr w:rsidR="00BD7720" w:rsidRPr="001D08E1" w14:paraId="6E4A3C34" w14:textId="77777777">
        <w:trPr>
          <w:cantSplit/>
          <w:trHeight w:val="330"/>
          <w:jc w:val="center"/>
        </w:trPr>
        <w:tc>
          <w:tcPr>
            <w:tcW w:w="4932" w:type="dxa"/>
            <w:tcMar>
              <w:top w:w="80" w:type="dxa"/>
              <w:left w:w="80" w:type="dxa"/>
              <w:bottom w:w="80" w:type="dxa"/>
              <w:right w:w="80" w:type="dxa"/>
            </w:tcMar>
          </w:tcPr>
          <w:p w14:paraId="63F1FCAF" w14:textId="77777777" w:rsidR="00BD7720" w:rsidRPr="001D08E1" w:rsidRDefault="005E545F">
            <w:pPr>
              <w:spacing w:after="0" w:line="240" w:lineRule="auto"/>
              <w:rPr>
                <w:sz w:val="22"/>
              </w:rPr>
            </w:pPr>
            <w:r w:rsidRPr="001D08E1">
              <w:rPr>
                <w:rFonts w:eastAsia="Arial"/>
                <w:color w:val="000000"/>
                <w:sz w:val="22"/>
              </w:rPr>
              <w:t>☐ Charitable Company</w:t>
            </w:r>
          </w:p>
        </w:tc>
        <w:tc>
          <w:tcPr>
            <w:tcW w:w="4932" w:type="dxa"/>
            <w:tcMar>
              <w:top w:w="80" w:type="dxa"/>
              <w:left w:w="80" w:type="dxa"/>
              <w:bottom w:w="80" w:type="dxa"/>
              <w:right w:w="80" w:type="dxa"/>
            </w:tcMar>
          </w:tcPr>
          <w:p w14:paraId="5577C194" w14:textId="77777777" w:rsidR="00BD7720" w:rsidRPr="001D08E1" w:rsidRDefault="005E545F">
            <w:pPr>
              <w:spacing w:after="0" w:line="240" w:lineRule="auto"/>
              <w:rPr>
                <w:sz w:val="22"/>
              </w:rPr>
            </w:pPr>
            <w:r w:rsidRPr="001D08E1">
              <w:rPr>
                <w:rFonts w:eastAsia="Arial"/>
                <w:color w:val="000000"/>
                <w:sz w:val="22"/>
              </w:rPr>
              <w:t>☐ Other not-for-profit structure</w:t>
            </w:r>
          </w:p>
        </w:tc>
      </w:tr>
    </w:tbl>
    <w:p w14:paraId="30F4973E" w14:textId="77777777" w:rsidR="00BD7720" w:rsidRPr="001D08E1" w:rsidRDefault="00BD7720">
      <w:pPr>
        <w:spacing w:after="40" w:line="240" w:lineRule="auto"/>
        <w:rPr>
          <w:sz w:val="22"/>
        </w:rPr>
      </w:pPr>
    </w:p>
    <w:p w14:paraId="325B0535" w14:textId="77777777" w:rsidR="00BD7720" w:rsidRPr="001D08E1" w:rsidRDefault="005E545F">
      <w:pPr>
        <w:keepNext/>
        <w:keepLines/>
        <w:spacing w:before="100" w:after="20" w:line="240" w:lineRule="auto"/>
        <w:rPr>
          <w:sz w:val="22"/>
        </w:rPr>
      </w:pPr>
      <w:r w:rsidRPr="001D08E1">
        <w:rPr>
          <w:rFonts w:eastAsia="Arial"/>
          <w:b/>
          <w:color w:val="000000"/>
          <w:sz w:val="22"/>
        </w:rPr>
        <w:t>Is your organisation established and operated on a not-for-profit basis?</w:t>
      </w:r>
    </w:p>
    <w:p w14:paraId="68E39A5E" w14:textId="3E51D54D" w:rsidR="00BD7720" w:rsidRPr="00FC6E98" w:rsidRDefault="005E545F">
      <w:pPr>
        <w:keepNext/>
        <w:keepLines/>
        <w:spacing w:after="40" w:line="240" w:lineRule="auto"/>
        <w:rPr>
          <w:color w:val="595959" w:themeColor="text1" w:themeTint="A6"/>
          <w:sz w:val="22"/>
        </w:rPr>
      </w:pPr>
      <w:r w:rsidRPr="00FC6E98">
        <w:rPr>
          <w:rFonts w:eastAsia="Arial"/>
          <w:color w:val="595959" w:themeColor="text1" w:themeTint="A6"/>
          <w:sz w:val="22"/>
        </w:rPr>
        <w:t xml:space="preserve">This means that any surplus is reinvested in the organisation's purposes and is not distributed for private benefit. </w:t>
      </w:r>
    </w:p>
    <w:p w14:paraId="371F3D31" w14:textId="77777777" w:rsidR="001D08E1" w:rsidRPr="00FC6E98" w:rsidRDefault="001D08E1">
      <w:pPr>
        <w:keepNext/>
        <w:keepLines/>
        <w:spacing w:before="100" w:after="20" w:line="240" w:lineRule="auto"/>
        <w:rPr>
          <w:rFonts w:eastAsia="Arial"/>
          <w:color w:val="595959" w:themeColor="text1" w:themeTint="A6"/>
          <w:sz w:val="22"/>
        </w:rPr>
      </w:pPr>
    </w:p>
    <w:p w14:paraId="269696BC" w14:textId="77777777" w:rsidR="001D08E1" w:rsidRPr="00FC6E98" w:rsidRDefault="001D08E1" w:rsidP="001D08E1">
      <w:pPr>
        <w:keepNext/>
        <w:spacing w:after="0" w:line="240" w:lineRule="auto"/>
        <w:rPr>
          <w:bCs/>
          <w:color w:val="595959" w:themeColor="text1" w:themeTint="A6"/>
          <w:sz w:val="22"/>
          <w:szCs w:val="24"/>
        </w:rPr>
      </w:pPr>
      <w:r w:rsidRPr="00FC6E98">
        <w:rPr>
          <w:bCs/>
          <w:color w:val="595959" w:themeColor="text1" w:themeTint="A6"/>
          <w:sz w:val="22"/>
          <w:szCs w:val="24"/>
        </w:rPr>
        <w:t>Enter x in the appropriate corresponding box.</w:t>
      </w:r>
      <w:r w:rsidRPr="00FC6E98">
        <w:rPr>
          <w:bCs/>
          <w:color w:val="595959" w:themeColor="text1" w:themeTint="A6"/>
          <w:sz w:val="22"/>
          <w:szCs w:val="24"/>
        </w:rPr>
        <w:br/>
      </w:r>
    </w:p>
    <w:tbl>
      <w:tblPr>
        <w:tblStyle w:val="TableGrid"/>
        <w:tblW w:w="0" w:type="auto"/>
        <w:tblLook w:val="04A0" w:firstRow="1" w:lastRow="0" w:firstColumn="1" w:lastColumn="0" w:noHBand="0" w:noVBand="1"/>
      </w:tblPr>
      <w:tblGrid>
        <w:gridCol w:w="737"/>
        <w:gridCol w:w="737"/>
        <w:gridCol w:w="737"/>
        <w:gridCol w:w="737"/>
      </w:tblGrid>
      <w:tr w:rsidR="001D08E1" w:rsidRPr="002F28A4" w14:paraId="24688460" w14:textId="77777777">
        <w:tc>
          <w:tcPr>
            <w:tcW w:w="737" w:type="dxa"/>
            <w:tcBorders>
              <w:top w:val="single" w:sz="6" w:space="0" w:color="D9D9D9"/>
              <w:left w:val="single" w:sz="6" w:space="0" w:color="D9D9D9"/>
              <w:bottom w:val="single" w:sz="6" w:space="0" w:color="D9D9D9"/>
              <w:right w:val="single" w:sz="6" w:space="0" w:color="D9D9D9"/>
            </w:tcBorders>
          </w:tcPr>
          <w:p w14:paraId="7A216B68" w14:textId="77777777" w:rsidR="001D08E1" w:rsidRPr="002F28A4" w:rsidRDefault="001D08E1">
            <w:pPr>
              <w:keepNext/>
              <w:spacing w:after="0" w:line="240" w:lineRule="auto"/>
              <w:rPr>
                <w:b/>
                <w:color w:val="auto"/>
                <w:sz w:val="22"/>
                <w:szCs w:val="24"/>
              </w:rPr>
            </w:pPr>
            <w:r w:rsidRPr="002F28A4">
              <w:rPr>
                <w:b/>
                <w:color w:val="auto"/>
                <w:sz w:val="22"/>
                <w:szCs w:val="24"/>
              </w:rPr>
              <w:t>Yes</w:t>
            </w:r>
          </w:p>
        </w:tc>
        <w:tc>
          <w:tcPr>
            <w:tcW w:w="737" w:type="dxa"/>
            <w:tcBorders>
              <w:top w:val="single" w:sz="6" w:space="0" w:color="D9D9D9"/>
              <w:left w:val="single" w:sz="6" w:space="0" w:color="D9D9D9"/>
              <w:bottom w:val="single" w:sz="6" w:space="0" w:color="D9D9D9"/>
              <w:right w:val="single" w:sz="6" w:space="0" w:color="D9D9D9"/>
            </w:tcBorders>
          </w:tcPr>
          <w:p w14:paraId="6F226F10" w14:textId="77777777" w:rsidR="001D08E1" w:rsidRPr="00553642" w:rsidRDefault="001D08E1">
            <w:pPr>
              <w:keepNext/>
              <w:spacing w:after="0" w:line="240" w:lineRule="auto"/>
              <w:rPr>
                <w:bCs/>
                <w:color w:val="auto"/>
                <w:sz w:val="22"/>
                <w:szCs w:val="24"/>
              </w:rPr>
            </w:pPr>
          </w:p>
        </w:tc>
        <w:tc>
          <w:tcPr>
            <w:tcW w:w="737" w:type="dxa"/>
            <w:tcBorders>
              <w:top w:val="single" w:sz="6" w:space="0" w:color="D9D9D9"/>
              <w:left w:val="single" w:sz="6" w:space="0" w:color="D9D9D9"/>
              <w:bottom w:val="single" w:sz="6" w:space="0" w:color="D9D9D9"/>
              <w:right w:val="single" w:sz="6" w:space="0" w:color="D9D9D9"/>
            </w:tcBorders>
          </w:tcPr>
          <w:p w14:paraId="170BA370" w14:textId="77777777" w:rsidR="001D08E1" w:rsidRPr="002F28A4" w:rsidRDefault="001D08E1">
            <w:pPr>
              <w:keepNext/>
              <w:spacing w:after="0" w:line="240" w:lineRule="auto"/>
              <w:rPr>
                <w:b/>
                <w:color w:val="auto"/>
                <w:sz w:val="22"/>
                <w:szCs w:val="24"/>
              </w:rPr>
            </w:pPr>
            <w:r w:rsidRPr="002F28A4">
              <w:rPr>
                <w:b/>
                <w:color w:val="auto"/>
                <w:sz w:val="22"/>
                <w:szCs w:val="24"/>
              </w:rPr>
              <w:t>No</w:t>
            </w:r>
          </w:p>
        </w:tc>
        <w:tc>
          <w:tcPr>
            <w:tcW w:w="737" w:type="dxa"/>
            <w:tcBorders>
              <w:top w:val="single" w:sz="6" w:space="0" w:color="D9D9D9"/>
              <w:left w:val="single" w:sz="6" w:space="0" w:color="D9D9D9"/>
              <w:bottom w:val="single" w:sz="6" w:space="0" w:color="D9D9D9"/>
              <w:right w:val="single" w:sz="6" w:space="0" w:color="D9D9D9"/>
            </w:tcBorders>
          </w:tcPr>
          <w:p w14:paraId="3489C572" w14:textId="77777777" w:rsidR="001D08E1" w:rsidRPr="00553642" w:rsidRDefault="001D08E1">
            <w:pPr>
              <w:keepNext/>
              <w:spacing w:after="0" w:line="240" w:lineRule="auto"/>
              <w:rPr>
                <w:bCs/>
                <w:color w:val="auto"/>
                <w:sz w:val="22"/>
                <w:szCs w:val="24"/>
              </w:rPr>
            </w:pPr>
          </w:p>
        </w:tc>
      </w:tr>
    </w:tbl>
    <w:p w14:paraId="146493CB" w14:textId="77777777" w:rsidR="001D08E1" w:rsidRDefault="001D08E1">
      <w:pPr>
        <w:keepNext/>
        <w:keepLines/>
        <w:spacing w:before="100" w:after="20" w:line="240" w:lineRule="auto"/>
        <w:rPr>
          <w:rFonts w:eastAsia="Arial"/>
          <w:color w:val="000000"/>
          <w:sz w:val="22"/>
        </w:rPr>
      </w:pPr>
    </w:p>
    <w:p w14:paraId="405C503C" w14:textId="5FE5F7E9" w:rsidR="00BD7720" w:rsidRPr="001D08E1" w:rsidRDefault="005E545F">
      <w:pPr>
        <w:keepNext/>
        <w:keepLines/>
        <w:spacing w:before="100" w:after="20" w:line="240" w:lineRule="auto"/>
        <w:rPr>
          <w:sz w:val="22"/>
        </w:rPr>
      </w:pPr>
      <w:r w:rsidRPr="001D08E1">
        <w:rPr>
          <w:rFonts w:eastAsia="Arial"/>
          <w:b/>
          <w:color w:val="000000"/>
          <w:sz w:val="22"/>
        </w:rPr>
        <w:t>Are you applying to Arts Council England as the lead organisation for a partnership or consortium?</w:t>
      </w:r>
    </w:p>
    <w:p w14:paraId="307ED368" w14:textId="77777777" w:rsidR="00BD7720" w:rsidRPr="00FC6E98" w:rsidRDefault="005E545F">
      <w:pPr>
        <w:keepNext/>
        <w:keepLines/>
        <w:spacing w:after="40" w:line="240" w:lineRule="auto"/>
        <w:rPr>
          <w:color w:val="595959" w:themeColor="text1" w:themeTint="A6"/>
          <w:sz w:val="22"/>
        </w:rPr>
      </w:pPr>
      <w:r w:rsidRPr="00FC6E98">
        <w:rPr>
          <w:rFonts w:eastAsia="Arial"/>
          <w:color w:val="595959" w:themeColor="text1" w:themeTint="A6"/>
          <w:sz w:val="22"/>
        </w:rPr>
        <w:t>Tick one option. If Yes, identify the formal partners, their roles and the accountable-body arrangements.</w:t>
      </w:r>
    </w:p>
    <w:p w14:paraId="1A70464E" w14:textId="77777777" w:rsidR="001D08E1" w:rsidRPr="007874BF" w:rsidRDefault="001D08E1" w:rsidP="001D08E1">
      <w:pPr>
        <w:keepNext/>
        <w:spacing w:after="0" w:line="240" w:lineRule="auto"/>
        <w:rPr>
          <w:bCs/>
          <w:color w:val="7F7F7F" w:themeColor="text1" w:themeTint="80"/>
          <w:sz w:val="22"/>
          <w:szCs w:val="24"/>
        </w:rPr>
      </w:pPr>
      <w:r w:rsidRPr="00FC6E98">
        <w:rPr>
          <w:rFonts w:eastAsia="Arial"/>
          <w:color w:val="595959" w:themeColor="text1" w:themeTint="A6"/>
          <w:sz w:val="22"/>
        </w:rPr>
        <w:br/>
      </w:r>
      <w:r w:rsidRPr="00FC6E98">
        <w:rPr>
          <w:bCs/>
          <w:color w:val="595959" w:themeColor="text1" w:themeTint="A6"/>
          <w:sz w:val="22"/>
          <w:szCs w:val="24"/>
        </w:rPr>
        <w:t>Enter x in the appropriate corresponding box.</w:t>
      </w:r>
      <w:r>
        <w:rPr>
          <w:bCs/>
          <w:color w:val="7F7F7F" w:themeColor="text1" w:themeTint="80"/>
          <w:sz w:val="22"/>
          <w:szCs w:val="24"/>
        </w:rPr>
        <w:br/>
      </w:r>
    </w:p>
    <w:tbl>
      <w:tblPr>
        <w:tblStyle w:val="TableGrid"/>
        <w:tblW w:w="0" w:type="auto"/>
        <w:tblLook w:val="04A0" w:firstRow="1" w:lastRow="0" w:firstColumn="1" w:lastColumn="0" w:noHBand="0" w:noVBand="1"/>
      </w:tblPr>
      <w:tblGrid>
        <w:gridCol w:w="737"/>
        <w:gridCol w:w="737"/>
        <w:gridCol w:w="737"/>
        <w:gridCol w:w="737"/>
      </w:tblGrid>
      <w:tr w:rsidR="001D08E1" w:rsidRPr="002F28A4" w14:paraId="1A166A32" w14:textId="77777777">
        <w:tc>
          <w:tcPr>
            <w:tcW w:w="737" w:type="dxa"/>
            <w:tcBorders>
              <w:top w:val="single" w:sz="6" w:space="0" w:color="D9D9D9"/>
              <w:left w:val="single" w:sz="6" w:space="0" w:color="D9D9D9"/>
              <w:bottom w:val="single" w:sz="6" w:space="0" w:color="D9D9D9"/>
              <w:right w:val="single" w:sz="6" w:space="0" w:color="D9D9D9"/>
            </w:tcBorders>
          </w:tcPr>
          <w:p w14:paraId="6045CDEA" w14:textId="77777777" w:rsidR="001D08E1" w:rsidRPr="002F28A4" w:rsidRDefault="001D08E1">
            <w:pPr>
              <w:keepNext/>
              <w:spacing w:after="0" w:line="240" w:lineRule="auto"/>
              <w:rPr>
                <w:b/>
                <w:color w:val="auto"/>
                <w:sz w:val="22"/>
                <w:szCs w:val="24"/>
              </w:rPr>
            </w:pPr>
            <w:r w:rsidRPr="002F28A4">
              <w:rPr>
                <w:b/>
                <w:color w:val="auto"/>
                <w:sz w:val="22"/>
                <w:szCs w:val="24"/>
              </w:rPr>
              <w:t>Yes</w:t>
            </w:r>
          </w:p>
        </w:tc>
        <w:tc>
          <w:tcPr>
            <w:tcW w:w="737" w:type="dxa"/>
            <w:tcBorders>
              <w:top w:val="single" w:sz="6" w:space="0" w:color="D9D9D9"/>
              <w:left w:val="single" w:sz="6" w:space="0" w:color="D9D9D9"/>
              <w:bottom w:val="single" w:sz="6" w:space="0" w:color="D9D9D9"/>
              <w:right w:val="single" w:sz="6" w:space="0" w:color="D9D9D9"/>
            </w:tcBorders>
          </w:tcPr>
          <w:p w14:paraId="70F970F5" w14:textId="77777777" w:rsidR="001D08E1" w:rsidRPr="00553642" w:rsidRDefault="001D08E1">
            <w:pPr>
              <w:keepNext/>
              <w:spacing w:after="0" w:line="240" w:lineRule="auto"/>
              <w:rPr>
                <w:bCs/>
                <w:color w:val="auto"/>
                <w:sz w:val="22"/>
                <w:szCs w:val="24"/>
              </w:rPr>
            </w:pPr>
          </w:p>
        </w:tc>
        <w:tc>
          <w:tcPr>
            <w:tcW w:w="737" w:type="dxa"/>
            <w:tcBorders>
              <w:top w:val="single" w:sz="6" w:space="0" w:color="D9D9D9"/>
              <w:left w:val="single" w:sz="6" w:space="0" w:color="D9D9D9"/>
              <w:bottom w:val="single" w:sz="6" w:space="0" w:color="D9D9D9"/>
              <w:right w:val="single" w:sz="6" w:space="0" w:color="D9D9D9"/>
            </w:tcBorders>
          </w:tcPr>
          <w:p w14:paraId="2C6F56E0" w14:textId="77777777" w:rsidR="001D08E1" w:rsidRPr="002F28A4" w:rsidRDefault="001D08E1">
            <w:pPr>
              <w:keepNext/>
              <w:spacing w:after="0" w:line="240" w:lineRule="auto"/>
              <w:rPr>
                <w:b/>
                <w:color w:val="auto"/>
                <w:sz w:val="22"/>
                <w:szCs w:val="24"/>
              </w:rPr>
            </w:pPr>
            <w:r w:rsidRPr="002F28A4">
              <w:rPr>
                <w:b/>
                <w:color w:val="auto"/>
                <w:sz w:val="22"/>
                <w:szCs w:val="24"/>
              </w:rPr>
              <w:t>No</w:t>
            </w:r>
          </w:p>
        </w:tc>
        <w:tc>
          <w:tcPr>
            <w:tcW w:w="737" w:type="dxa"/>
            <w:tcBorders>
              <w:top w:val="single" w:sz="6" w:space="0" w:color="D9D9D9"/>
              <w:left w:val="single" w:sz="6" w:space="0" w:color="D9D9D9"/>
              <w:bottom w:val="single" w:sz="6" w:space="0" w:color="D9D9D9"/>
              <w:right w:val="single" w:sz="6" w:space="0" w:color="D9D9D9"/>
            </w:tcBorders>
          </w:tcPr>
          <w:p w14:paraId="46648A32" w14:textId="77777777" w:rsidR="001D08E1" w:rsidRPr="00553642" w:rsidRDefault="001D08E1">
            <w:pPr>
              <w:keepNext/>
              <w:spacing w:after="0" w:line="240" w:lineRule="auto"/>
              <w:rPr>
                <w:bCs/>
                <w:color w:val="auto"/>
                <w:sz w:val="22"/>
                <w:szCs w:val="24"/>
              </w:rPr>
            </w:pPr>
          </w:p>
        </w:tc>
      </w:tr>
    </w:tbl>
    <w:p w14:paraId="0C810CCF" w14:textId="68F4C552" w:rsidR="00BD7720" w:rsidRPr="001D08E1" w:rsidRDefault="00BD7720">
      <w:pPr>
        <w:spacing w:after="40" w:line="240" w:lineRule="auto"/>
        <w:rPr>
          <w:sz w:val="22"/>
        </w:rPr>
      </w:pPr>
    </w:p>
    <w:p w14:paraId="4A199792" w14:textId="77777777" w:rsidR="001D08E1" w:rsidRPr="00600D38" w:rsidRDefault="001D08E1" w:rsidP="001D08E1">
      <w:pPr>
        <w:keepNext/>
        <w:spacing w:after="40"/>
        <w:rPr>
          <w:iCs/>
          <w:color w:val="7F7F7F" w:themeColor="text1" w:themeTint="80"/>
          <w:sz w:val="32"/>
          <w:szCs w:val="36"/>
        </w:rPr>
      </w:pPr>
      <w:r w:rsidRPr="00600D38">
        <w:rPr>
          <w:b/>
          <w:color w:val="auto"/>
          <w:sz w:val="22"/>
          <w:szCs w:val="24"/>
        </w:rPr>
        <w:t>If you answered “Yes” to applying as the lead organisation for a partnership, explain the partnership arrangements. Identify the formal delivery partners</w:t>
      </w:r>
      <w:r>
        <w:rPr>
          <w:b/>
          <w:color w:val="auto"/>
          <w:sz w:val="22"/>
          <w:szCs w:val="24"/>
        </w:rPr>
        <w:t xml:space="preserve"> and </w:t>
      </w:r>
      <w:r w:rsidRPr="00600D38">
        <w:rPr>
          <w:b/>
          <w:color w:val="auto"/>
          <w:sz w:val="22"/>
          <w:szCs w:val="24"/>
        </w:rPr>
        <w:t xml:space="preserve">describe their respective </w:t>
      </w:r>
      <w:r w:rsidRPr="00600D38">
        <w:rPr>
          <w:b/>
          <w:color w:val="auto"/>
          <w:sz w:val="22"/>
          <w:szCs w:val="24"/>
        </w:rPr>
        <w:lastRenderedPageBreak/>
        <w:t>roles.</w:t>
      </w:r>
      <w:r>
        <w:rPr>
          <w:b/>
          <w:color w:val="auto"/>
          <w:sz w:val="22"/>
          <w:szCs w:val="24"/>
        </w:rPr>
        <w:t xml:space="preserve"> </w:t>
      </w:r>
      <w:r>
        <w:rPr>
          <w:iCs/>
          <w:color w:val="7F7F7F" w:themeColor="text1" w:themeTint="80"/>
          <w:sz w:val="32"/>
          <w:szCs w:val="36"/>
        </w:rPr>
        <w:br/>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9781"/>
      </w:tblGrid>
      <w:tr w:rsidR="001D08E1" w:rsidRPr="00BC4503" w14:paraId="75DF0A40" w14:textId="77777777">
        <w:trPr>
          <w:cantSplit/>
          <w:jc w:val="center"/>
        </w:trPr>
        <w:tc>
          <w:tcPr>
            <w:tcW w:w="9781" w:type="dxa"/>
            <w:shd w:val="clear" w:color="auto" w:fill="FFFFFF"/>
            <w:tcMar>
              <w:top w:w="130" w:type="dxa"/>
              <w:left w:w="140" w:type="dxa"/>
              <w:bottom w:w="130" w:type="dxa"/>
              <w:right w:w="140" w:type="dxa"/>
            </w:tcMar>
            <w:vAlign w:val="center"/>
          </w:tcPr>
          <w:p w14:paraId="52D89F65" w14:textId="77777777" w:rsidR="001D08E1" w:rsidRDefault="001D08E1">
            <w:pPr>
              <w:spacing w:after="20" w:line="240" w:lineRule="auto"/>
              <w:rPr>
                <w:color w:val="auto"/>
                <w:sz w:val="22"/>
                <w:szCs w:val="24"/>
              </w:rPr>
            </w:pPr>
          </w:p>
          <w:p w14:paraId="5B67B9FC" w14:textId="77777777" w:rsidR="001D08E1" w:rsidRDefault="001D08E1">
            <w:pPr>
              <w:spacing w:after="20" w:line="240" w:lineRule="auto"/>
              <w:ind w:right="241"/>
              <w:rPr>
                <w:color w:val="auto"/>
                <w:sz w:val="22"/>
                <w:szCs w:val="24"/>
              </w:rPr>
            </w:pPr>
          </w:p>
          <w:p w14:paraId="3556DFA6" w14:textId="77777777" w:rsidR="001D08E1" w:rsidRDefault="001D08E1">
            <w:pPr>
              <w:spacing w:after="20" w:line="240" w:lineRule="auto"/>
              <w:rPr>
                <w:color w:val="auto"/>
                <w:sz w:val="22"/>
                <w:szCs w:val="24"/>
              </w:rPr>
            </w:pPr>
          </w:p>
          <w:p w14:paraId="60CEBABF" w14:textId="77777777" w:rsidR="001D08E1" w:rsidRPr="00BC4503" w:rsidRDefault="001D08E1">
            <w:pPr>
              <w:spacing w:after="20" w:line="240" w:lineRule="auto"/>
              <w:rPr>
                <w:color w:val="auto"/>
                <w:sz w:val="22"/>
                <w:szCs w:val="24"/>
              </w:rPr>
            </w:pPr>
          </w:p>
        </w:tc>
      </w:tr>
    </w:tbl>
    <w:p w14:paraId="798C3995" w14:textId="58F4C788" w:rsidR="001D08E1" w:rsidRPr="001D08E1" w:rsidRDefault="001D08E1" w:rsidP="001D08E1">
      <w:pPr>
        <w:keepNext/>
        <w:keepLines/>
        <w:spacing w:after="80" w:line="240" w:lineRule="auto"/>
        <w:rPr>
          <w:sz w:val="22"/>
        </w:rPr>
      </w:pPr>
      <w:r w:rsidRPr="00FC6E98">
        <w:rPr>
          <w:color w:val="595959" w:themeColor="text1" w:themeTint="A6"/>
          <w:szCs w:val="32"/>
        </w:rPr>
        <w:t>Maximum 400 words.</w:t>
      </w:r>
      <w:r w:rsidRPr="00FC6E98">
        <w:rPr>
          <w:color w:val="595959" w:themeColor="text1" w:themeTint="A6"/>
          <w:szCs w:val="32"/>
        </w:rPr>
        <w:br/>
      </w:r>
    </w:p>
    <w:p w14:paraId="2ECEC25F" w14:textId="77777777" w:rsidR="001D08E1" w:rsidRPr="001D08E1" w:rsidRDefault="001D08E1" w:rsidP="001D08E1">
      <w:pPr>
        <w:keepNext/>
        <w:spacing w:before="80" w:after="120"/>
        <w:rPr>
          <w:color w:val="984806" w:themeColor="accent6" w:themeShade="80"/>
          <w:szCs w:val="32"/>
        </w:rPr>
      </w:pPr>
      <w:r w:rsidRPr="001D08E1">
        <w:rPr>
          <w:b/>
          <w:color w:val="984806" w:themeColor="accent6" w:themeShade="80"/>
          <w:sz w:val="24"/>
          <w:szCs w:val="24"/>
        </w:rPr>
        <w:t>YOUR CURRENT STATUS</w:t>
      </w:r>
    </w:p>
    <w:p w14:paraId="4D0381F7" w14:textId="77777777" w:rsidR="001D08E1" w:rsidRPr="004F4CA5" w:rsidRDefault="001D08E1" w:rsidP="001D08E1">
      <w:pPr>
        <w:keepNext/>
        <w:spacing w:after="0" w:line="240" w:lineRule="auto"/>
        <w:rPr>
          <w:bCs/>
          <w:color w:val="7F7F7F" w:themeColor="text1" w:themeTint="80"/>
          <w:sz w:val="22"/>
          <w:szCs w:val="24"/>
        </w:rPr>
      </w:pPr>
      <w:r w:rsidRPr="001B10DC">
        <w:rPr>
          <w:b/>
          <w:color w:val="auto"/>
          <w:sz w:val="22"/>
          <w:szCs w:val="24"/>
        </w:rPr>
        <w:t>Does your organisation currently receive regular funding from Bradford Council through the existing Cultural Investment Programme?</w:t>
      </w:r>
      <w:r>
        <w:rPr>
          <w:b/>
          <w:color w:val="auto"/>
          <w:sz w:val="22"/>
          <w:szCs w:val="24"/>
        </w:rPr>
        <w:t xml:space="preserve"> </w:t>
      </w:r>
      <w:r>
        <w:rPr>
          <w:b/>
          <w:color w:val="auto"/>
          <w:sz w:val="22"/>
          <w:szCs w:val="24"/>
        </w:rPr>
        <w:br/>
      </w:r>
      <w:r w:rsidRPr="00FC6E98">
        <w:rPr>
          <w:bCs/>
          <w:color w:val="595959" w:themeColor="text1" w:themeTint="A6"/>
          <w:sz w:val="22"/>
          <w:szCs w:val="24"/>
        </w:rPr>
        <w:t>Enter x in the appropriate corresponding box.</w:t>
      </w:r>
      <w:r>
        <w:rPr>
          <w:bCs/>
          <w:color w:val="7F7F7F" w:themeColor="text1" w:themeTint="80"/>
          <w:sz w:val="22"/>
          <w:szCs w:val="24"/>
        </w:rPr>
        <w:br/>
      </w:r>
      <w:r w:rsidRPr="007874BF">
        <w:rPr>
          <w:bCs/>
          <w:color w:val="7F7F7F" w:themeColor="text1" w:themeTint="80"/>
          <w:sz w:val="22"/>
          <w:szCs w:val="24"/>
        </w:rPr>
        <w:t xml:space="preserve"> </w:t>
      </w:r>
    </w:p>
    <w:tbl>
      <w:tblPr>
        <w:tblStyle w:val="TableGrid"/>
        <w:tblW w:w="0" w:type="auto"/>
        <w:tblLook w:val="04A0" w:firstRow="1" w:lastRow="0" w:firstColumn="1" w:lastColumn="0" w:noHBand="0" w:noVBand="1"/>
      </w:tblPr>
      <w:tblGrid>
        <w:gridCol w:w="737"/>
        <w:gridCol w:w="737"/>
        <w:gridCol w:w="737"/>
        <w:gridCol w:w="737"/>
      </w:tblGrid>
      <w:tr w:rsidR="001D08E1" w:rsidRPr="002F28A4" w14:paraId="72248249" w14:textId="77777777">
        <w:tc>
          <w:tcPr>
            <w:tcW w:w="737" w:type="dxa"/>
            <w:tcBorders>
              <w:top w:val="single" w:sz="6" w:space="0" w:color="D9D9D9"/>
              <w:left w:val="single" w:sz="6" w:space="0" w:color="D9D9D9"/>
              <w:bottom w:val="single" w:sz="6" w:space="0" w:color="D9D9D9"/>
              <w:right w:val="single" w:sz="6" w:space="0" w:color="D9D9D9"/>
            </w:tcBorders>
          </w:tcPr>
          <w:p w14:paraId="1A9DB733" w14:textId="77777777" w:rsidR="001D08E1" w:rsidRPr="002F28A4" w:rsidRDefault="001D08E1">
            <w:pPr>
              <w:keepNext/>
              <w:spacing w:after="0" w:line="240" w:lineRule="auto"/>
              <w:rPr>
                <w:b/>
                <w:color w:val="auto"/>
                <w:sz w:val="22"/>
                <w:szCs w:val="24"/>
              </w:rPr>
            </w:pPr>
            <w:r w:rsidRPr="002F28A4">
              <w:rPr>
                <w:b/>
                <w:color w:val="auto"/>
                <w:sz w:val="22"/>
                <w:szCs w:val="24"/>
              </w:rPr>
              <w:t>Yes</w:t>
            </w:r>
          </w:p>
        </w:tc>
        <w:tc>
          <w:tcPr>
            <w:tcW w:w="737" w:type="dxa"/>
            <w:tcBorders>
              <w:top w:val="single" w:sz="6" w:space="0" w:color="D9D9D9"/>
              <w:left w:val="single" w:sz="6" w:space="0" w:color="D9D9D9"/>
              <w:bottom w:val="single" w:sz="6" w:space="0" w:color="D9D9D9"/>
              <w:right w:val="single" w:sz="6" w:space="0" w:color="D9D9D9"/>
            </w:tcBorders>
          </w:tcPr>
          <w:p w14:paraId="2F89EA88" w14:textId="77777777" w:rsidR="001D08E1" w:rsidRPr="00553642" w:rsidRDefault="001D08E1">
            <w:pPr>
              <w:keepNext/>
              <w:spacing w:after="0" w:line="240" w:lineRule="auto"/>
              <w:rPr>
                <w:bCs/>
                <w:color w:val="auto"/>
                <w:sz w:val="22"/>
                <w:szCs w:val="24"/>
              </w:rPr>
            </w:pPr>
          </w:p>
        </w:tc>
        <w:tc>
          <w:tcPr>
            <w:tcW w:w="737" w:type="dxa"/>
            <w:tcBorders>
              <w:top w:val="single" w:sz="6" w:space="0" w:color="D9D9D9"/>
              <w:left w:val="single" w:sz="6" w:space="0" w:color="D9D9D9"/>
              <w:bottom w:val="single" w:sz="6" w:space="0" w:color="D9D9D9"/>
              <w:right w:val="single" w:sz="6" w:space="0" w:color="D9D9D9"/>
            </w:tcBorders>
          </w:tcPr>
          <w:p w14:paraId="58F7366D" w14:textId="77777777" w:rsidR="001D08E1" w:rsidRPr="002F28A4" w:rsidRDefault="001D08E1">
            <w:pPr>
              <w:keepNext/>
              <w:spacing w:after="0" w:line="240" w:lineRule="auto"/>
              <w:rPr>
                <w:b/>
                <w:color w:val="auto"/>
                <w:sz w:val="22"/>
                <w:szCs w:val="24"/>
              </w:rPr>
            </w:pPr>
            <w:r w:rsidRPr="002F28A4">
              <w:rPr>
                <w:b/>
                <w:color w:val="auto"/>
                <w:sz w:val="22"/>
                <w:szCs w:val="24"/>
              </w:rPr>
              <w:t>No</w:t>
            </w:r>
          </w:p>
        </w:tc>
        <w:tc>
          <w:tcPr>
            <w:tcW w:w="737" w:type="dxa"/>
            <w:tcBorders>
              <w:top w:val="single" w:sz="6" w:space="0" w:color="D9D9D9"/>
              <w:left w:val="single" w:sz="6" w:space="0" w:color="D9D9D9"/>
              <w:bottom w:val="single" w:sz="6" w:space="0" w:color="D9D9D9"/>
              <w:right w:val="single" w:sz="6" w:space="0" w:color="D9D9D9"/>
            </w:tcBorders>
          </w:tcPr>
          <w:p w14:paraId="1EEFD754" w14:textId="77777777" w:rsidR="001D08E1" w:rsidRPr="00553642" w:rsidRDefault="001D08E1">
            <w:pPr>
              <w:keepNext/>
              <w:spacing w:after="0" w:line="240" w:lineRule="auto"/>
              <w:rPr>
                <w:bCs/>
                <w:color w:val="auto"/>
                <w:sz w:val="22"/>
                <w:szCs w:val="24"/>
              </w:rPr>
            </w:pPr>
          </w:p>
        </w:tc>
      </w:tr>
    </w:tbl>
    <w:p w14:paraId="7DA72360" w14:textId="77777777" w:rsidR="001D08E1" w:rsidRPr="002F28A4" w:rsidRDefault="001D08E1" w:rsidP="001D08E1">
      <w:pPr>
        <w:keepNext/>
        <w:spacing w:after="0" w:line="240" w:lineRule="auto"/>
        <w:rPr>
          <w:b/>
          <w:color w:val="auto"/>
          <w:sz w:val="22"/>
          <w:szCs w:val="24"/>
        </w:rPr>
      </w:pPr>
    </w:p>
    <w:p w14:paraId="100519A2" w14:textId="77777777" w:rsidR="001D08E1" w:rsidRPr="002F28A4" w:rsidRDefault="001D08E1" w:rsidP="001D08E1">
      <w:pPr>
        <w:keepNext/>
        <w:spacing w:after="0" w:line="240" w:lineRule="auto"/>
        <w:rPr>
          <w:b/>
          <w:color w:val="auto"/>
          <w:sz w:val="22"/>
          <w:szCs w:val="24"/>
        </w:rPr>
      </w:pPr>
      <w:r w:rsidRPr="002F28A4">
        <w:rPr>
          <w:b/>
          <w:color w:val="auto"/>
          <w:sz w:val="22"/>
          <w:szCs w:val="24"/>
        </w:rPr>
        <w:t xml:space="preserve">If </w:t>
      </w:r>
      <w:r>
        <w:rPr>
          <w:b/>
          <w:color w:val="auto"/>
          <w:sz w:val="22"/>
          <w:szCs w:val="24"/>
        </w:rPr>
        <w:t>“Y</w:t>
      </w:r>
      <w:r w:rsidRPr="002F28A4">
        <w:rPr>
          <w:b/>
          <w:color w:val="auto"/>
          <w:sz w:val="22"/>
          <w:szCs w:val="24"/>
        </w:rPr>
        <w:t>es</w:t>
      </w:r>
      <w:r>
        <w:rPr>
          <w:b/>
          <w:color w:val="auto"/>
          <w:sz w:val="22"/>
          <w:szCs w:val="24"/>
        </w:rPr>
        <w:t xml:space="preserve">” </w:t>
      </w:r>
      <w:r w:rsidRPr="002F28A4">
        <w:rPr>
          <w:b/>
          <w:color w:val="auto"/>
          <w:sz w:val="22"/>
          <w:szCs w:val="24"/>
        </w:rPr>
        <w:t xml:space="preserve">how much did you receive in 2026/27 financial year? </w:t>
      </w:r>
      <w:r>
        <w:rPr>
          <w:b/>
          <w:color w:val="auto"/>
          <w:sz w:val="22"/>
          <w:szCs w:val="24"/>
        </w:rPr>
        <w:br/>
      </w:r>
    </w:p>
    <w:tbl>
      <w:tblPr>
        <w:tblStyle w:val="TableGrid"/>
        <w:tblW w:w="0" w:type="auto"/>
        <w:tblBorders>
          <w:top w:val="single" w:sz="6" w:space="0" w:color="D9D9D9"/>
          <w:left w:val="single" w:sz="6" w:space="0" w:color="D9D9D9"/>
          <w:bottom w:val="single" w:sz="6" w:space="0" w:color="D9D9D9"/>
          <w:right w:val="single" w:sz="6" w:space="0" w:color="D9D9D9"/>
        </w:tblBorders>
        <w:tblLook w:val="04A0" w:firstRow="1" w:lastRow="0" w:firstColumn="1" w:lastColumn="0" w:noHBand="0" w:noVBand="1"/>
      </w:tblPr>
      <w:tblGrid>
        <w:gridCol w:w="1129"/>
        <w:gridCol w:w="1843"/>
      </w:tblGrid>
      <w:tr w:rsidR="001D08E1" w:rsidRPr="002F28A4" w14:paraId="6B9EE6AA" w14:textId="77777777">
        <w:tc>
          <w:tcPr>
            <w:tcW w:w="1129" w:type="dxa"/>
            <w:tcBorders>
              <w:right w:val="single" w:sz="6" w:space="0" w:color="D9D9D9"/>
            </w:tcBorders>
          </w:tcPr>
          <w:p w14:paraId="2EB503CA" w14:textId="77777777" w:rsidR="001D08E1" w:rsidRPr="002F28A4" w:rsidRDefault="001D08E1">
            <w:pPr>
              <w:keepNext/>
              <w:spacing w:after="0" w:line="240" w:lineRule="auto"/>
              <w:rPr>
                <w:b/>
                <w:color w:val="auto"/>
                <w:sz w:val="22"/>
                <w:szCs w:val="24"/>
              </w:rPr>
            </w:pPr>
            <w:r w:rsidRPr="002F28A4">
              <w:rPr>
                <w:b/>
                <w:color w:val="auto"/>
                <w:sz w:val="22"/>
                <w:szCs w:val="24"/>
              </w:rPr>
              <w:t>2026/27</w:t>
            </w:r>
          </w:p>
        </w:tc>
        <w:tc>
          <w:tcPr>
            <w:tcW w:w="1843" w:type="dxa"/>
            <w:tcBorders>
              <w:left w:val="single" w:sz="6" w:space="0" w:color="D9D9D9"/>
            </w:tcBorders>
          </w:tcPr>
          <w:p w14:paraId="715F2F1A" w14:textId="77777777" w:rsidR="001D08E1" w:rsidRPr="00553642" w:rsidRDefault="001D08E1">
            <w:pPr>
              <w:keepNext/>
              <w:spacing w:after="0" w:line="240" w:lineRule="auto"/>
              <w:rPr>
                <w:bCs/>
                <w:color w:val="auto"/>
                <w:sz w:val="22"/>
                <w:szCs w:val="24"/>
              </w:rPr>
            </w:pPr>
            <w:r w:rsidRPr="002F28A4">
              <w:rPr>
                <w:b/>
                <w:color w:val="auto"/>
                <w:sz w:val="22"/>
                <w:szCs w:val="24"/>
              </w:rPr>
              <w:t>£</w:t>
            </w:r>
          </w:p>
        </w:tc>
      </w:tr>
    </w:tbl>
    <w:p w14:paraId="4A03E917" w14:textId="77777777" w:rsidR="001D08E1" w:rsidRPr="002F28A4" w:rsidRDefault="001D08E1" w:rsidP="001D08E1">
      <w:pPr>
        <w:keepNext/>
        <w:spacing w:after="0" w:line="240" w:lineRule="auto"/>
        <w:rPr>
          <w:b/>
          <w:color w:val="auto"/>
          <w:sz w:val="22"/>
          <w:szCs w:val="24"/>
        </w:rPr>
      </w:pPr>
    </w:p>
    <w:p w14:paraId="1311EF66" w14:textId="77777777" w:rsidR="001D08E1" w:rsidRDefault="001D08E1" w:rsidP="001D08E1">
      <w:pPr>
        <w:keepNext/>
        <w:spacing w:after="0" w:line="240" w:lineRule="auto"/>
        <w:rPr>
          <w:b/>
          <w:color w:val="auto"/>
          <w:sz w:val="22"/>
          <w:szCs w:val="24"/>
        </w:rPr>
      </w:pPr>
      <w:r w:rsidRPr="00E16A4A">
        <w:rPr>
          <w:b/>
          <w:color w:val="auto"/>
          <w:sz w:val="22"/>
          <w:szCs w:val="24"/>
        </w:rPr>
        <w:t>Is your organisation currently funded by Arts Council England as a National Portfolio Organisation?</w:t>
      </w:r>
    </w:p>
    <w:p w14:paraId="3219DFF1" w14:textId="77777777" w:rsidR="001D08E1" w:rsidRPr="007874BF" w:rsidRDefault="001D08E1" w:rsidP="001D08E1">
      <w:pPr>
        <w:keepNext/>
        <w:spacing w:after="0" w:line="240" w:lineRule="auto"/>
        <w:rPr>
          <w:bCs/>
          <w:color w:val="7F7F7F" w:themeColor="text1" w:themeTint="80"/>
          <w:sz w:val="22"/>
          <w:szCs w:val="24"/>
        </w:rPr>
      </w:pPr>
      <w:r w:rsidRPr="00FC6E98">
        <w:rPr>
          <w:bCs/>
          <w:color w:val="595959" w:themeColor="text1" w:themeTint="A6"/>
          <w:sz w:val="22"/>
          <w:szCs w:val="24"/>
        </w:rPr>
        <w:t>Enter x in the appropriate corresponding box.</w:t>
      </w:r>
      <w:r>
        <w:rPr>
          <w:bCs/>
          <w:color w:val="7F7F7F" w:themeColor="text1" w:themeTint="80"/>
          <w:sz w:val="22"/>
          <w:szCs w:val="24"/>
        </w:rPr>
        <w:br/>
      </w:r>
    </w:p>
    <w:tbl>
      <w:tblPr>
        <w:tblStyle w:val="TableGrid"/>
        <w:tblW w:w="0" w:type="auto"/>
        <w:tblLook w:val="04A0" w:firstRow="1" w:lastRow="0" w:firstColumn="1" w:lastColumn="0" w:noHBand="0" w:noVBand="1"/>
      </w:tblPr>
      <w:tblGrid>
        <w:gridCol w:w="737"/>
        <w:gridCol w:w="737"/>
        <w:gridCol w:w="737"/>
        <w:gridCol w:w="737"/>
      </w:tblGrid>
      <w:tr w:rsidR="001D08E1" w:rsidRPr="002F28A4" w14:paraId="3994326C" w14:textId="77777777">
        <w:tc>
          <w:tcPr>
            <w:tcW w:w="737" w:type="dxa"/>
            <w:tcBorders>
              <w:top w:val="single" w:sz="6" w:space="0" w:color="D9D9D9"/>
              <w:left w:val="single" w:sz="6" w:space="0" w:color="D9D9D9"/>
              <w:bottom w:val="single" w:sz="6" w:space="0" w:color="D9D9D9"/>
              <w:right w:val="single" w:sz="6" w:space="0" w:color="D9D9D9"/>
            </w:tcBorders>
          </w:tcPr>
          <w:p w14:paraId="25B0E9C2" w14:textId="77777777" w:rsidR="001D08E1" w:rsidRPr="002F28A4" w:rsidRDefault="001D08E1">
            <w:pPr>
              <w:keepNext/>
              <w:spacing w:after="0" w:line="240" w:lineRule="auto"/>
              <w:rPr>
                <w:b/>
                <w:color w:val="auto"/>
                <w:sz w:val="22"/>
                <w:szCs w:val="24"/>
              </w:rPr>
            </w:pPr>
            <w:r w:rsidRPr="002F28A4">
              <w:rPr>
                <w:b/>
                <w:color w:val="auto"/>
                <w:sz w:val="22"/>
                <w:szCs w:val="24"/>
              </w:rPr>
              <w:t>Yes</w:t>
            </w:r>
          </w:p>
        </w:tc>
        <w:tc>
          <w:tcPr>
            <w:tcW w:w="737" w:type="dxa"/>
            <w:tcBorders>
              <w:top w:val="single" w:sz="6" w:space="0" w:color="D9D9D9"/>
              <w:left w:val="single" w:sz="6" w:space="0" w:color="D9D9D9"/>
              <w:bottom w:val="single" w:sz="6" w:space="0" w:color="D9D9D9"/>
              <w:right w:val="single" w:sz="6" w:space="0" w:color="D9D9D9"/>
            </w:tcBorders>
          </w:tcPr>
          <w:p w14:paraId="0F047CB7" w14:textId="77777777" w:rsidR="001D08E1" w:rsidRPr="00553642" w:rsidRDefault="001D08E1">
            <w:pPr>
              <w:keepNext/>
              <w:spacing w:after="0" w:line="240" w:lineRule="auto"/>
              <w:rPr>
                <w:bCs/>
                <w:color w:val="auto"/>
                <w:sz w:val="22"/>
                <w:szCs w:val="24"/>
              </w:rPr>
            </w:pPr>
          </w:p>
        </w:tc>
        <w:tc>
          <w:tcPr>
            <w:tcW w:w="737" w:type="dxa"/>
            <w:tcBorders>
              <w:top w:val="single" w:sz="6" w:space="0" w:color="D9D9D9"/>
              <w:left w:val="single" w:sz="6" w:space="0" w:color="D9D9D9"/>
              <w:bottom w:val="single" w:sz="6" w:space="0" w:color="D9D9D9"/>
              <w:right w:val="single" w:sz="6" w:space="0" w:color="D9D9D9"/>
            </w:tcBorders>
          </w:tcPr>
          <w:p w14:paraId="3A3125AA" w14:textId="77777777" w:rsidR="001D08E1" w:rsidRPr="002F28A4" w:rsidRDefault="001D08E1">
            <w:pPr>
              <w:keepNext/>
              <w:spacing w:after="0" w:line="240" w:lineRule="auto"/>
              <w:rPr>
                <w:b/>
                <w:color w:val="auto"/>
                <w:sz w:val="22"/>
                <w:szCs w:val="24"/>
              </w:rPr>
            </w:pPr>
            <w:r w:rsidRPr="002F28A4">
              <w:rPr>
                <w:b/>
                <w:color w:val="auto"/>
                <w:sz w:val="22"/>
                <w:szCs w:val="24"/>
              </w:rPr>
              <w:t>No</w:t>
            </w:r>
          </w:p>
        </w:tc>
        <w:tc>
          <w:tcPr>
            <w:tcW w:w="737" w:type="dxa"/>
            <w:tcBorders>
              <w:top w:val="single" w:sz="6" w:space="0" w:color="D9D9D9"/>
              <w:left w:val="single" w:sz="6" w:space="0" w:color="D9D9D9"/>
              <w:bottom w:val="single" w:sz="6" w:space="0" w:color="D9D9D9"/>
              <w:right w:val="single" w:sz="6" w:space="0" w:color="D9D9D9"/>
            </w:tcBorders>
          </w:tcPr>
          <w:p w14:paraId="0A7EB28B" w14:textId="77777777" w:rsidR="001D08E1" w:rsidRPr="00553642" w:rsidRDefault="001D08E1">
            <w:pPr>
              <w:keepNext/>
              <w:spacing w:after="0" w:line="240" w:lineRule="auto"/>
              <w:rPr>
                <w:bCs/>
                <w:color w:val="auto"/>
                <w:sz w:val="22"/>
                <w:szCs w:val="24"/>
              </w:rPr>
            </w:pPr>
          </w:p>
        </w:tc>
      </w:tr>
    </w:tbl>
    <w:p w14:paraId="055F2E5B" w14:textId="77777777" w:rsidR="001D08E1" w:rsidRPr="002F28A4" w:rsidRDefault="001D08E1" w:rsidP="001D08E1">
      <w:pPr>
        <w:keepNext/>
        <w:spacing w:after="0" w:line="240" w:lineRule="auto"/>
        <w:rPr>
          <w:b/>
          <w:color w:val="auto"/>
          <w:sz w:val="22"/>
          <w:szCs w:val="24"/>
        </w:rPr>
      </w:pPr>
    </w:p>
    <w:p w14:paraId="2F8219B9" w14:textId="77777777" w:rsidR="001D08E1" w:rsidRPr="002F28A4" w:rsidRDefault="001D08E1" w:rsidP="001D08E1">
      <w:pPr>
        <w:keepNext/>
        <w:spacing w:after="0" w:line="240" w:lineRule="auto"/>
        <w:rPr>
          <w:b/>
          <w:color w:val="auto"/>
          <w:sz w:val="22"/>
          <w:szCs w:val="24"/>
        </w:rPr>
      </w:pPr>
      <w:r w:rsidRPr="002F28A4">
        <w:rPr>
          <w:b/>
          <w:color w:val="auto"/>
          <w:sz w:val="22"/>
          <w:szCs w:val="24"/>
        </w:rPr>
        <w:t xml:space="preserve">If </w:t>
      </w:r>
      <w:r>
        <w:rPr>
          <w:b/>
          <w:color w:val="auto"/>
          <w:sz w:val="22"/>
          <w:szCs w:val="24"/>
        </w:rPr>
        <w:t>“Yes”</w:t>
      </w:r>
      <w:r w:rsidRPr="002F28A4">
        <w:rPr>
          <w:b/>
          <w:color w:val="auto"/>
          <w:sz w:val="22"/>
          <w:szCs w:val="24"/>
        </w:rPr>
        <w:t xml:space="preserve">, how much funding did you receive in 2026/27 financial year? </w:t>
      </w:r>
      <w:r>
        <w:rPr>
          <w:b/>
          <w:color w:val="auto"/>
          <w:sz w:val="22"/>
          <w:szCs w:val="24"/>
        </w:rPr>
        <w:br/>
      </w:r>
    </w:p>
    <w:tbl>
      <w:tblPr>
        <w:tblStyle w:val="TableGrid"/>
        <w:tblW w:w="0" w:type="auto"/>
        <w:tblBorders>
          <w:top w:val="single" w:sz="6" w:space="0" w:color="D9D9D9"/>
          <w:left w:val="single" w:sz="6" w:space="0" w:color="D9D9D9"/>
          <w:bottom w:val="single" w:sz="6" w:space="0" w:color="D9D9D9"/>
          <w:right w:val="single" w:sz="6" w:space="0" w:color="D9D9D9"/>
        </w:tblBorders>
        <w:tblLook w:val="04A0" w:firstRow="1" w:lastRow="0" w:firstColumn="1" w:lastColumn="0" w:noHBand="0" w:noVBand="1"/>
      </w:tblPr>
      <w:tblGrid>
        <w:gridCol w:w="1129"/>
        <w:gridCol w:w="1843"/>
      </w:tblGrid>
      <w:tr w:rsidR="001D08E1" w:rsidRPr="002F28A4" w14:paraId="62E4A5F6" w14:textId="77777777">
        <w:tc>
          <w:tcPr>
            <w:tcW w:w="1129" w:type="dxa"/>
            <w:tcBorders>
              <w:right w:val="single" w:sz="6" w:space="0" w:color="D9D9D9"/>
            </w:tcBorders>
          </w:tcPr>
          <w:p w14:paraId="2D219EAE" w14:textId="77777777" w:rsidR="001D08E1" w:rsidRPr="002F28A4" w:rsidRDefault="001D08E1">
            <w:pPr>
              <w:keepNext/>
              <w:spacing w:after="0" w:line="240" w:lineRule="auto"/>
              <w:rPr>
                <w:b/>
                <w:color w:val="auto"/>
                <w:sz w:val="22"/>
                <w:szCs w:val="24"/>
              </w:rPr>
            </w:pPr>
            <w:r w:rsidRPr="002F28A4">
              <w:rPr>
                <w:b/>
                <w:color w:val="auto"/>
                <w:sz w:val="22"/>
                <w:szCs w:val="24"/>
              </w:rPr>
              <w:t>2026/27</w:t>
            </w:r>
          </w:p>
        </w:tc>
        <w:tc>
          <w:tcPr>
            <w:tcW w:w="1843" w:type="dxa"/>
            <w:tcBorders>
              <w:left w:val="single" w:sz="6" w:space="0" w:color="D9D9D9"/>
            </w:tcBorders>
          </w:tcPr>
          <w:p w14:paraId="7DD15632" w14:textId="77777777" w:rsidR="001D08E1" w:rsidRPr="00553642" w:rsidRDefault="001D08E1">
            <w:pPr>
              <w:keepNext/>
              <w:spacing w:after="0" w:line="240" w:lineRule="auto"/>
              <w:rPr>
                <w:bCs/>
                <w:color w:val="auto"/>
                <w:sz w:val="22"/>
                <w:szCs w:val="24"/>
              </w:rPr>
            </w:pPr>
            <w:r w:rsidRPr="002F28A4">
              <w:rPr>
                <w:b/>
                <w:color w:val="auto"/>
                <w:sz w:val="22"/>
                <w:szCs w:val="24"/>
              </w:rPr>
              <w:t>£</w:t>
            </w:r>
          </w:p>
        </w:tc>
      </w:tr>
    </w:tbl>
    <w:p w14:paraId="78BFBA7C" w14:textId="77777777" w:rsidR="001D08E1" w:rsidRPr="002F28A4" w:rsidRDefault="001D08E1" w:rsidP="001D08E1">
      <w:pPr>
        <w:keepNext/>
        <w:spacing w:after="0" w:line="240" w:lineRule="auto"/>
        <w:rPr>
          <w:b/>
          <w:color w:val="auto"/>
          <w:sz w:val="22"/>
          <w:szCs w:val="24"/>
        </w:rPr>
      </w:pPr>
    </w:p>
    <w:p w14:paraId="6E622B5E" w14:textId="77777777" w:rsidR="001D08E1" w:rsidRPr="00FC6E98" w:rsidRDefault="001D08E1" w:rsidP="001D08E1">
      <w:pPr>
        <w:keepNext/>
        <w:spacing w:after="0" w:line="240" w:lineRule="auto"/>
        <w:rPr>
          <w:bCs/>
          <w:color w:val="595959" w:themeColor="text1" w:themeTint="A6"/>
          <w:sz w:val="22"/>
          <w:szCs w:val="24"/>
        </w:rPr>
      </w:pPr>
      <w:r w:rsidRPr="001E29C9">
        <w:rPr>
          <w:b/>
          <w:color w:val="auto"/>
          <w:sz w:val="22"/>
          <w:szCs w:val="24"/>
        </w:rPr>
        <w:t>Does your organisation currently receive regular or multi-year funding from other funder</w:t>
      </w:r>
      <w:r>
        <w:rPr>
          <w:b/>
          <w:color w:val="auto"/>
          <w:sz w:val="22"/>
          <w:szCs w:val="24"/>
        </w:rPr>
        <w:t>s</w:t>
      </w:r>
      <w:r w:rsidRPr="001E29C9">
        <w:rPr>
          <w:b/>
          <w:color w:val="auto"/>
          <w:sz w:val="22"/>
          <w:szCs w:val="24"/>
        </w:rPr>
        <w:t xml:space="preserve"> to support its core operating costs?</w:t>
      </w:r>
      <w:r w:rsidRPr="002F28A4">
        <w:rPr>
          <w:b/>
          <w:color w:val="auto"/>
          <w:sz w:val="22"/>
          <w:szCs w:val="24"/>
        </w:rPr>
        <w:br/>
      </w:r>
      <w:r w:rsidRPr="00FC6E98">
        <w:rPr>
          <w:bCs/>
          <w:color w:val="595959" w:themeColor="text1" w:themeTint="A6"/>
          <w:sz w:val="22"/>
          <w:szCs w:val="24"/>
        </w:rPr>
        <w:t xml:space="preserve">This means funding that supports the general operation of your organisation, rather than funding restricted to a specific project or activity. This could include funding from organisations such as the National Lottery Heritage Fund, Garfield Weston Foundation, Esmée Fairbairn Foundation or Paul Hamlyn Foundation for example. </w:t>
      </w:r>
    </w:p>
    <w:p w14:paraId="4726ACCF" w14:textId="77777777" w:rsidR="001D08E1" w:rsidRPr="00FC6E98" w:rsidRDefault="001D08E1" w:rsidP="001D08E1">
      <w:pPr>
        <w:keepNext/>
        <w:spacing w:after="0" w:line="240" w:lineRule="auto"/>
        <w:rPr>
          <w:bCs/>
          <w:color w:val="595959" w:themeColor="text1" w:themeTint="A6"/>
          <w:sz w:val="22"/>
          <w:szCs w:val="24"/>
        </w:rPr>
      </w:pPr>
    </w:p>
    <w:p w14:paraId="31C05E30" w14:textId="77777777" w:rsidR="001D08E1" w:rsidRPr="002F28A4" w:rsidRDefault="001D08E1" w:rsidP="001D08E1">
      <w:pPr>
        <w:keepNext/>
        <w:spacing w:after="0" w:line="240" w:lineRule="auto"/>
        <w:rPr>
          <w:b/>
          <w:color w:val="auto"/>
          <w:sz w:val="22"/>
          <w:szCs w:val="24"/>
        </w:rPr>
      </w:pPr>
      <w:r w:rsidRPr="00FC6E98">
        <w:rPr>
          <w:bCs/>
          <w:color w:val="595959" w:themeColor="text1" w:themeTint="A6"/>
          <w:sz w:val="22"/>
          <w:szCs w:val="24"/>
        </w:rPr>
        <w:t>Enter x in the appropriate corresponding box.</w:t>
      </w:r>
      <w:r>
        <w:rPr>
          <w:bCs/>
          <w:color w:val="7F7F7F" w:themeColor="text1" w:themeTint="80"/>
          <w:sz w:val="22"/>
          <w:szCs w:val="24"/>
        </w:rPr>
        <w:br/>
      </w:r>
    </w:p>
    <w:tbl>
      <w:tblPr>
        <w:tblStyle w:val="TableGrid"/>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ook w:val="04A0" w:firstRow="1" w:lastRow="0" w:firstColumn="1" w:lastColumn="0" w:noHBand="0" w:noVBand="1"/>
      </w:tblPr>
      <w:tblGrid>
        <w:gridCol w:w="737"/>
        <w:gridCol w:w="737"/>
        <w:gridCol w:w="737"/>
        <w:gridCol w:w="737"/>
      </w:tblGrid>
      <w:tr w:rsidR="001D08E1" w:rsidRPr="002F28A4" w14:paraId="7ADE8F54" w14:textId="77777777">
        <w:tc>
          <w:tcPr>
            <w:tcW w:w="737" w:type="dxa"/>
          </w:tcPr>
          <w:p w14:paraId="3BEA1AE0" w14:textId="77777777" w:rsidR="001D08E1" w:rsidRPr="002F28A4" w:rsidRDefault="001D08E1">
            <w:pPr>
              <w:keepNext/>
              <w:spacing w:after="0" w:line="240" w:lineRule="auto"/>
              <w:rPr>
                <w:b/>
                <w:color w:val="auto"/>
                <w:sz w:val="22"/>
                <w:szCs w:val="24"/>
              </w:rPr>
            </w:pPr>
            <w:r w:rsidRPr="002F28A4">
              <w:rPr>
                <w:b/>
                <w:color w:val="auto"/>
                <w:sz w:val="22"/>
                <w:szCs w:val="24"/>
              </w:rPr>
              <w:t>Yes</w:t>
            </w:r>
          </w:p>
        </w:tc>
        <w:tc>
          <w:tcPr>
            <w:tcW w:w="737" w:type="dxa"/>
          </w:tcPr>
          <w:p w14:paraId="1F15C923" w14:textId="77777777" w:rsidR="001D08E1" w:rsidRPr="00553642" w:rsidRDefault="001D08E1">
            <w:pPr>
              <w:keepNext/>
              <w:spacing w:after="0" w:line="240" w:lineRule="auto"/>
              <w:rPr>
                <w:bCs/>
                <w:color w:val="auto"/>
                <w:sz w:val="22"/>
                <w:szCs w:val="24"/>
              </w:rPr>
            </w:pPr>
          </w:p>
        </w:tc>
        <w:tc>
          <w:tcPr>
            <w:tcW w:w="737" w:type="dxa"/>
          </w:tcPr>
          <w:p w14:paraId="21D1FB50" w14:textId="77777777" w:rsidR="001D08E1" w:rsidRPr="002F28A4" w:rsidRDefault="001D08E1">
            <w:pPr>
              <w:keepNext/>
              <w:spacing w:after="0" w:line="240" w:lineRule="auto"/>
              <w:rPr>
                <w:b/>
                <w:color w:val="auto"/>
                <w:sz w:val="22"/>
                <w:szCs w:val="24"/>
              </w:rPr>
            </w:pPr>
            <w:r w:rsidRPr="002F28A4">
              <w:rPr>
                <w:b/>
                <w:color w:val="auto"/>
                <w:sz w:val="22"/>
                <w:szCs w:val="24"/>
              </w:rPr>
              <w:t>No</w:t>
            </w:r>
          </w:p>
        </w:tc>
        <w:tc>
          <w:tcPr>
            <w:tcW w:w="737" w:type="dxa"/>
          </w:tcPr>
          <w:p w14:paraId="0FA2FD5D" w14:textId="77777777" w:rsidR="001D08E1" w:rsidRPr="00553642" w:rsidRDefault="001D08E1">
            <w:pPr>
              <w:keepNext/>
              <w:spacing w:after="0" w:line="240" w:lineRule="auto"/>
              <w:rPr>
                <w:bCs/>
                <w:color w:val="auto"/>
                <w:sz w:val="22"/>
                <w:szCs w:val="24"/>
              </w:rPr>
            </w:pPr>
          </w:p>
        </w:tc>
      </w:tr>
    </w:tbl>
    <w:p w14:paraId="472D92B6" w14:textId="77777777" w:rsidR="001D08E1" w:rsidRPr="002F28A4" w:rsidRDefault="001D08E1" w:rsidP="001D08E1">
      <w:pPr>
        <w:keepNext/>
        <w:spacing w:after="0" w:line="240" w:lineRule="auto"/>
        <w:rPr>
          <w:b/>
          <w:color w:val="auto"/>
          <w:sz w:val="22"/>
          <w:szCs w:val="24"/>
        </w:rPr>
      </w:pPr>
    </w:p>
    <w:p w14:paraId="3A621A12" w14:textId="77777777" w:rsidR="001D08E1" w:rsidRPr="002F28A4" w:rsidRDefault="001D08E1" w:rsidP="001D08E1">
      <w:pPr>
        <w:keepNext/>
        <w:spacing w:after="0" w:line="240" w:lineRule="auto"/>
        <w:rPr>
          <w:b/>
          <w:color w:val="auto"/>
          <w:sz w:val="22"/>
          <w:szCs w:val="24"/>
        </w:rPr>
      </w:pPr>
      <w:r w:rsidRPr="00553642">
        <w:rPr>
          <w:b/>
          <w:color w:val="auto"/>
          <w:sz w:val="22"/>
          <w:szCs w:val="24"/>
        </w:rPr>
        <w:t>If you answered “Yes”, provide the name of each funder, the amount received or expected for 2026/27, and the date on which the current funding agreement ends.</w:t>
      </w:r>
    </w:p>
    <w:p w14:paraId="608F0917" w14:textId="77777777" w:rsidR="001D08E1" w:rsidRPr="00C70152" w:rsidRDefault="001D08E1" w:rsidP="001D08E1">
      <w:pPr>
        <w:spacing w:after="0" w:line="240" w:lineRule="auto"/>
        <w:rPr>
          <w:color w:val="auto"/>
          <w:sz w:val="22"/>
          <w:szCs w:val="24"/>
        </w:rPr>
      </w:pPr>
      <w:r w:rsidRPr="002F28A4">
        <w:rPr>
          <w:color w:val="auto"/>
          <w:sz w:val="20"/>
          <w:szCs w:val="24"/>
        </w:rPr>
        <w:t xml:space="preserve"> </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9923"/>
      </w:tblGrid>
      <w:tr w:rsidR="001D08E1" w:rsidRPr="00BC4503" w14:paraId="3C9A1BF7" w14:textId="77777777">
        <w:trPr>
          <w:cantSplit/>
          <w:jc w:val="center"/>
        </w:trPr>
        <w:tc>
          <w:tcPr>
            <w:tcW w:w="9923" w:type="dxa"/>
            <w:shd w:val="clear" w:color="auto" w:fill="FFFFFF"/>
            <w:tcMar>
              <w:top w:w="130" w:type="dxa"/>
              <w:left w:w="140" w:type="dxa"/>
              <w:bottom w:w="130" w:type="dxa"/>
              <w:right w:w="140" w:type="dxa"/>
            </w:tcMar>
            <w:vAlign w:val="center"/>
          </w:tcPr>
          <w:p w14:paraId="6A5CAE6A" w14:textId="77777777" w:rsidR="001D08E1" w:rsidRDefault="001D08E1">
            <w:pPr>
              <w:spacing w:after="20" w:line="240" w:lineRule="auto"/>
              <w:rPr>
                <w:color w:val="auto"/>
                <w:sz w:val="22"/>
                <w:szCs w:val="24"/>
              </w:rPr>
            </w:pPr>
          </w:p>
          <w:p w14:paraId="009C0A67" w14:textId="77777777" w:rsidR="001D08E1" w:rsidRDefault="001D08E1">
            <w:pPr>
              <w:spacing w:after="20" w:line="240" w:lineRule="auto"/>
              <w:ind w:right="241"/>
              <w:rPr>
                <w:color w:val="auto"/>
                <w:sz w:val="22"/>
                <w:szCs w:val="24"/>
              </w:rPr>
            </w:pPr>
          </w:p>
          <w:p w14:paraId="7D47C87D" w14:textId="77777777" w:rsidR="001D08E1" w:rsidRDefault="001D08E1">
            <w:pPr>
              <w:spacing w:after="20" w:line="240" w:lineRule="auto"/>
              <w:rPr>
                <w:color w:val="auto"/>
                <w:sz w:val="22"/>
                <w:szCs w:val="24"/>
              </w:rPr>
            </w:pPr>
          </w:p>
          <w:p w14:paraId="45E350A8" w14:textId="77777777" w:rsidR="001D08E1" w:rsidRPr="00BC4503" w:rsidRDefault="001D08E1">
            <w:pPr>
              <w:spacing w:after="20" w:line="240" w:lineRule="auto"/>
              <w:rPr>
                <w:color w:val="auto"/>
                <w:sz w:val="22"/>
                <w:szCs w:val="24"/>
              </w:rPr>
            </w:pPr>
          </w:p>
        </w:tc>
      </w:tr>
    </w:tbl>
    <w:p w14:paraId="5F3FD4AC" w14:textId="79CB7470" w:rsidR="001D08E1" w:rsidRPr="00FC6E98" w:rsidRDefault="001D08E1" w:rsidP="001D08E1">
      <w:pPr>
        <w:keepNext/>
        <w:spacing w:before="80" w:after="120" w:line="240" w:lineRule="auto"/>
        <w:rPr>
          <w:color w:val="595959" w:themeColor="text1" w:themeTint="A6"/>
          <w:szCs w:val="32"/>
        </w:rPr>
      </w:pPr>
      <w:r w:rsidRPr="00FC6E98">
        <w:rPr>
          <w:color w:val="595959" w:themeColor="text1" w:themeTint="A6"/>
          <w:szCs w:val="32"/>
        </w:rPr>
        <w:lastRenderedPageBreak/>
        <w:t>Maximum 300 words.</w:t>
      </w:r>
    </w:p>
    <w:p w14:paraId="70388476" w14:textId="138A0450" w:rsidR="00BD7720" w:rsidRPr="001D08E1" w:rsidRDefault="005E545F">
      <w:pPr>
        <w:keepNext/>
        <w:keepLines/>
        <w:spacing w:before="160" w:after="140" w:line="240" w:lineRule="auto"/>
        <w:rPr>
          <w:sz w:val="22"/>
          <w:szCs w:val="24"/>
        </w:rPr>
      </w:pPr>
      <w:r w:rsidRPr="001D08E1">
        <w:rPr>
          <w:rFonts w:eastAsia="Arial"/>
          <w:b/>
          <w:color w:val="000000"/>
          <w:sz w:val="32"/>
          <w:szCs w:val="24"/>
        </w:rPr>
        <w:t>2: About Your Organisation</w:t>
      </w:r>
    </w:p>
    <w:p w14:paraId="433E91D6" w14:textId="77777777" w:rsidR="00BD7720" w:rsidRPr="001D08E1" w:rsidRDefault="005E545F">
      <w:pPr>
        <w:keepNext/>
        <w:keepLines/>
        <w:spacing w:before="100" w:after="20" w:line="240" w:lineRule="auto"/>
        <w:rPr>
          <w:sz w:val="22"/>
        </w:rPr>
      </w:pPr>
      <w:r w:rsidRPr="001D08E1">
        <w:rPr>
          <w:rFonts w:eastAsia="Arial"/>
          <w:b/>
          <w:color w:val="000000"/>
          <w:sz w:val="22"/>
        </w:rPr>
        <w:t>Tell us about your organisation.</w:t>
      </w:r>
    </w:p>
    <w:p w14:paraId="526D9908" w14:textId="77777777" w:rsidR="00BD7720" w:rsidRPr="00FC6E98" w:rsidRDefault="005E545F">
      <w:pPr>
        <w:keepNext/>
        <w:keepLines/>
        <w:spacing w:after="40" w:line="240" w:lineRule="auto"/>
        <w:rPr>
          <w:color w:val="595959" w:themeColor="text1" w:themeTint="A6"/>
          <w:sz w:val="22"/>
        </w:rPr>
      </w:pPr>
      <w:r w:rsidRPr="00FC6E98">
        <w:rPr>
          <w:rFonts w:eastAsia="Arial"/>
          <w:color w:val="595959" w:themeColor="text1" w:themeTint="A6"/>
          <w:sz w:val="22"/>
        </w:rPr>
        <w:t>Describe your purpose, the work you create, produce, present, curate or enable, and the audiences and communities you work with and for. Write for an assessor who may know nothing about your organisation.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9865"/>
      </w:tblGrid>
      <w:tr w:rsidR="00BD7720" w:rsidRPr="001D08E1" w14:paraId="4D58D635" w14:textId="77777777">
        <w:trPr>
          <w:cantSplit/>
          <w:trHeight w:val="1200"/>
          <w:jc w:val="center"/>
        </w:trPr>
        <w:tc>
          <w:tcPr>
            <w:tcW w:w="9865" w:type="dxa"/>
            <w:tcMar>
              <w:top w:w="110" w:type="dxa"/>
              <w:left w:w="110" w:type="dxa"/>
              <w:bottom w:w="110" w:type="dxa"/>
              <w:right w:w="110" w:type="dxa"/>
            </w:tcMar>
          </w:tcPr>
          <w:p w14:paraId="51949D06" w14:textId="77777777" w:rsidR="00BD7720" w:rsidRPr="001D08E1" w:rsidRDefault="00BD7720">
            <w:pPr>
              <w:spacing w:after="0" w:line="240" w:lineRule="auto"/>
              <w:rPr>
                <w:sz w:val="22"/>
              </w:rPr>
            </w:pPr>
          </w:p>
        </w:tc>
      </w:tr>
    </w:tbl>
    <w:p w14:paraId="641E7FBA" w14:textId="77777777" w:rsidR="00BD7720" w:rsidRPr="00FC6E98" w:rsidRDefault="005E545F">
      <w:pPr>
        <w:keepNext/>
        <w:keepLines/>
        <w:spacing w:after="80" w:line="240" w:lineRule="auto"/>
        <w:rPr>
          <w:color w:val="595959" w:themeColor="text1" w:themeTint="A6"/>
          <w:sz w:val="22"/>
        </w:rPr>
      </w:pPr>
      <w:r w:rsidRPr="00FC6E98">
        <w:rPr>
          <w:rFonts w:eastAsia="Arial"/>
          <w:color w:val="595959" w:themeColor="text1" w:themeTint="A6"/>
          <w:sz w:val="22"/>
        </w:rPr>
        <w:t>Maximum 300 words.</w:t>
      </w:r>
    </w:p>
    <w:p w14:paraId="0116DF8F" w14:textId="77777777" w:rsidR="00BD7720" w:rsidRPr="001D08E1" w:rsidRDefault="005E545F">
      <w:pPr>
        <w:keepNext/>
        <w:keepLines/>
        <w:spacing w:before="100" w:after="20" w:line="240" w:lineRule="auto"/>
        <w:rPr>
          <w:sz w:val="22"/>
        </w:rPr>
      </w:pPr>
      <w:r w:rsidRPr="001D08E1">
        <w:rPr>
          <w:rFonts w:eastAsia="Arial"/>
          <w:b/>
          <w:color w:val="000000"/>
          <w:sz w:val="22"/>
        </w:rPr>
        <w:t>What evidence demonstrates your ability to deliver this proposal?</w:t>
      </w:r>
    </w:p>
    <w:p w14:paraId="658B3462" w14:textId="77777777" w:rsidR="00BD7720" w:rsidRPr="00FC6E98" w:rsidRDefault="005E545F">
      <w:pPr>
        <w:keepNext/>
        <w:keepLines/>
        <w:spacing w:after="40" w:line="240" w:lineRule="auto"/>
        <w:rPr>
          <w:color w:val="595959" w:themeColor="text1" w:themeTint="A6"/>
          <w:sz w:val="22"/>
        </w:rPr>
      </w:pPr>
      <w:proofErr w:type="spellStart"/>
      <w:r w:rsidRPr="00FC6E98">
        <w:rPr>
          <w:rFonts w:eastAsia="Arial"/>
          <w:color w:val="595959" w:themeColor="text1" w:themeTint="A6"/>
          <w:sz w:val="22"/>
        </w:rPr>
        <w:t>Summarise</w:t>
      </w:r>
      <w:proofErr w:type="spellEnd"/>
      <w:r w:rsidRPr="00FC6E98">
        <w:rPr>
          <w:rFonts w:eastAsia="Arial"/>
          <w:color w:val="595959" w:themeColor="text1" w:themeTint="A6"/>
          <w:sz w:val="22"/>
        </w:rPr>
        <w:t xml:space="preserve"> the most relevant achievements from the last three years. Include evidence of creative or cultural quality, public benefit, reach, partnerships and effective delivery.</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9865"/>
      </w:tblGrid>
      <w:tr w:rsidR="00BD7720" w:rsidRPr="001D08E1" w14:paraId="58E1C5A1" w14:textId="77777777">
        <w:trPr>
          <w:cantSplit/>
          <w:trHeight w:val="1200"/>
          <w:jc w:val="center"/>
        </w:trPr>
        <w:tc>
          <w:tcPr>
            <w:tcW w:w="9865" w:type="dxa"/>
            <w:tcMar>
              <w:top w:w="110" w:type="dxa"/>
              <w:left w:w="110" w:type="dxa"/>
              <w:bottom w:w="110" w:type="dxa"/>
              <w:right w:w="110" w:type="dxa"/>
            </w:tcMar>
          </w:tcPr>
          <w:p w14:paraId="28657FBA" w14:textId="77777777" w:rsidR="00BD7720" w:rsidRPr="001D08E1" w:rsidRDefault="00BD7720">
            <w:pPr>
              <w:spacing w:after="0" w:line="240" w:lineRule="auto"/>
              <w:rPr>
                <w:sz w:val="22"/>
              </w:rPr>
            </w:pPr>
          </w:p>
        </w:tc>
      </w:tr>
    </w:tbl>
    <w:p w14:paraId="6867A121" w14:textId="77777777" w:rsidR="00BD7720" w:rsidRPr="00FC6E98" w:rsidRDefault="005E545F">
      <w:pPr>
        <w:keepNext/>
        <w:keepLines/>
        <w:spacing w:after="80" w:line="240" w:lineRule="auto"/>
        <w:rPr>
          <w:color w:val="595959" w:themeColor="text1" w:themeTint="A6"/>
          <w:sz w:val="22"/>
        </w:rPr>
      </w:pPr>
      <w:r w:rsidRPr="00FC6E98">
        <w:rPr>
          <w:rFonts w:eastAsia="Arial"/>
          <w:color w:val="595959" w:themeColor="text1" w:themeTint="A6"/>
          <w:sz w:val="22"/>
        </w:rPr>
        <w:t>Maximum 300 words.</w:t>
      </w:r>
    </w:p>
    <w:p w14:paraId="6A9D618D" w14:textId="77777777" w:rsidR="00BD7720" w:rsidRPr="001D08E1" w:rsidRDefault="005E545F">
      <w:pPr>
        <w:keepNext/>
        <w:keepLines/>
        <w:spacing w:before="100" w:after="20" w:line="240" w:lineRule="auto"/>
        <w:rPr>
          <w:sz w:val="22"/>
        </w:rPr>
      </w:pPr>
      <w:r w:rsidRPr="001D08E1">
        <w:rPr>
          <w:rFonts w:eastAsia="Arial"/>
          <w:b/>
          <w:color w:val="000000"/>
          <w:sz w:val="22"/>
        </w:rPr>
        <w:t>What is your organisation's primary cultural discipline or area of work?</w:t>
      </w:r>
    </w:p>
    <w:p w14:paraId="32B45403" w14:textId="77777777" w:rsidR="00BD7720" w:rsidRPr="00FC6E98" w:rsidRDefault="005E545F">
      <w:pPr>
        <w:keepNext/>
        <w:keepLines/>
        <w:spacing w:after="40" w:line="240" w:lineRule="auto"/>
        <w:rPr>
          <w:color w:val="595959" w:themeColor="text1" w:themeTint="A6"/>
          <w:sz w:val="22"/>
        </w:rPr>
      </w:pPr>
      <w:r w:rsidRPr="00FC6E98">
        <w:rPr>
          <w:rFonts w:eastAsia="Arial"/>
          <w:color w:val="595959" w:themeColor="text1" w:themeTint="A6"/>
          <w:sz w:val="22"/>
        </w:rPr>
        <w:t>Tick a single option that best represents your organisation's main purpose, programme and public offer.</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466"/>
        <w:gridCol w:w="2466"/>
        <w:gridCol w:w="2466"/>
        <w:gridCol w:w="2466"/>
      </w:tblGrid>
      <w:tr w:rsidR="00BD7720" w:rsidRPr="001D08E1" w14:paraId="4F3F2EEC" w14:textId="77777777">
        <w:trPr>
          <w:cantSplit/>
          <w:trHeight w:val="330"/>
          <w:jc w:val="center"/>
        </w:trPr>
        <w:tc>
          <w:tcPr>
            <w:tcW w:w="2466" w:type="dxa"/>
            <w:tcMar>
              <w:top w:w="80" w:type="dxa"/>
              <w:left w:w="80" w:type="dxa"/>
              <w:bottom w:w="80" w:type="dxa"/>
              <w:right w:w="80" w:type="dxa"/>
            </w:tcMar>
          </w:tcPr>
          <w:p w14:paraId="4B07BF3F" w14:textId="77777777" w:rsidR="00BD7720" w:rsidRPr="001D08E1" w:rsidRDefault="005E545F">
            <w:pPr>
              <w:spacing w:after="0" w:line="240" w:lineRule="auto"/>
              <w:rPr>
                <w:sz w:val="22"/>
              </w:rPr>
            </w:pPr>
            <w:r w:rsidRPr="001D08E1">
              <w:rPr>
                <w:rFonts w:eastAsia="Arial"/>
                <w:color w:val="000000"/>
                <w:sz w:val="22"/>
              </w:rPr>
              <w:t>☐ Archive</w:t>
            </w:r>
          </w:p>
        </w:tc>
        <w:tc>
          <w:tcPr>
            <w:tcW w:w="2466" w:type="dxa"/>
            <w:tcMar>
              <w:top w:w="80" w:type="dxa"/>
              <w:left w:w="80" w:type="dxa"/>
              <w:bottom w:w="80" w:type="dxa"/>
              <w:right w:w="80" w:type="dxa"/>
            </w:tcMar>
          </w:tcPr>
          <w:p w14:paraId="0340AAA8" w14:textId="77777777" w:rsidR="00BD7720" w:rsidRPr="001D08E1" w:rsidRDefault="005E545F">
            <w:pPr>
              <w:spacing w:after="0" w:line="240" w:lineRule="auto"/>
              <w:rPr>
                <w:sz w:val="22"/>
              </w:rPr>
            </w:pPr>
            <w:r w:rsidRPr="001D08E1">
              <w:rPr>
                <w:rFonts w:eastAsia="Arial"/>
                <w:color w:val="000000"/>
                <w:sz w:val="22"/>
              </w:rPr>
              <w:t>☐ Attraction</w:t>
            </w:r>
          </w:p>
        </w:tc>
        <w:tc>
          <w:tcPr>
            <w:tcW w:w="2466" w:type="dxa"/>
            <w:tcMar>
              <w:top w:w="80" w:type="dxa"/>
              <w:left w:w="80" w:type="dxa"/>
              <w:bottom w:w="80" w:type="dxa"/>
              <w:right w:w="80" w:type="dxa"/>
            </w:tcMar>
          </w:tcPr>
          <w:p w14:paraId="62DFAF8B" w14:textId="77777777" w:rsidR="00BD7720" w:rsidRPr="001D08E1" w:rsidRDefault="005E545F">
            <w:pPr>
              <w:spacing w:after="0" w:line="240" w:lineRule="auto"/>
              <w:rPr>
                <w:sz w:val="22"/>
              </w:rPr>
            </w:pPr>
            <w:r w:rsidRPr="001D08E1">
              <w:rPr>
                <w:rFonts w:eastAsia="Arial"/>
                <w:color w:val="000000"/>
                <w:sz w:val="22"/>
              </w:rPr>
              <w:t>☐ Collection</w:t>
            </w:r>
          </w:p>
        </w:tc>
        <w:tc>
          <w:tcPr>
            <w:tcW w:w="2466" w:type="dxa"/>
            <w:tcMar>
              <w:top w:w="80" w:type="dxa"/>
              <w:left w:w="80" w:type="dxa"/>
              <w:bottom w:w="80" w:type="dxa"/>
              <w:right w:w="80" w:type="dxa"/>
            </w:tcMar>
          </w:tcPr>
          <w:p w14:paraId="3A5E5066" w14:textId="77777777" w:rsidR="00BD7720" w:rsidRPr="001D08E1" w:rsidRDefault="005E545F">
            <w:pPr>
              <w:spacing w:after="0" w:line="240" w:lineRule="auto"/>
              <w:rPr>
                <w:sz w:val="22"/>
              </w:rPr>
            </w:pPr>
            <w:r w:rsidRPr="001D08E1">
              <w:rPr>
                <w:rFonts w:eastAsia="Arial"/>
                <w:color w:val="000000"/>
                <w:sz w:val="22"/>
              </w:rPr>
              <w:t>☐ Crafts</w:t>
            </w:r>
          </w:p>
        </w:tc>
      </w:tr>
      <w:tr w:rsidR="00BD7720" w:rsidRPr="001D08E1" w14:paraId="63B864F7" w14:textId="77777777">
        <w:trPr>
          <w:cantSplit/>
          <w:trHeight w:val="330"/>
          <w:jc w:val="center"/>
        </w:trPr>
        <w:tc>
          <w:tcPr>
            <w:tcW w:w="2466" w:type="dxa"/>
            <w:tcMar>
              <w:top w:w="80" w:type="dxa"/>
              <w:left w:w="80" w:type="dxa"/>
              <w:bottom w:w="80" w:type="dxa"/>
              <w:right w:w="80" w:type="dxa"/>
            </w:tcMar>
          </w:tcPr>
          <w:p w14:paraId="45F7F3B8" w14:textId="77777777" w:rsidR="00BD7720" w:rsidRPr="001D08E1" w:rsidRDefault="005E545F">
            <w:pPr>
              <w:spacing w:after="0" w:line="240" w:lineRule="auto"/>
              <w:rPr>
                <w:sz w:val="22"/>
              </w:rPr>
            </w:pPr>
            <w:r w:rsidRPr="001D08E1">
              <w:rPr>
                <w:rFonts w:eastAsia="Arial"/>
                <w:color w:val="000000"/>
                <w:sz w:val="22"/>
              </w:rPr>
              <w:t>☐ Dance</w:t>
            </w:r>
          </w:p>
        </w:tc>
        <w:tc>
          <w:tcPr>
            <w:tcW w:w="2466" w:type="dxa"/>
            <w:tcMar>
              <w:top w:w="80" w:type="dxa"/>
              <w:left w:w="80" w:type="dxa"/>
              <w:bottom w:w="80" w:type="dxa"/>
              <w:right w:w="80" w:type="dxa"/>
            </w:tcMar>
          </w:tcPr>
          <w:p w14:paraId="544DA778" w14:textId="77777777" w:rsidR="00BD7720" w:rsidRPr="001D08E1" w:rsidRDefault="005E545F">
            <w:pPr>
              <w:spacing w:after="0" w:line="240" w:lineRule="auto"/>
              <w:rPr>
                <w:sz w:val="22"/>
              </w:rPr>
            </w:pPr>
            <w:r w:rsidRPr="001D08E1">
              <w:rPr>
                <w:rFonts w:eastAsia="Arial"/>
                <w:color w:val="000000"/>
                <w:sz w:val="22"/>
              </w:rPr>
              <w:t>☐ Design</w:t>
            </w:r>
          </w:p>
        </w:tc>
        <w:tc>
          <w:tcPr>
            <w:tcW w:w="2466" w:type="dxa"/>
            <w:tcMar>
              <w:top w:w="80" w:type="dxa"/>
              <w:left w:w="80" w:type="dxa"/>
              <w:bottom w:w="80" w:type="dxa"/>
              <w:right w:w="80" w:type="dxa"/>
            </w:tcMar>
          </w:tcPr>
          <w:p w14:paraId="421E8754" w14:textId="77777777" w:rsidR="00BD7720" w:rsidRPr="001D08E1" w:rsidRDefault="005E545F">
            <w:pPr>
              <w:spacing w:after="0" w:line="240" w:lineRule="auto"/>
              <w:rPr>
                <w:sz w:val="22"/>
              </w:rPr>
            </w:pPr>
            <w:r w:rsidRPr="001D08E1">
              <w:rPr>
                <w:rFonts w:eastAsia="Arial"/>
                <w:color w:val="000000"/>
                <w:sz w:val="22"/>
              </w:rPr>
              <w:t>☐ Digital</w:t>
            </w:r>
          </w:p>
        </w:tc>
        <w:tc>
          <w:tcPr>
            <w:tcW w:w="2466" w:type="dxa"/>
            <w:tcMar>
              <w:top w:w="80" w:type="dxa"/>
              <w:left w:w="80" w:type="dxa"/>
              <w:bottom w:w="80" w:type="dxa"/>
              <w:right w:w="80" w:type="dxa"/>
            </w:tcMar>
          </w:tcPr>
          <w:p w14:paraId="283A681A" w14:textId="77777777" w:rsidR="00BD7720" w:rsidRPr="001D08E1" w:rsidRDefault="005E545F">
            <w:pPr>
              <w:spacing w:after="0" w:line="240" w:lineRule="auto"/>
              <w:rPr>
                <w:sz w:val="22"/>
              </w:rPr>
            </w:pPr>
            <w:r w:rsidRPr="001D08E1">
              <w:rPr>
                <w:rFonts w:eastAsia="Arial"/>
                <w:color w:val="000000"/>
                <w:sz w:val="22"/>
              </w:rPr>
              <w:t>☐ Fashion</w:t>
            </w:r>
          </w:p>
        </w:tc>
      </w:tr>
      <w:tr w:rsidR="00BD7720" w:rsidRPr="001D08E1" w14:paraId="28351C83" w14:textId="77777777">
        <w:trPr>
          <w:cantSplit/>
          <w:trHeight w:val="330"/>
          <w:jc w:val="center"/>
        </w:trPr>
        <w:tc>
          <w:tcPr>
            <w:tcW w:w="2466" w:type="dxa"/>
            <w:tcMar>
              <w:top w:w="80" w:type="dxa"/>
              <w:left w:w="80" w:type="dxa"/>
              <w:bottom w:w="80" w:type="dxa"/>
              <w:right w:w="80" w:type="dxa"/>
            </w:tcMar>
          </w:tcPr>
          <w:p w14:paraId="3406486C" w14:textId="77777777" w:rsidR="00BD7720" w:rsidRPr="001D08E1" w:rsidRDefault="005E545F">
            <w:pPr>
              <w:spacing w:after="0" w:line="240" w:lineRule="auto"/>
              <w:rPr>
                <w:sz w:val="22"/>
              </w:rPr>
            </w:pPr>
            <w:r w:rsidRPr="001D08E1">
              <w:rPr>
                <w:rFonts w:eastAsia="Arial"/>
                <w:color w:val="000000"/>
                <w:sz w:val="22"/>
              </w:rPr>
              <w:t>☐ Festival</w:t>
            </w:r>
          </w:p>
        </w:tc>
        <w:tc>
          <w:tcPr>
            <w:tcW w:w="2466" w:type="dxa"/>
            <w:tcMar>
              <w:top w:w="80" w:type="dxa"/>
              <w:left w:w="80" w:type="dxa"/>
              <w:bottom w:w="80" w:type="dxa"/>
              <w:right w:w="80" w:type="dxa"/>
            </w:tcMar>
          </w:tcPr>
          <w:p w14:paraId="70153844" w14:textId="77777777" w:rsidR="00BD7720" w:rsidRPr="001D08E1" w:rsidRDefault="005E545F">
            <w:pPr>
              <w:spacing w:after="0" w:line="240" w:lineRule="auto"/>
              <w:rPr>
                <w:sz w:val="22"/>
              </w:rPr>
            </w:pPr>
            <w:r w:rsidRPr="001D08E1">
              <w:rPr>
                <w:rFonts w:eastAsia="Arial"/>
                <w:color w:val="000000"/>
                <w:sz w:val="22"/>
              </w:rPr>
              <w:t>☐ Film</w:t>
            </w:r>
          </w:p>
        </w:tc>
        <w:tc>
          <w:tcPr>
            <w:tcW w:w="2466" w:type="dxa"/>
            <w:tcMar>
              <w:top w:w="80" w:type="dxa"/>
              <w:left w:w="80" w:type="dxa"/>
              <w:bottom w:w="80" w:type="dxa"/>
              <w:right w:w="80" w:type="dxa"/>
            </w:tcMar>
          </w:tcPr>
          <w:p w14:paraId="791C6B28" w14:textId="77777777" w:rsidR="00BD7720" w:rsidRPr="001D08E1" w:rsidRDefault="005E545F">
            <w:pPr>
              <w:spacing w:after="0" w:line="240" w:lineRule="auto"/>
              <w:rPr>
                <w:sz w:val="22"/>
              </w:rPr>
            </w:pPr>
            <w:r w:rsidRPr="001D08E1">
              <w:rPr>
                <w:rFonts w:eastAsia="Arial"/>
                <w:color w:val="000000"/>
                <w:sz w:val="22"/>
              </w:rPr>
              <w:t>☐ Food</w:t>
            </w:r>
          </w:p>
        </w:tc>
        <w:tc>
          <w:tcPr>
            <w:tcW w:w="2466" w:type="dxa"/>
            <w:tcMar>
              <w:top w:w="80" w:type="dxa"/>
              <w:left w:w="80" w:type="dxa"/>
              <w:bottom w:w="80" w:type="dxa"/>
              <w:right w:w="80" w:type="dxa"/>
            </w:tcMar>
          </w:tcPr>
          <w:p w14:paraId="5247D14B" w14:textId="77777777" w:rsidR="00BD7720" w:rsidRPr="001D08E1" w:rsidRDefault="005E545F">
            <w:pPr>
              <w:spacing w:after="0" w:line="240" w:lineRule="auto"/>
              <w:rPr>
                <w:sz w:val="22"/>
              </w:rPr>
            </w:pPr>
            <w:r w:rsidRPr="001D08E1">
              <w:rPr>
                <w:rFonts w:eastAsia="Arial"/>
                <w:color w:val="000000"/>
                <w:sz w:val="22"/>
              </w:rPr>
              <w:t>☐ Gaming</w:t>
            </w:r>
          </w:p>
        </w:tc>
      </w:tr>
      <w:tr w:rsidR="00BD7720" w:rsidRPr="001D08E1" w14:paraId="149E18E0" w14:textId="77777777">
        <w:trPr>
          <w:cantSplit/>
          <w:trHeight w:val="330"/>
          <w:jc w:val="center"/>
        </w:trPr>
        <w:tc>
          <w:tcPr>
            <w:tcW w:w="2466" w:type="dxa"/>
            <w:tcMar>
              <w:top w:w="80" w:type="dxa"/>
              <w:left w:w="80" w:type="dxa"/>
              <w:bottom w:w="80" w:type="dxa"/>
              <w:right w:w="80" w:type="dxa"/>
            </w:tcMar>
          </w:tcPr>
          <w:p w14:paraId="1893A782" w14:textId="77777777" w:rsidR="00BD7720" w:rsidRPr="001D08E1" w:rsidRDefault="005E545F">
            <w:pPr>
              <w:spacing w:after="0" w:line="240" w:lineRule="auto"/>
              <w:rPr>
                <w:sz w:val="22"/>
              </w:rPr>
            </w:pPr>
            <w:r w:rsidRPr="001D08E1">
              <w:rPr>
                <w:rFonts w:eastAsia="Arial"/>
                <w:color w:val="000000"/>
                <w:sz w:val="22"/>
              </w:rPr>
              <w:t>☐ Historic Building</w:t>
            </w:r>
          </w:p>
        </w:tc>
        <w:tc>
          <w:tcPr>
            <w:tcW w:w="2466" w:type="dxa"/>
            <w:tcMar>
              <w:top w:w="80" w:type="dxa"/>
              <w:left w:w="80" w:type="dxa"/>
              <w:bottom w:w="80" w:type="dxa"/>
              <w:right w:w="80" w:type="dxa"/>
            </w:tcMar>
          </w:tcPr>
          <w:p w14:paraId="738DD880" w14:textId="77777777" w:rsidR="00BD7720" w:rsidRPr="001D08E1" w:rsidRDefault="005E545F">
            <w:pPr>
              <w:spacing w:after="0" w:line="240" w:lineRule="auto"/>
              <w:rPr>
                <w:sz w:val="22"/>
              </w:rPr>
            </w:pPr>
            <w:r w:rsidRPr="001D08E1">
              <w:rPr>
                <w:rFonts w:eastAsia="Arial"/>
                <w:color w:val="000000"/>
                <w:sz w:val="22"/>
              </w:rPr>
              <w:t>☐ Heritage</w:t>
            </w:r>
          </w:p>
        </w:tc>
        <w:tc>
          <w:tcPr>
            <w:tcW w:w="2466" w:type="dxa"/>
            <w:tcMar>
              <w:top w:w="80" w:type="dxa"/>
              <w:left w:w="80" w:type="dxa"/>
              <w:bottom w:w="80" w:type="dxa"/>
              <w:right w:w="80" w:type="dxa"/>
            </w:tcMar>
          </w:tcPr>
          <w:p w14:paraId="23B7A222" w14:textId="77777777" w:rsidR="00BD7720" w:rsidRPr="001D08E1" w:rsidRDefault="005E545F">
            <w:pPr>
              <w:spacing w:after="0" w:line="240" w:lineRule="auto"/>
              <w:rPr>
                <w:sz w:val="22"/>
              </w:rPr>
            </w:pPr>
            <w:r w:rsidRPr="001D08E1">
              <w:rPr>
                <w:rFonts w:eastAsia="Arial"/>
                <w:color w:val="000000"/>
                <w:sz w:val="22"/>
              </w:rPr>
              <w:t>☐ Library</w:t>
            </w:r>
          </w:p>
        </w:tc>
        <w:tc>
          <w:tcPr>
            <w:tcW w:w="2466" w:type="dxa"/>
            <w:tcMar>
              <w:top w:w="80" w:type="dxa"/>
              <w:left w:w="80" w:type="dxa"/>
              <w:bottom w:w="80" w:type="dxa"/>
              <w:right w:w="80" w:type="dxa"/>
            </w:tcMar>
          </w:tcPr>
          <w:p w14:paraId="56D3C0F3" w14:textId="77777777" w:rsidR="00BD7720" w:rsidRPr="001D08E1" w:rsidRDefault="005E545F">
            <w:pPr>
              <w:spacing w:after="0" w:line="240" w:lineRule="auto"/>
              <w:rPr>
                <w:sz w:val="22"/>
              </w:rPr>
            </w:pPr>
            <w:r w:rsidRPr="001D08E1">
              <w:rPr>
                <w:rFonts w:eastAsia="Arial"/>
                <w:color w:val="000000"/>
                <w:sz w:val="22"/>
              </w:rPr>
              <w:t>☐ Literature</w:t>
            </w:r>
          </w:p>
        </w:tc>
      </w:tr>
      <w:tr w:rsidR="00BD7720" w:rsidRPr="001D08E1" w14:paraId="3FB631DD" w14:textId="77777777">
        <w:trPr>
          <w:cantSplit/>
          <w:trHeight w:val="330"/>
          <w:jc w:val="center"/>
        </w:trPr>
        <w:tc>
          <w:tcPr>
            <w:tcW w:w="2466" w:type="dxa"/>
            <w:tcMar>
              <w:top w:w="80" w:type="dxa"/>
              <w:left w:w="80" w:type="dxa"/>
              <w:bottom w:w="80" w:type="dxa"/>
              <w:right w:w="80" w:type="dxa"/>
            </w:tcMar>
          </w:tcPr>
          <w:p w14:paraId="102D00C0" w14:textId="77777777" w:rsidR="00BD7720" w:rsidRPr="001D08E1" w:rsidRDefault="005E545F">
            <w:pPr>
              <w:spacing w:after="0" w:line="240" w:lineRule="auto"/>
              <w:rPr>
                <w:sz w:val="22"/>
              </w:rPr>
            </w:pPr>
            <w:r w:rsidRPr="001D08E1">
              <w:rPr>
                <w:rFonts w:eastAsia="Arial"/>
                <w:color w:val="000000"/>
                <w:sz w:val="22"/>
              </w:rPr>
              <w:t>☐ Music</w:t>
            </w:r>
          </w:p>
        </w:tc>
        <w:tc>
          <w:tcPr>
            <w:tcW w:w="2466" w:type="dxa"/>
            <w:tcMar>
              <w:top w:w="80" w:type="dxa"/>
              <w:left w:w="80" w:type="dxa"/>
              <w:bottom w:w="80" w:type="dxa"/>
              <w:right w:w="80" w:type="dxa"/>
            </w:tcMar>
          </w:tcPr>
          <w:p w14:paraId="29828225" w14:textId="77777777" w:rsidR="00BD7720" w:rsidRPr="001D08E1" w:rsidRDefault="005E545F">
            <w:pPr>
              <w:spacing w:after="0" w:line="240" w:lineRule="auto"/>
              <w:rPr>
                <w:sz w:val="22"/>
              </w:rPr>
            </w:pPr>
            <w:r w:rsidRPr="001D08E1">
              <w:rPr>
                <w:rFonts w:eastAsia="Arial"/>
                <w:color w:val="000000"/>
                <w:sz w:val="22"/>
              </w:rPr>
              <w:t>☐ Museum</w:t>
            </w:r>
          </w:p>
        </w:tc>
        <w:tc>
          <w:tcPr>
            <w:tcW w:w="2466" w:type="dxa"/>
            <w:tcMar>
              <w:top w:w="80" w:type="dxa"/>
              <w:left w:w="80" w:type="dxa"/>
              <w:bottom w:w="80" w:type="dxa"/>
              <w:right w:w="80" w:type="dxa"/>
            </w:tcMar>
          </w:tcPr>
          <w:p w14:paraId="0EC7885B" w14:textId="77777777" w:rsidR="00BD7720" w:rsidRPr="001D08E1" w:rsidRDefault="005E545F">
            <w:pPr>
              <w:spacing w:after="0" w:line="240" w:lineRule="auto"/>
              <w:rPr>
                <w:sz w:val="22"/>
              </w:rPr>
            </w:pPr>
            <w:r w:rsidRPr="001D08E1">
              <w:rPr>
                <w:rFonts w:eastAsia="Arial"/>
                <w:color w:val="000000"/>
                <w:sz w:val="22"/>
              </w:rPr>
              <w:t>☐ Photography</w:t>
            </w:r>
          </w:p>
        </w:tc>
        <w:tc>
          <w:tcPr>
            <w:tcW w:w="2466" w:type="dxa"/>
            <w:tcMar>
              <w:top w:w="80" w:type="dxa"/>
              <w:left w:w="80" w:type="dxa"/>
              <w:bottom w:w="80" w:type="dxa"/>
              <w:right w:w="80" w:type="dxa"/>
            </w:tcMar>
          </w:tcPr>
          <w:p w14:paraId="17C6C668" w14:textId="77777777" w:rsidR="00BD7720" w:rsidRPr="001D08E1" w:rsidRDefault="005E545F">
            <w:pPr>
              <w:spacing w:after="0" w:line="240" w:lineRule="auto"/>
              <w:rPr>
                <w:sz w:val="22"/>
              </w:rPr>
            </w:pPr>
            <w:r w:rsidRPr="001D08E1">
              <w:rPr>
                <w:rFonts w:eastAsia="Arial"/>
                <w:color w:val="000000"/>
                <w:sz w:val="22"/>
              </w:rPr>
              <w:t>☐ Poetry</w:t>
            </w:r>
          </w:p>
        </w:tc>
      </w:tr>
      <w:tr w:rsidR="00BD7720" w:rsidRPr="001D08E1" w14:paraId="1DBAC3D8" w14:textId="77777777">
        <w:trPr>
          <w:cantSplit/>
          <w:trHeight w:val="330"/>
          <w:jc w:val="center"/>
        </w:trPr>
        <w:tc>
          <w:tcPr>
            <w:tcW w:w="2466" w:type="dxa"/>
            <w:tcMar>
              <w:top w:w="80" w:type="dxa"/>
              <w:left w:w="80" w:type="dxa"/>
              <w:bottom w:w="80" w:type="dxa"/>
              <w:right w:w="80" w:type="dxa"/>
            </w:tcMar>
          </w:tcPr>
          <w:p w14:paraId="4BA3B9F6" w14:textId="77777777" w:rsidR="00BD7720" w:rsidRPr="001D08E1" w:rsidRDefault="005E545F">
            <w:pPr>
              <w:spacing w:after="0" w:line="240" w:lineRule="auto"/>
              <w:rPr>
                <w:sz w:val="22"/>
              </w:rPr>
            </w:pPr>
            <w:r w:rsidRPr="001D08E1">
              <w:rPr>
                <w:rFonts w:eastAsia="Arial"/>
                <w:color w:val="000000"/>
                <w:sz w:val="22"/>
              </w:rPr>
              <w:t>☐ Publishing</w:t>
            </w:r>
          </w:p>
        </w:tc>
        <w:tc>
          <w:tcPr>
            <w:tcW w:w="2466" w:type="dxa"/>
            <w:tcMar>
              <w:top w:w="80" w:type="dxa"/>
              <w:left w:w="80" w:type="dxa"/>
              <w:bottom w:w="80" w:type="dxa"/>
              <w:right w:w="80" w:type="dxa"/>
            </w:tcMar>
          </w:tcPr>
          <w:p w14:paraId="6321E191" w14:textId="77777777" w:rsidR="00BD7720" w:rsidRPr="001D08E1" w:rsidRDefault="005E545F">
            <w:pPr>
              <w:spacing w:after="0" w:line="240" w:lineRule="auto"/>
              <w:rPr>
                <w:sz w:val="22"/>
              </w:rPr>
            </w:pPr>
            <w:r w:rsidRPr="001D08E1">
              <w:rPr>
                <w:rFonts w:eastAsia="Arial"/>
                <w:color w:val="000000"/>
                <w:sz w:val="22"/>
              </w:rPr>
              <w:t>☐ Radio</w:t>
            </w:r>
          </w:p>
        </w:tc>
        <w:tc>
          <w:tcPr>
            <w:tcW w:w="2466" w:type="dxa"/>
            <w:tcMar>
              <w:top w:w="80" w:type="dxa"/>
              <w:left w:w="80" w:type="dxa"/>
              <w:bottom w:w="80" w:type="dxa"/>
              <w:right w:w="80" w:type="dxa"/>
            </w:tcMar>
          </w:tcPr>
          <w:p w14:paraId="25D7514B" w14:textId="77777777" w:rsidR="00BD7720" w:rsidRPr="001D08E1" w:rsidRDefault="005E545F">
            <w:pPr>
              <w:spacing w:after="0" w:line="240" w:lineRule="auto"/>
              <w:rPr>
                <w:sz w:val="22"/>
              </w:rPr>
            </w:pPr>
            <w:r w:rsidRPr="001D08E1">
              <w:rPr>
                <w:rFonts w:eastAsia="Arial"/>
                <w:color w:val="000000"/>
                <w:sz w:val="22"/>
              </w:rPr>
              <w:t>☐ Theatre</w:t>
            </w:r>
          </w:p>
        </w:tc>
        <w:tc>
          <w:tcPr>
            <w:tcW w:w="2466" w:type="dxa"/>
            <w:tcMar>
              <w:top w:w="80" w:type="dxa"/>
              <w:left w:w="80" w:type="dxa"/>
              <w:bottom w:w="80" w:type="dxa"/>
              <w:right w:w="80" w:type="dxa"/>
            </w:tcMar>
          </w:tcPr>
          <w:p w14:paraId="50566703" w14:textId="77777777" w:rsidR="00BD7720" w:rsidRPr="001D08E1" w:rsidRDefault="005E545F">
            <w:pPr>
              <w:spacing w:after="0" w:line="240" w:lineRule="auto"/>
              <w:rPr>
                <w:sz w:val="22"/>
              </w:rPr>
            </w:pPr>
            <w:r w:rsidRPr="001D08E1">
              <w:rPr>
                <w:rFonts w:eastAsia="Arial"/>
                <w:color w:val="000000"/>
                <w:sz w:val="22"/>
              </w:rPr>
              <w:t>☐ TV</w:t>
            </w:r>
          </w:p>
        </w:tc>
      </w:tr>
      <w:tr w:rsidR="00BD7720" w:rsidRPr="001D08E1" w14:paraId="6B929276" w14:textId="77777777">
        <w:trPr>
          <w:cantSplit/>
          <w:trHeight w:val="330"/>
          <w:jc w:val="center"/>
        </w:trPr>
        <w:tc>
          <w:tcPr>
            <w:tcW w:w="2466" w:type="dxa"/>
            <w:tcMar>
              <w:top w:w="80" w:type="dxa"/>
              <w:left w:w="80" w:type="dxa"/>
              <w:bottom w:w="80" w:type="dxa"/>
              <w:right w:w="80" w:type="dxa"/>
            </w:tcMar>
          </w:tcPr>
          <w:p w14:paraId="20F80292" w14:textId="77777777" w:rsidR="00BD7720" w:rsidRPr="001D08E1" w:rsidRDefault="005E545F">
            <w:pPr>
              <w:spacing w:after="0" w:line="240" w:lineRule="auto"/>
              <w:rPr>
                <w:sz w:val="22"/>
              </w:rPr>
            </w:pPr>
            <w:r w:rsidRPr="001D08E1">
              <w:rPr>
                <w:rFonts w:eastAsia="Arial"/>
                <w:color w:val="000000"/>
                <w:sz w:val="22"/>
              </w:rPr>
              <w:t>☐ Visual Arts</w:t>
            </w:r>
          </w:p>
        </w:tc>
        <w:tc>
          <w:tcPr>
            <w:tcW w:w="2466" w:type="dxa"/>
            <w:tcMar>
              <w:top w:w="80" w:type="dxa"/>
              <w:left w:w="80" w:type="dxa"/>
              <w:bottom w:w="80" w:type="dxa"/>
              <w:right w:w="80" w:type="dxa"/>
            </w:tcMar>
          </w:tcPr>
          <w:p w14:paraId="6587715B" w14:textId="77777777" w:rsidR="00BD7720" w:rsidRPr="001D08E1" w:rsidRDefault="005E545F">
            <w:pPr>
              <w:spacing w:after="0" w:line="240" w:lineRule="auto"/>
              <w:rPr>
                <w:sz w:val="22"/>
              </w:rPr>
            </w:pPr>
            <w:r w:rsidRPr="001D08E1">
              <w:rPr>
                <w:rFonts w:eastAsia="Arial"/>
                <w:color w:val="000000"/>
                <w:sz w:val="22"/>
              </w:rPr>
              <w:t>☐ Venue (Performance)</w:t>
            </w:r>
          </w:p>
        </w:tc>
        <w:tc>
          <w:tcPr>
            <w:tcW w:w="2466" w:type="dxa"/>
            <w:tcMar>
              <w:top w:w="80" w:type="dxa"/>
              <w:left w:w="80" w:type="dxa"/>
              <w:bottom w:w="80" w:type="dxa"/>
              <w:right w:w="80" w:type="dxa"/>
            </w:tcMar>
          </w:tcPr>
          <w:p w14:paraId="1814937E" w14:textId="77777777" w:rsidR="00BD7720" w:rsidRPr="001D08E1" w:rsidRDefault="00BD7720">
            <w:pPr>
              <w:spacing w:after="0" w:line="240" w:lineRule="auto"/>
              <w:rPr>
                <w:sz w:val="22"/>
              </w:rPr>
            </w:pPr>
          </w:p>
        </w:tc>
        <w:tc>
          <w:tcPr>
            <w:tcW w:w="2466" w:type="dxa"/>
            <w:tcMar>
              <w:top w:w="80" w:type="dxa"/>
              <w:left w:w="80" w:type="dxa"/>
              <w:bottom w:w="80" w:type="dxa"/>
              <w:right w:w="80" w:type="dxa"/>
            </w:tcMar>
          </w:tcPr>
          <w:p w14:paraId="686AFDAC" w14:textId="77777777" w:rsidR="00BD7720" w:rsidRPr="001D08E1" w:rsidRDefault="00BD7720">
            <w:pPr>
              <w:spacing w:after="0" w:line="240" w:lineRule="auto"/>
              <w:rPr>
                <w:sz w:val="22"/>
              </w:rPr>
            </w:pPr>
          </w:p>
        </w:tc>
      </w:tr>
    </w:tbl>
    <w:p w14:paraId="5125C0B1" w14:textId="77777777" w:rsidR="00BD7720" w:rsidRPr="001D08E1" w:rsidRDefault="005E545F">
      <w:pPr>
        <w:keepNext/>
        <w:keepLines/>
        <w:spacing w:before="160" w:after="140" w:line="240" w:lineRule="auto"/>
        <w:rPr>
          <w:sz w:val="32"/>
          <w:szCs w:val="32"/>
        </w:rPr>
      </w:pPr>
      <w:r w:rsidRPr="001D08E1">
        <w:rPr>
          <w:rFonts w:eastAsia="Arial"/>
          <w:b/>
          <w:color w:val="000000"/>
          <w:sz w:val="32"/>
          <w:szCs w:val="32"/>
        </w:rPr>
        <w:t>3: Five-Year Proposition</w:t>
      </w:r>
    </w:p>
    <w:p w14:paraId="305E2D1B" w14:textId="77777777" w:rsidR="00BD7720" w:rsidRPr="001D08E1" w:rsidRDefault="005E545F">
      <w:pPr>
        <w:keepNext/>
        <w:keepLines/>
        <w:spacing w:before="100" w:after="20" w:line="240" w:lineRule="auto"/>
        <w:rPr>
          <w:sz w:val="22"/>
        </w:rPr>
      </w:pPr>
      <w:r w:rsidRPr="001D08E1">
        <w:rPr>
          <w:rFonts w:eastAsia="Arial"/>
          <w:b/>
          <w:color w:val="000000"/>
          <w:sz w:val="22"/>
        </w:rPr>
        <w:t>What do you want your organisation to achieve by March 2033, and why?</w:t>
      </w:r>
    </w:p>
    <w:p w14:paraId="27F52061" w14:textId="77777777" w:rsidR="00BD7720" w:rsidRPr="00FC6E98" w:rsidRDefault="005E545F">
      <w:pPr>
        <w:keepNext/>
        <w:keepLines/>
        <w:spacing w:after="40" w:line="240" w:lineRule="auto"/>
        <w:rPr>
          <w:color w:val="595959" w:themeColor="text1" w:themeTint="A6"/>
          <w:sz w:val="22"/>
        </w:rPr>
      </w:pPr>
      <w:r w:rsidRPr="00FC6E98">
        <w:rPr>
          <w:rFonts w:eastAsia="Arial"/>
          <w:color w:val="595959" w:themeColor="text1" w:themeTint="A6"/>
          <w:sz w:val="22"/>
        </w:rPr>
        <w:t>Describe your five-year vision, why this development is needed, why now is the right time and the most important change from your current position. Explain why achieving this vision would matter to Bradford District.</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9865"/>
      </w:tblGrid>
      <w:tr w:rsidR="00BD7720" w:rsidRPr="001D08E1" w14:paraId="395E2F62" w14:textId="77777777">
        <w:trPr>
          <w:cantSplit/>
          <w:trHeight w:val="1450"/>
          <w:jc w:val="center"/>
        </w:trPr>
        <w:tc>
          <w:tcPr>
            <w:tcW w:w="9865" w:type="dxa"/>
            <w:tcMar>
              <w:top w:w="110" w:type="dxa"/>
              <w:left w:w="110" w:type="dxa"/>
              <w:bottom w:w="110" w:type="dxa"/>
              <w:right w:w="110" w:type="dxa"/>
            </w:tcMar>
          </w:tcPr>
          <w:p w14:paraId="01E7EC3A" w14:textId="77777777" w:rsidR="00BD7720" w:rsidRPr="001D08E1" w:rsidRDefault="00BD7720">
            <w:pPr>
              <w:spacing w:after="0" w:line="240" w:lineRule="auto"/>
              <w:rPr>
                <w:sz w:val="22"/>
              </w:rPr>
            </w:pPr>
          </w:p>
        </w:tc>
      </w:tr>
    </w:tbl>
    <w:p w14:paraId="6D4C92ED" w14:textId="2E2C9929" w:rsidR="00BD7720" w:rsidRPr="00FC6E98" w:rsidRDefault="005E545F">
      <w:pPr>
        <w:keepNext/>
        <w:keepLines/>
        <w:spacing w:after="80" w:line="240" w:lineRule="auto"/>
        <w:rPr>
          <w:color w:val="595959" w:themeColor="text1" w:themeTint="A6"/>
          <w:sz w:val="22"/>
        </w:rPr>
      </w:pPr>
      <w:r w:rsidRPr="00FC6E98">
        <w:rPr>
          <w:rFonts w:eastAsia="Arial"/>
          <w:color w:val="595959" w:themeColor="text1" w:themeTint="A6"/>
          <w:sz w:val="22"/>
        </w:rPr>
        <w:lastRenderedPageBreak/>
        <w:t xml:space="preserve">Maximum </w:t>
      </w:r>
      <w:r w:rsidR="001D08E1" w:rsidRPr="00FC6E98">
        <w:rPr>
          <w:rFonts w:eastAsia="Arial"/>
          <w:color w:val="595959" w:themeColor="text1" w:themeTint="A6"/>
          <w:sz w:val="22"/>
        </w:rPr>
        <w:t>500</w:t>
      </w:r>
      <w:r w:rsidRPr="00FC6E98">
        <w:rPr>
          <w:rFonts w:eastAsia="Arial"/>
          <w:color w:val="595959" w:themeColor="text1" w:themeTint="A6"/>
          <w:sz w:val="22"/>
        </w:rPr>
        <w:t xml:space="preserve"> words.</w:t>
      </w:r>
    </w:p>
    <w:p w14:paraId="2DAD7427" w14:textId="77777777" w:rsidR="00BD7720" w:rsidRPr="001D08E1" w:rsidRDefault="005E545F">
      <w:pPr>
        <w:keepNext/>
        <w:keepLines/>
        <w:spacing w:before="100" w:after="20" w:line="240" w:lineRule="auto"/>
        <w:rPr>
          <w:sz w:val="22"/>
        </w:rPr>
      </w:pPr>
      <w:r w:rsidRPr="001D08E1">
        <w:rPr>
          <w:rFonts w:eastAsia="Arial"/>
          <w:b/>
          <w:color w:val="000000"/>
          <w:sz w:val="22"/>
        </w:rPr>
        <w:t>What work will you create, produce, present, curate or enable between April 2028 and March 2033?</w:t>
      </w:r>
    </w:p>
    <w:p w14:paraId="724DBEC7" w14:textId="77777777" w:rsidR="00BD7720" w:rsidRPr="00FC6E98" w:rsidRDefault="005E545F">
      <w:pPr>
        <w:keepNext/>
        <w:keepLines/>
        <w:spacing w:after="40" w:line="240" w:lineRule="auto"/>
        <w:rPr>
          <w:color w:val="595959" w:themeColor="text1" w:themeTint="A6"/>
          <w:sz w:val="22"/>
        </w:rPr>
      </w:pPr>
      <w:proofErr w:type="spellStart"/>
      <w:r w:rsidRPr="00FC6E98">
        <w:rPr>
          <w:rFonts w:eastAsia="Arial"/>
          <w:color w:val="595959" w:themeColor="text1" w:themeTint="A6"/>
          <w:sz w:val="22"/>
        </w:rPr>
        <w:t>Summarise</w:t>
      </w:r>
      <w:proofErr w:type="spellEnd"/>
      <w:r w:rsidRPr="00FC6E98">
        <w:rPr>
          <w:rFonts w:eastAsia="Arial"/>
          <w:color w:val="595959" w:themeColor="text1" w:themeTint="A6"/>
          <w:sz w:val="22"/>
        </w:rPr>
        <w:t xml:space="preserve"> the main </w:t>
      </w:r>
      <w:proofErr w:type="spellStart"/>
      <w:r w:rsidRPr="00FC6E98">
        <w:rPr>
          <w:rFonts w:eastAsia="Arial"/>
          <w:color w:val="595959" w:themeColor="text1" w:themeTint="A6"/>
          <w:sz w:val="22"/>
        </w:rPr>
        <w:t>programme</w:t>
      </w:r>
      <w:proofErr w:type="spellEnd"/>
      <w:r w:rsidRPr="00FC6E98">
        <w:rPr>
          <w:rFonts w:eastAsia="Arial"/>
          <w:color w:val="595959" w:themeColor="text1" w:themeTint="A6"/>
          <w:sz w:val="22"/>
        </w:rPr>
        <w:t>, activities and services. Explain the balance between ongoing work and new development, who will shape or deliver the work, and whether its focus will be local, district-wide, regional, national or international.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9865"/>
      </w:tblGrid>
      <w:tr w:rsidR="00BD7720" w:rsidRPr="001D08E1" w14:paraId="382AD457" w14:textId="77777777">
        <w:trPr>
          <w:cantSplit/>
          <w:trHeight w:val="1450"/>
          <w:jc w:val="center"/>
        </w:trPr>
        <w:tc>
          <w:tcPr>
            <w:tcW w:w="9865" w:type="dxa"/>
            <w:tcMar>
              <w:top w:w="110" w:type="dxa"/>
              <w:left w:w="110" w:type="dxa"/>
              <w:bottom w:w="110" w:type="dxa"/>
              <w:right w:w="110" w:type="dxa"/>
            </w:tcMar>
          </w:tcPr>
          <w:p w14:paraId="2B9CC47E" w14:textId="77777777" w:rsidR="00BD7720" w:rsidRPr="001D08E1" w:rsidRDefault="00BD7720">
            <w:pPr>
              <w:spacing w:after="0" w:line="240" w:lineRule="auto"/>
              <w:rPr>
                <w:sz w:val="22"/>
              </w:rPr>
            </w:pPr>
          </w:p>
        </w:tc>
      </w:tr>
    </w:tbl>
    <w:p w14:paraId="5E20DAC8" w14:textId="77777777" w:rsidR="00BD7720" w:rsidRPr="00FC6E98" w:rsidRDefault="005E545F">
      <w:pPr>
        <w:keepNext/>
        <w:keepLines/>
        <w:spacing w:after="80" w:line="240" w:lineRule="auto"/>
        <w:rPr>
          <w:color w:val="595959" w:themeColor="text1" w:themeTint="A6"/>
          <w:sz w:val="22"/>
        </w:rPr>
      </w:pPr>
      <w:r w:rsidRPr="00FC6E98">
        <w:rPr>
          <w:rFonts w:eastAsia="Arial"/>
          <w:color w:val="595959" w:themeColor="text1" w:themeTint="A6"/>
          <w:sz w:val="22"/>
        </w:rPr>
        <w:t>Maximum 500 words.</w:t>
      </w:r>
    </w:p>
    <w:p w14:paraId="2D7607F2" w14:textId="77777777" w:rsidR="00BD7720" w:rsidRPr="001D08E1" w:rsidRDefault="005E545F">
      <w:pPr>
        <w:keepNext/>
        <w:keepLines/>
        <w:spacing w:before="100" w:after="20" w:line="240" w:lineRule="auto"/>
        <w:rPr>
          <w:sz w:val="22"/>
        </w:rPr>
      </w:pPr>
      <w:r w:rsidRPr="001D08E1">
        <w:rPr>
          <w:rFonts w:eastAsia="Arial"/>
          <w:b/>
          <w:color w:val="000000"/>
          <w:sz w:val="22"/>
        </w:rPr>
        <w:t>How will you maintain and develop creativity, quality and ambition?</w:t>
      </w:r>
    </w:p>
    <w:p w14:paraId="241B87DD" w14:textId="77777777" w:rsidR="00BD7720" w:rsidRPr="00FC6E98" w:rsidRDefault="005E545F">
      <w:pPr>
        <w:keepNext/>
        <w:keepLines/>
        <w:spacing w:after="40" w:line="240" w:lineRule="auto"/>
        <w:rPr>
          <w:color w:val="595959" w:themeColor="text1" w:themeTint="A6"/>
          <w:sz w:val="22"/>
        </w:rPr>
      </w:pPr>
      <w:r w:rsidRPr="00FC6E98">
        <w:rPr>
          <w:rFonts w:eastAsia="Arial"/>
          <w:color w:val="595959" w:themeColor="text1" w:themeTint="A6"/>
          <w:sz w:val="22"/>
        </w:rPr>
        <w:t>Explain your artistic, cultural or heritage approach, how work will be selected and developed, who will influence creative or programme decisions, and how you will assess quality and relevance.</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9865"/>
      </w:tblGrid>
      <w:tr w:rsidR="00BD7720" w:rsidRPr="001D08E1" w14:paraId="2D61F369" w14:textId="77777777">
        <w:trPr>
          <w:cantSplit/>
          <w:trHeight w:val="1200"/>
          <w:jc w:val="center"/>
        </w:trPr>
        <w:tc>
          <w:tcPr>
            <w:tcW w:w="9865" w:type="dxa"/>
            <w:tcMar>
              <w:top w:w="110" w:type="dxa"/>
              <w:left w:w="110" w:type="dxa"/>
              <w:bottom w:w="110" w:type="dxa"/>
              <w:right w:w="110" w:type="dxa"/>
            </w:tcMar>
          </w:tcPr>
          <w:p w14:paraId="4F37DE8F" w14:textId="77777777" w:rsidR="00BD7720" w:rsidRPr="001D08E1" w:rsidRDefault="00BD7720">
            <w:pPr>
              <w:spacing w:after="0" w:line="240" w:lineRule="auto"/>
              <w:rPr>
                <w:sz w:val="22"/>
              </w:rPr>
            </w:pPr>
          </w:p>
        </w:tc>
      </w:tr>
    </w:tbl>
    <w:p w14:paraId="21C3C65B" w14:textId="71A2A97A" w:rsidR="00BD7720" w:rsidRPr="00FC6E98" w:rsidRDefault="005E545F">
      <w:pPr>
        <w:keepNext/>
        <w:keepLines/>
        <w:spacing w:after="80" w:line="240" w:lineRule="auto"/>
        <w:rPr>
          <w:color w:val="595959" w:themeColor="text1" w:themeTint="A6"/>
          <w:sz w:val="22"/>
        </w:rPr>
      </w:pPr>
      <w:r w:rsidRPr="00FC6E98">
        <w:rPr>
          <w:rFonts w:eastAsia="Arial"/>
          <w:color w:val="595959" w:themeColor="text1" w:themeTint="A6"/>
          <w:sz w:val="22"/>
        </w:rPr>
        <w:t xml:space="preserve">Maximum </w:t>
      </w:r>
      <w:r w:rsidR="001D08E1" w:rsidRPr="00FC6E98">
        <w:rPr>
          <w:rFonts w:eastAsia="Arial"/>
          <w:color w:val="595959" w:themeColor="text1" w:themeTint="A6"/>
          <w:sz w:val="22"/>
        </w:rPr>
        <w:t>500</w:t>
      </w:r>
      <w:r w:rsidRPr="00FC6E98">
        <w:rPr>
          <w:rFonts w:eastAsia="Arial"/>
          <w:color w:val="595959" w:themeColor="text1" w:themeTint="A6"/>
          <w:sz w:val="22"/>
        </w:rPr>
        <w:t xml:space="preserve"> words.</w:t>
      </w:r>
    </w:p>
    <w:p w14:paraId="27B62FC1" w14:textId="77777777" w:rsidR="00BD7720" w:rsidRPr="001D08E1" w:rsidRDefault="005E545F">
      <w:pPr>
        <w:keepNext/>
        <w:keepLines/>
        <w:spacing w:before="160" w:after="140" w:line="240" w:lineRule="auto"/>
        <w:rPr>
          <w:sz w:val="32"/>
          <w:szCs w:val="32"/>
        </w:rPr>
      </w:pPr>
      <w:r w:rsidRPr="001D08E1">
        <w:rPr>
          <w:rFonts w:eastAsia="Arial"/>
          <w:b/>
          <w:color w:val="000000"/>
          <w:sz w:val="32"/>
          <w:szCs w:val="32"/>
        </w:rPr>
        <w:t>4: Public Benefit Reach and Engagement</w:t>
      </w:r>
    </w:p>
    <w:p w14:paraId="1352CF5D" w14:textId="77777777" w:rsidR="00BD7720" w:rsidRPr="001D08E1" w:rsidRDefault="005E545F">
      <w:pPr>
        <w:keepNext/>
        <w:keepLines/>
        <w:spacing w:before="100" w:after="20" w:line="240" w:lineRule="auto"/>
        <w:rPr>
          <w:sz w:val="22"/>
        </w:rPr>
      </w:pPr>
      <w:r w:rsidRPr="001D08E1">
        <w:rPr>
          <w:rFonts w:eastAsia="Arial"/>
          <w:b/>
          <w:color w:val="000000"/>
          <w:sz w:val="22"/>
        </w:rPr>
        <w:t>How will your proposal benefit the people and places of Bradford District?</w:t>
      </w:r>
    </w:p>
    <w:p w14:paraId="6AE9EADD" w14:textId="77777777" w:rsidR="00BD7720" w:rsidRPr="00FC6E98" w:rsidRDefault="005E545F">
      <w:pPr>
        <w:keepNext/>
        <w:keepLines/>
        <w:spacing w:after="40" w:line="240" w:lineRule="auto"/>
        <w:rPr>
          <w:color w:val="595959" w:themeColor="text1" w:themeTint="A6"/>
          <w:sz w:val="22"/>
        </w:rPr>
      </w:pPr>
      <w:r w:rsidRPr="00FC6E98">
        <w:rPr>
          <w:rFonts w:eastAsia="Arial"/>
          <w:color w:val="595959" w:themeColor="text1" w:themeTint="A6"/>
          <w:sz w:val="22"/>
        </w:rPr>
        <w:t>Describe the most important cultural, social or economic benefits, who will benefit and where those benefits will be experienced. Explain the need or opportunity you are responding to, how you identified it and how your work will complement existing cultural provision.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9865"/>
      </w:tblGrid>
      <w:tr w:rsidR="00BD7720" w:rsidRPr="001D08E1" w14:paraId="0B3DFE7D" w14:textId="77777777">
        <w:trPr>
          <w:cantSplit/>
          <w:trHeight w:val="1000"/>
          <w:jc w:val="center"/>
        </w:trPr>
        <w:tc>
          <w:tcPr>
            <w:tcW w:w="9865" w:type="dxa"/>
            <w:tcMar>
              <w:top w:w="110" w:type="dxa"/>
              <w:left w:w="110" w:type="dxa"/>
              <w:bottom w:w="110" w:type="dxa"/>
              <w:right w:w="110" w:type="dxa"/>
            </w:tcMar>
          </w:tcPr>
          <w:p w14:paraId="2AE41673" w14:textId="77777777" w:rsidR="00BD7720" w:rsidRPr="001D08E1" w:rsidRDefault="00BD7720">
            <w:pPr>
              <w:spacing w:after="0" w:line="240" w:lineRule="auto"/>
              <w:rPr>
                <w:sz w:val="22"/>
              </w:rPr>
            </w:pPr>
          </w:p>
        </w:tc>
      </w:tr>
    </w:tbl>
    <w:p w14:paraId="6458CA8A" w14:textId="77777777" w:rsidR="00BD7720" w:rsidRPr="00FC6E98" w:rsidRDefault="005E545F">
      <w:pPr>
        <w:keepNext/>
        <w:keepLines/>
        <w:spacing w:after="80" w:line="240" w:lineRule="auto"/>
        <w:rPr>
          <w:color w:val="595959" w:themeColor="text1" w:themeTint="A6"/>
          <w:sz w:val="22"/>
        </w:rPr>
      </w:pPr>
      <w:r w:rsidRPr="00FC6E98">
        <w:rPr>
          <w:rFonts w:eastAsia="Arial"/>
          <w:color w:val="595959" w:themeColor="text1" w:themeTint="A6"/>
          <w:sz w:val="22"/>
        </w:rPr>
        <w:t>Maximum 450 words.</w:t>
      </w:r>
    </w:p>
    <w:p w14:paraId="3D5EF4C3" w14:textId="77777777" w:rsidR="00BD7720" w:rsidRPr="001D08E1" w:rsidRDefault="005E545F">
      <w:pPr>
        <w:keepNext/>
        <w:keepLines/>
        <w:spacing w:before="100" w:after="20" w:line="240" w:lineRule="auto"/>
        <w:rPr>
          <w:sz w:val="22"/>
        </w:rPr>
      </w:pPr>
      <w:r w:rsidRPr="001D08E1">
        <w:rPr>
          <w:rFonts w:eastAsia="Arial"/>
          <w:b/>
          <w:color w:val="000000"/>
          <w:sz w:val="22"/>
        </w:rPr>
        <w:t>Who are your current and intended audiences, participants and communities?</w:t>
      </w:r>
    </w:p>
    <w:p w14:paraId="7EE0B481" w14:textId="77777777" w:rsidR="00BD7720" w:rsidRPr="001D08E1" w:rsidRDefault="005E545F">
      <w:pPr>
        <w:keepNext/>
        <w:keepLines/>
        <w:spacing w:after="40" w:line="240" w:lineRule="auto"/>
        <w:rPr>
          <w:sz w:val="22"/>
        </w:rPr>
      </w:pPr>
      <w:r w:rsidRPr="00000AAA">
        <w:rPr>
          <w:rFonts w:eastAsia="Arial"/>
          <w:color w:val="747474"/>
          <w:sz w:val="22"/>
        </w:rPr>
        <w:t>Describe the people you currently reach and those you want to reach or involve more meaningfully between 2028 and 2033. Where relevant, tell us about their location, age, lived experience, interests or other characteristics important to your plans.</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9865"/>
      </w:tblGrid>
      <w:tr w:rsidR="00BD7720" w:rsidRPr="001D08E1" w14:paraId="0EFA72BD" w14:textId="77777777">
        <w:trPr>
          <w:cantSplit/>
          <w:trHeight w:val="850"/>
          <w:jc w:val="center"/>
        </w:trPr>
        <w:tc>
          <w:tcPr>
            <w:tcW w:w="9865" w:type="dxa"/>
            <w:tcMar>
              <w:top w:w="110" w:type="dxa"/>
              <w:left w:w="110" w:type="dxa"/>
              <w:bottom w:w="110" w:type="dxa"/>
              <w:right w:w="110" w:type="dxa"/>
            </w:tcMar>
          </w:tcPr>
          <w:p w14:paraId="0D79A6A3" w14:textId="77777777" w:rsidR="00BD7720" w:rsidRPr="001D08E1" w:rsidRDefault="00BD7720">
            <w:pPr>
              <w:spacing w:after="0" w:line="240" w:lineRule="auto"/>
              <w:rPr>
                <w:sz w:val="22"/>
              </w:rPr>
            </w:pPr>
          </w:p>
        </w:tc>
      </w:tr>
    </w:tbl>
    <w:p w14:paraId="391086FD" w14:textId="77777777" w:rsidR="00BD7720" w:rsidRPr="00FC6E98" w:rsidRDefault="005E545F">
      <w:pPr>
        <w:keepNext/>
        <w:keepLines/>
        <w:spacing w:after="80" w:line="240" w:lineRule="auto"/>
        <w:rPr>
          <w:color w:val="595959" w:themeColor="text1" w:themeTint="A6"/>
          <w:sz w:val="22"/>
        </w:rPr>
      </w:pPr>
      <w:r w:rsidRPr="00FC6E98">
        <w:rPr>
          <w:rFonts w:eastAsia="Arial"/>
          <w:color w:val="595959" w:themeColor="text1" w:themeTint="A6"/>
          <w:sz w:val="22"/>
        </w:rPr>
        <w:t>Maximum 350 words.</w:t>
      </w:r>
    </w:p>
    <w:p w14:paraId="4A1778F1" w14:textId="77777777" w:rsidR="00BD7720" w:rsidRPr="001D08E1" w:rsidRDefault="005E545F">
      <w:pPr>
        <w:keepNext/>
        <w:keepLines/>
        <w:spacing w:before="100" w:after="20" w:line="240" w:lineRule="auto"/>
        <w:rPr>
          <w:sz w:val="22"/>
        </w:rPr>
      </w:pPr>
      <w:r w:rsidRPr="001D08E1">
        <w:rPr>
          <w:rFonts w:eastAsia="Arial"/>
          <w:b/>
          <w:color w:val="000000"/>
          <w:sz w:val="22"/>
        </w:rPr>
        <w:t>How will you develop inclusive and meaningful engagement?</w:t>
      </w:r>
    </w:p>
    <w:p w14:paraId="01879803" w14:textId="77777777" w:rsidR="00BD7720" w:rsidRPr="00FC6E98" w:rsidRDefault="005E545F">
      <w:pPr>
        <w:keepNext/>
        <w:keepLines/>
        <w:spacing w:after="40" w:line="240" w:lineRule="auto"/>
        <w:rPr>
          <w:color w:val="595959" w:themeColor="text1" w:themeTint="A6"/>
          <w:sz w:val="22"/>
        </w:rPr>
      </w:pPr>
      <w:r w:rsidRPr="00FC6E98">
        <w:rPr>
          <w:rFonts w:eastAsia="Arial"/>
          <w:color w:val="595959" w:themeColor="text1" w:themeTint="A6"/>
          <w:sz w:val="22"/>
        </w:rPr>
        <w:t>Explain how you will strengthen existing relationships and develop new ones, address barriers to access or participation, and involve audiences, participants or communities in shaping or evaluating your work.</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9865"/>
      </w:tblGrid>
      <w:tr w:rsidR="00BD7720" w:rsidRPr="001D08E1" w14:paraId="175E87D2" w14:textId="77777777">
        <w:trPr>
          <w:cantSplit/>
          <w:trHeight w:val="600"/>
          <w:jc w:val="center"/>
        </w:trPr>
        <w:tc>
          <w:tcPr>
            <w:tcW w:w="9865" w:type="dxa"/>
            <w:tcMar>
              <w:top w:w="110" w:type="dxa"/>
              <w:left w:w="110" w:type="dxa"/>
              <w:bottom w:w="110" w:type="dxa"/>
              <w:right w:w="110" w:type="dxa"/>
            </w:tcMar>
          </w:tcPr>
          <w:p w14:paraId="49DF5221" w14:textId="77777777" w:rsidR="00BD7720" w:rsidRPr="001D08E1" w:rsidRDefault="00BD7720">
            <w:pPr>
              <w:spacing w:after="0" w:line="240" w:lineRule="auto"/>
              <w:rPr>
                <w:sz w:val="22"/>
              </w:rPr>
            </w:pPr>
          </w:p>
        </w:tc>
      </w:tr>
    </w:tbl>
    <w:p w14:paraId="208D3B56" w14:textId="3D837365" w:rsidR="00BD7720" w:rsidRPr="00FC6E98" w:rsidRDefault="005E545F">
      <w:pPr>
        <w:keepNext/>
        <w:keepLines/>
        <w:spacing w:after="80" w:line="240" w:lineRule="auto"/>
        <w:rPr>
          <w:color w:val="595959" w:themeColor="text1" w:themeTint="A6"/>
          <w:sz w:val="22"/>
        </w:rPr>
      </w:pPr>
      <w:r w:rsidRPr="00FC6E98">
        <w:rPr>
          <w:rFonts w:eastAsia="Arial"/>
          <w:color w:val="595959" w:themeColor="text1" w:themeTint="A6"/>
          <w:sz w:val="22"/>
        </w:rPr>
        <w:lastRenderedPageBreak/>
        <w:t xml:space="preserve">Maximum </w:t>
      </w:r>
      <w:r w:rsidR="001D08E1" w:rsidRPr="00FC6E98">
        <w:rPr>
          <w:rFonts w:eastAsia="Arial"/>
          <w:color w:val="595959" w:themeColor="text1" w:themeTint="A6"/>
          <w:sz w:val="22"/>
        </w:rPr>
        <w:t>350</w:t>
      </w:r>
      <w:r w:rsidRPr="00FC6E98">
        <w:rPr>
          <w:rFonts w:eastAsia="Arial"/>
          <w:color w:val="595959" w:themeColor="text1" w:themeTint="A6"/>
          <w:sz w:val="22"/>
        </w:rPr>
        <w:t xml:space="preserve"> words.</w:t>
      </w:r>
    </w:p>
    <w:p w14:paraId="652A26FC" w14:textId="304B17FC" w:rsidR="00BD7720" w:rsidRPr="001D08E1" w:rsidRDefault="001D08E1">
      <w:pPr>
        <w:keepNext/>
        <w:keepLines/>
        <w:spacing w:before="120" w:after="40" w:line="240" w:lineRule="auto"/>
        <w:rPr>
          <w:color w:val="auto"/>
          <w:sz w:val="32"/>
          <w:szCs w:val="32"/>
        </w:rPr>
      </w:pPr>
      <w:r w:rsidRPr="001D08E1">
        <w:rPr>
          <w:rFonts w:eastAsia="Arial"/>
          <w:b/>
          <w:color w:val="auto"/>
          <w:sz w:val="32"/>
          <w:szCs w:val="32"/>
        </w:rPr>
        <w:t>5: Geographic Reach</w:t>
      </w:r>
    </w:p>
    <w:p w14:paraId="1D267C19" w14:textId="77777777" w:rsidR="00BD7720" w:rsidRPr="00FC6E98" w:rsidRDefault="005E545F">
      <w:pPr>
        <w:keepNext/>
        <w:keepLines/>
        <w:spacing w:after="60" w:line="240" w:lineRule="auto"/>
        <w:rPr>
          <w:color w:val="595959" w:themeColor="text1" w:themeTint="A6"/>
          <w:sz w:val="22"/>
        </w:rPr>
      </w:pPr>
      <w:r w:rsidRPr="00FC6E98">
        <w:rPr>
          <w:rFonts w:eastAsia="Arial"/>
          <w:color w:val="595959" w:themeColor="text1" w:themeTint="A6"/>
          <w:sz w:val="22"/>
        </w:rPr>
        <w:t>Tick every Bradford District ward in which you expect to deliver activity during the five-year period. This may include engagement or participation work and activity that audiences can attend or experience.</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289"/>
        <w:gridCol w:w="3289"/>
        <w:gridCol w:w="3289"/>
      </w:tblGrid>
      <w:tr w:rsidR="00973E59" w:rsidRPr="002A1D43" w14:paraId="4711D193" w14:textId="77777777">
        <w:trPr>
          <w:cantSplit/>
        </w:trPr>
        <w:tc>
          <w:tcPr>
            <w:tcW w:w="3289" w:type="dxa"/>
            <w:tcMar>
              <w:top w:w="110" w:type="dxa"/>
              <w:left w:w="120" w:type="dxa"/>
              <w:bottom w:w="110" w:type="dxa"/>
              <w:right w:w="120" w:type="dxa"/>
            </w:tcMar>
            <w:vAlign w:val="center"/>
          </w:tcPr>
          <w:p w14:paraId="6F7037AD" w14:textId="77777777" w:rsidR="00973E59" w:rsidRPr="002A1D43" w:rsidRDefault="003560A8">
            <w:pPr>
              <w:spacing w:after="0" w:line="240" w:lineRule="auto"/>
              <w:rPr>
                <w:color w:val="auto"/>
                <w:sz w:val="22"/>
              </w:rPr>
            </w:pPr>
            <w:sdt>
              <w:sdtPr>
                <w:rPr>
                  <w:color w:val="auto"/>
                  <w:sz w:val="22"/>
                </w:rPr>
                <w:id w:val="1085"/>
                <w14:checkbox>
                  <w14:checked w14:val="0"/>
                  <w14:checkedState w14:val="2612" w14:font="MS Gothic"/>
                  <w14:uncheckedState w14:val="2610" w14:font="MS Gothic"/>
                </w14:checkbox>
              </w:sdtPr>
              <w:sdtEndPr/>
              <w:sdtContent>
                <w:r w:rsidR="00973E59" w:rsidRPr="002A1D43">
                  <w:rPr>
                    <w:rFonts w:ascii="Segoe UI Symbol" w:hAnsi="Segoe UI Symbol" w:cs="Segoe UI Symbol"/>
                    <w:color w:val="auto"/>
                    <w:sz w:val="22"/>
                  </w:rPr>
                  <w:t>☐</w:t>
                </w:r>
              </w:sdtContent>
            </w:sdt>
            <w:r w:rsidR="00973E59" w:rsidRPr="002A1D43">
              <w:rPr>
                <w:color w:val="auto"/>
                <w:sz w:val="22"/>
              </w:rPr>
              <w:t xml:space="preserve">  </w:t>
            </w:r>
            <w:r w:rsidR="00973E59">
              <w:rPr>
                <w:color w:val="auto"/>
                <w:sz w:val="22"/>
              </w:rPr>
              <w:t>Airedale</w:t>
            </w:r>
          </w:p>
        </w:tc>
        <w:tc>
          <w:tcPr>
            <w:tcW w:w="3289" w:type="dxa"/>
            <w:tcMar>
              <w:top w:w="110" w:type="dxa"/>
              <w:left w:w="120" w:type="dxa"/>
              <w:bottom w:w="110" w:type="dxa"/>
              <w:right w:w="120" w:type="dxa"/>
            </w:tcMar>
            <w:vAlign w:val="center"/>
          </w:tcPr>
          <w:p w14:paraId="3F14E175" w14:textId="77777777" w:rsidR="00973E59" w:rsidRPr="002A1D43" w:rsidRDefault="003560A8">
            <w:pPr>
              <w:spacing w:after="0" w:line="240" w:lineRule="auto"/>
              <w:rPr>
                <w:color w:val="auto"/>
                <w:sz w:val="22"/>
              </w:rPr>
            </w:pPr>
            <w:sdt>
              <w:sdtPr>
                <w:rPr>
                  <w:color w:val="auto"/>
                  <w:sz w:val="22"/>
                </w:rPr>
                <w:id w:val="1095"/>
                <w14:checkbox>
                  <w14:checked w14:val="0"/>
                  <w14:checkedState w14:val="2612" w14:font="MS Gothic"/>
                  <w14:uncheckedState w14:val="2610" w14:font="MS Gothic"/>
                </w14:checkbox>
              </w:sdtPr>
              <w:sdtEndPr/>
              <w:sdtContent>
                <w:r w:rsidR="00973E59" w:rsidRPr="002A1D43">
                  <w:rPr>
                    <w:rFonts w:ascii="Segoe UI Symbol" w:hAnsi="Segoe UI Symbol" w:cs="Segoe UI Symbol"/>
                    <w:color w:val="auto"/>
                    <w:sz w:val="22"/>
                  </w:rPr>
                  <w:t>☐</w:t>
                </w:r>
              </w:sdtContent>
            </w:sdt>
            <w:r w:rsidR="00973E59" w:rsidRPr="002A1D43">
              <w:rPr>
                <w:color w:val="auto"/>
                <w:sz w:val="22"/>
              </w:rPr>
              <w:t xml:space="preserve">  Great Horton</w:t>
            </w:r>
          </w:p>
        </w:tc>
        <w:tc>
          <w:tcPr>
            <w:tcW w:w="3289" w:type="dxa"/>
            <w:tcMar>
              <w:top w:w="110" w:type="dxa"/>
              <w:left w:w="120" w:type="dxa"/>
              <w:bottom w:w="110" w:type="dxa"/>
              <w:right w:w="120" w:type="dxa"/>
            </w:tcMar>
            <w:vAlign w:val="center"/>
          </w:tcPr>
          <w:p w14:paraId="1F1A17DA" w14:textId="77777777" w:rsidR="00973E59" w:rsidRPr="002A1D43" w:rsidRDefault="003560A8">
            <w:pPr>
              <w:spacing w:after="0" w:line="240" w:lineRule="auto"/>
              <w:rPr>
                <w:color w:val="auto"/>
                <w:sz w:val="22"/>
              </w:rPr>
            </w:pPr>
            <w:sdt>
              <w:sdtPr>
                <w:rPr>
                  <w:color w:val="auto"/>
                  <w:sz w:val="22"/>
                </w:rPr>
                <w:id w:val="1105"/>
                <w14:checkbox>
                  <w14:checked w14:val="0"/>
                  <w14:checkedState w14:val="2612" w14:font="MS Gothic"/>
                  <w14:uncheckedState w14:val="2610" w14:font="MS Gothic"/>
                </w14:checkbox>
              </w:sdtPr>
              <w:sdtEndPr/>
              <w:sdtContent>
                <w:r w:rsidR="00973E59" w:rsidRPr="002A1D43">
                  <w:rPr>
                    <w:rFonts w:ascii="Segoe UI Symbol" w:hAnsi="Segoe UI Symbol" w:cs="Segoe UI Symbol"/>
                    <w:color w:val="auto"/>
                    <w:sz w:val="22"/>
                  </w:rPr>
                  <w:t>☐</w:t>
                </w:r>
              </w:sdtContent>
            </w:sdt>
            <w:r w:rsidR="00973E59" w:rsidRPr="002A1D43">
              <w:rPr>
                <w:color w:val="auto"/>
                <w:sz w:val="22"/>
              </w:rPr>
              <w:t xml:space="preserve">  </w:t>
            </w:r>
            <w:r w:rsidR="00973E59">
              <w:rPr>
                <w:color w:val="auto"/>
                <w:sz w:val="22"/>
              </w:rPr>
              <w:t xml:space="preserve">Queensbury   </w:t>
            </w:r>
          </w:p>
        </w:tc>
      </w:tr>
      <w:tr w:rsidR="00973E59" w:rsidRPr="002A1D43" w14:paraId="356D76D5" w14:textId="77777777">
        <w:trPr>
          <w:cantSplit/>
        </w:trPr>
        <w:tc>
          <w:tcPr>
            <w:tcW w:w="3289" w:type="dxa"/>
            <w:tcMar>
              <w:top w:w="110" w:type="dxa"/>
              <w:left w:w="120" w:type="dxa"/>
              <w:bottom w:w="110" w:type="dxa"/>
              <w:right w:w="120" w:type="dxa"/>
            </w:tcMar>
            <w:vAlign w:val="center"/>
          </w:tcPr>
          <w:p w14:paraId="11A1C3E8" w14:textId="77777777" w:rsidR="00973E59" w:rsidRPr="002A1D43" w:rsidRDefault="003560A8">
            <w:pPr>
              <w:spacing w:after="0" w:line="240" w:lineRule="auto"/>
              <w:rPr>
                <w:color w:val="auto"/>
                <w:sz w:val="22"/>
              </w:rPr>
            </w:pPr>
            <w:sdt>
              <w:sdtPr>
                <w:rPr>
                  <w:color w:val="auto"/>
                  <w:sz w:val="22"/>
                </w:rPr>
                <w:id w:val="1086"/>
                <w14:checkbox>
                  <w14:checked w14:val="0"/>
                  <w14:checkedState w14:val="2612" w14:font="MS Gothic"/>
                  <w14:uncheckedState w14:val="2610" w14:font="MS Gothic"/>
                </w14:checkbox>
              </w:sdtPr>
              <w:sdtEndPr/>
              <w:sdtContent>
                <w:r w:rsidR="00973E59" w:rsidRPr="002A1D43">
                  <w:rPr>
                    <w:rFonts w:ascii="Segoe UI Symbol" w:hAnsi="Segoe UI Symbol" w:cs="Segoe UI Symbol"/>
                    <w:color w:val="auto"/>
                    <w:sz w:val="22"/>
                  </w:rPr>
                  <w:t>☐</w:t>
                </w:r>
              </w:sdtContent>
            </w:sdt>
            <w:r w:rsidR="00973E59" w:rsidRPr="002A1D43">
              <w:rPr>
                <w:color w:val="auto"/>
                <w:sz w:val="22"/>
              </w:rPr>
              <w:t xml:space="preserve">  B</w:t>
            </w:r>
            <w:r w:rsidR="00973E59">
              <w:rPr>
                <w:color w:val="auto"/>
                <w:sz w:val="22"/>
              </w:rPr>
              <w:t>aildon</w:t>
            </w:r>
          </w:p>
        </w:tc>
        <w:tc>
          <w:tcPr>
            <w:tcW w:w="3289" w:type="dxa"/>
            <w:tcMar>
              <w:top w:w="110" w:type="dxa"/>
              <w:left w:w="120" w:type="dxa"/>
              <w:bottom w:w="110" w:type="dxa"/>
              <w:right w:w="120" w:type="dxa"/>
            </w:tcMar>
            <w:vAlign w:val="center"/>
          </w:tcPr>
          <w:p w14:paraId="05E5440C" w14:textId="77777777" w:rsidR="00973E59" w:rsidRPr="002A1D43" w:rsidRDefault="003560A8">
            <w:pPr>
              <w:spacing w:after="0" w:line="240" w:lineRule="auto"/>
              <w:rPr>
                <w:color w:val="auto"/>
                <w:sz w:val="22"/>
              </w:rPr>
            </w:pPr>
            <w:sdt>
              <w:sdtPr>
                <w:rPr>
                  <w:color w:val="auto"/>
                  <w:sz w:val="22"/>
                </w:rPr>
                <w:id w:val="1096"/>
                <w14:checkbox>
                  <w14:checked w14:val="0"/>
                  <w14:checkedState w14:val="2612" w14:font="MS Gothic"/>
                  <w14:uncheckedState w14:val="2610" w14:font="MS Gothic"/>
                </w14:checkbox>
              </w:sdtPr>
              <w:sdtEndPr/>
              <w:sdtContent>
                <w:r w:rsidR="00973E59" w:rsidRPr="002A1D43">
                  <w:rPr>
                    <w:rFonts w:ascii="Segoe UI Symbol" w:hAnsi="Segoe UI Symbol" w:cs="Segoe UI Symbol"/>
                    <w:color w:val="auto"/>
                    <w:sz w:val="22"/>
                  </w:rPr>
                  <w:t>☐</w:t>
                </w:r>
              </w:sdtContent>
            </w:sdt>
            <w:r w:rsidR="00973E59" w:rsidRPr="002A1D43">
              <w:rPr>
                <w:color w:val="auto"/>
                <w:sz w:val="22"/>
              </w:rPr>
              <w:t xml:space="preserve">  Heaton</w:t>
            </w:r>
            <w:r w:rsidR="00973E59">
              <w:rPr>
                <w:color w:val="auto"/>
                <w:sz w:val="22"/>
              </w:rPr>
              <w:t xml:space="preserve"> and Frizinghall</w:t>
            </w:r>
          </w:p>
        </w:tc>
        <w:tc>
          <w:tcPr>
            <w:tcW w:w="3289" w:type="dxa"/>
            <w:tcMar>
              <w:top w:w="110" w:type="dxa"/>
              <w:left w:w="120" w:type="dxa"/>
              <w:bottom w:w="110" w:type="dxa"/>
              <w:right w:w="120" w:type="dxa"/>
            </w:tcMar>
            <w:vAlign w:val="center"/>
          </w:tcPr>
          <w:p w14:paraId="47702CA4" w14:textId="77777777" w:rsidR="00973E59" w:rsidRPr="002A1D43" w:rsidRDefault="003560A8">
            <w:pPr>
              <w:spacing w:after="0" w:line="240" w:lineRule="auto"/>
              <w:rPr>
                <w:color w:val="auto"/>
                <w:sz w:val="22"/>
              </w:rPr>
            </w:pPr>
            <w:sdt>
              <w:sdtPr>
                <w:rPr>
                  <w:color w:val="auto"/>
                  <w:sz w:val="22"/>
                </w:rPr>
                <w:id w:val="1106"/>
                <w14:checkbox>
                  <w14:checked w14:val="0"/>
                  <w14:checkedState w14:val="2612" w14:font="MS Gothic"/>
                  <w14:uncheckedState w14:val="2610" w14:font="MS Gothic"/>
                </w14:checkbox>
              </w:sdtPr>
              <w:sdtEndPr/>
              <w:sdtContent>
                <w:r w:rsidR="00973E59" w:rsidRPr="002A1D43">
                  <w:rPr>
                    <w:rFonts w:ascii="Segoe UI Symbol" w:hAnsi="Segoe UI Symbol" w:cs="Segoe UI Symbol"/>
                    <w:color w:val="auto"/>
                    <w:sz w:val="22"/>
                  </w:rPr>
                  <w:t>☐</w:t>
                </w:r>
              </w:sdtContent>
            </w:sdt>
            <w:r w:rsidR="00973E59" w:rsidRPr="002A1D43">
              <w:rPr>
                <w:color w:val="auto"/>
                <w:sz w:val="22"/>
              </w:rPr>
              <w:t xml:space="preserve">  </w:t>
            </w:r>
            <w:r w:rsidR="00973E59">
              <w:rPr>
                <w:color w:val="auto"/>
                <w:sz w:val="22"/>
              </w:rPr>
              <w:t xml:space="preserve">Royds  </w:t>
            </w:r>
          </w:p>
        </w:tc>
      </w:tr>
      <w:tr w:rsidR="00973E59" w:rsidRPr="002A1D43" w14:paraId="5168031A" w14:textId="77777777">
        <w:trPr>
          <w:cantSplit/>
        </w:trPr>
        <w:tc>
          <w:tcPr>
            <w:tcW w:w="3289" w:type="dxa"/>
            <w:tcMar>
              <w:top w:w="110" w:type="dxa"/>
              <w:left w:w="120" w:type="dxa"/>
              <w:bottom w:w="110" w:type="dxa"/>
              <w:right w:w="120" w:type="dxa"/>
            </w:tcMar>
            <w:vAlign w:val="center"/>
          </w:tcPr>
          <w:p w14:paraId="43748865" w14:textId="77777777" w:rsidR="00973E59" w:rsidRPr="002A1D43" w:rsidRDefault="003560A8">
            <w:pPr>
              <w:spacing w:after="0" w:line="240" w:lineRule="auto"/>
              <w:rPr>
                <w:color w:val="auto"/>
                <w:sz w:val="22"/>
              </w:rPr>
            </w:pPr>
            <w:sdt>
              <w:sdtPr>
                <w:rPr>
                  <w:color w:val="auto"/>
                  <w:sz w:val="22"/>
                </w:rPr>
                <w:id w:val="1087"/>
                <w14:checkbox>
                  <w14:checked w14:val="0"/>
                  <w14:checkedState w14:val="2612" w14:font="MS Gothic"/>
                  <w14:uncheckedState w14:val="2610" w14:font="MS Gothic"/>
                </w14:checkbox>
              </w:sdtPr>
              <w:sdtEndPr/>
              <w:sdtContent>
                <w:r w:rsidR="00973E59" w:rsidRPr="002A1D43">
                  <w:rPr>
                    <w:rFonts w:ascii="Segoe UI Symbol" w:hAnsi="Segoe UI Symbol" w:cs="Segoe UI Symbol"/>
                    <w:color w:val="auto"/>
                    <w:sz w:val="22"/>
                  </w:rPr>
                  <w:t>☐</w:t>
                </w:r>
              </w:sdtContent>
            </w:sdt>
            <w:r w:rsidR="00973E59" w:rsidRPr="002A1D43">
              <w:rPr>
                <w:color w:val="auto"/>
                <w:sz w:val="22"/>
              </w:rPr>
              <w:t xml:space="preserve">  Bingley </w:t>
            </w:r>
            <w:r w:rsidR="00973E59">
              <w:rPr>
                <w:color w:val="auto"/>
                <w:sz w:val="22"/>
              </w:rPr>
              <w:t>East</w:t>
            </w:r>
          </w:p>
        </w:tc>
        <w:tc>
          <w:tcPr>
            <w:tcW w:w="3289" w:type="dxa"/>
            <w:tcMar>
              <w:top w:w="110" w:type="dxa"/>
              <w:left w:w="120" w:type="dxa"/>
              <w:bottom w:w="110" w:type="dxa"/>
              <w:right w:w="120" w:type="dxa"/>
            </w:tcMar>
            <w:vAlign w:val="center"/>
          </w:tcPr>
          <w:p w14:paraId="68A15B50" w14:textId="77777777" w:rsidR="00973E59" w:rsidRPr="002A1D43" w:rsidRDefault="003560A8">
            <w:pPr>
              <w:spacing w:after="0" w:line="240" w:lineRule="auto"/>
              <w:rPr>
                <w:color w:val="auto"/>
                <w:sz w:val="22"/>
              </w:rPr>
            </w:pPr>
            <w:sdt>
              <w:sdtPr>
                <w:rPr>
                  <w:color w:val="auto"/>
                  <w:sz w:val="22"/>
                </w:rPr>
                <w:id w:val="1097"/>
                <w14:checkbox>
                  <w14:checked w14:val="0"/>
                  <w14:checkedState w14:val="2612" w14:font="MS Gothic"/>
                  <w14:uncheckedState w14:val="2610" w14:font="MS Gothic"/>
                </w14:checkbox>
              </w:sdtPr>
              <w:sdtEndPr/>
              <w:sdtContent>
                <w:r w:rsidR="00973E59" w:rsidRPr="002A1D43">
                  <w:rPr>
                    <w:rFonts w:ascii="Segoe UI Symbol" w:hAnsi="Segoe UI Symbol" w:cs="Segoe UI Symbol"/>
                    <w:color w:val="auto"/>
                    <w:sz w:val="22"/>
                  </w:rPr>
                  <w:t>☐</w:t>
                </w:r>
              </w:sdtContent>
            </w:sdt>
            <w:r w:rsidR="00973E59" w:rsidRPr="002A1D43">
              <w:rPr>
                <w:color w:val="auto"/>
                <w:sz w:val="22"/>
              </w:rPr>
              <w:t xml:space="preserve">  </w:t>
            </w:r>
            <w:proofErr w:type="spellStart"/>
            <w:r w:rsidR="00973E59">
              <w:rPr>
                <w:color w:val="auto"/>
                <w:sz w:val="22"/>
              </w:rPr>
              <w:t>Holmewood</w:t>
            </w:r>
            <w:proofErr w:type="spellEnd"/>
            <w:r w:rsidR="00973E59">
              <w:rPr>
                <w:color w:val="auto"/>
                <w:sz w:val="22"/>
              </w:rPr>
              <w:t xml:space="preserve"> and Bierley</w:t>
            </w:r>
          </w:p>
        </w:tc>
        <w:tc>
          <w:tcPr>
            <w:tcW w:w="3289" w:type="dxa"/>
            <w:tcMar>
              <w:top w:w="110" w:type="dxa"/>
              <w:left w:w="120" w:type="dxa"/>
              <w:bottom w:w="110" w:type="dxa"/>
              <w:right w:w="120" w:type="dxa"/>
            </w:tcMar>
            <w:vAlign w:val="center"/>
          </w:tcPr>
          <w:p w14:paraId="1138F6FD" w14:textId="77777777" w:rsidR="00973E59" w:rsidRPr="002A1D43" w:rsidRDefault="003560A8">
            <w:pPr>
              <w:spacing w:after="0" w:line="240" w:lineRule="auto"/>
              <w:rPr>
                <w:color w:val="auto"/>
                <w:sz w:val="22"/>
              </w:rPr>
            </w:pPr>
            <w:sdt>
              <w:sdtPr>
                <w:rPr>
                  <w:color w:val="auto"/>
                  <w:sz w:val="22"/>
                </w:rPr>
                <w:id w:val="1107"/>
                <w14:checkbox>
                  <w14:checked w14:val="0"/>
                  <w14:checkedState w14:val="2612" w14:font="MS Gothic"/>
                  <w14:uncheckedState w14:val="2610" w14:font="MS Gothic"/>
                </w14:checkbox>
              </w:sdtPr>
              <w:sdtEndPr/>
              <w:sdtContent>
                <w:r w:rsidR="00973E59" w:rsidRPr="002A1D43">
                  <w:rPr>
                    <w:rFonts w:ascii="Segoe UI Symbol" w:hAnsi="Segoe UI Symbol" w:cs="Segoe UI Symbol"/>
                    <w:color w:val="auto"/>
                    <w:sz w:val="22"/>
                  </w:rPr>
                  <w:t>☐</w:t>
                </w:r>
              </w:sdtContent>
            </w:sdt>
            <w:r w:rsidR="00973E59" w:rsidRPr="002A1D43">
              <w:rPr>
                <w:color w:val="auto"/>
                <w:sz w:val="22"/>
              </w:rPr>
              <w:t xml:space="preserve">  </w:t>
            </w:r>
            <w:r w:rsidR="00973E59">
              <w:rPr>
                <w:color w:val="auto"/>
                <w:sz w:val="22"/>
              </w:rPr>
              <w:t xml:space="preserve">Shipley </w:t>
            </w:r>
          </w:p>
        </w:tc>
      </w:tr>
      <w:tr w:rsidR="00973E59" w:rsidRPr="002A1D43" w14:paraId="7CF40686" w14:textId="77777777">
        <w:trPr>
          <w:cantSplit/>
        </w:trPr>
        <w:tc>
          <w:tcPr>
            <w:tcW w:w="3289" w:type="dxa"/>
            <w:tcMar>
              <w:top w:w="110" w:type="dxa"/>
              <w:left w:w="120" w:type="dxa"/>
              <w:bottom w:w="110" w:type="dxa"/>
              <w:right w:w="120" w:type="dxa"/>
            </w:tcMar>
            <w:vAlign w:val="center"/>
          </w:tcPr>
          <w:p w14:paraId="1E4BE952" w14:textId="77777777" w:rsidR="00973E59" w:rsidRPr="002A1D43" w:rsidRDefault="003560A8">
            <w:pPr>
              <w:spacing w:after="0" w:line="240" w:lineRule="auto"/>
              <w:rPr>
                <w:color w:val="auto"/>
                <w:sz w:val="22"/>
              </w:rPr>
            </w:pPr>
            <w:sdt>
              <w:sdtPr>
                <w:rPr>
                  <w:color w:val="auto"/>
                  <w:sz w:val="22"/>
                </w:rPr>
                <w:id w:val="1088"/>
                <w14:checkbox>
                  <w14:checked w14:val="0"/>
                  <w14:checkedState w14:val="2612" w14:font="MS Gothic"/>
                  <w14:uncheckedState w14:val="2610" w14:font="MS Gothic"/>
                </w14:checkbox>
              </w:sdtPr>
              <w:sdtEndPr/>
              <w:sdtContent>
                <w:r w:rsidR="00973E59" w:rsidRPr="002A1D43">
                  <w:rPr>
                    <w:rFonts w:ascii="Segoe UI Symbol" w:hAnsi="Segoe UI Symbol" w:cs="Segoe UI Symbol"/>
                    <w:color w:val="auto"/>
                    <w:sz w:val="22"/>
                  </w:rPr>
                  <w:t>☐</w:t>
                </w:r>
              </w:sdtContent>
            </w:sdt>
            <w:r w:rsidR="00973E59" w:rsidRPr="002A1D43">
              <w:rPr>
                <w:color w:val="auto"/>
                <w:sz w:val="22"/>
              </w:rPr>
              <w:t xml:space="preserve">  </w:t>
            </w:r>
            <w:r w:rsidR="00973E59">
              <w:rPr>
                <w:color w:val="auto"/>
                <w:sz w:val="22"/>
              </w:rPr>
              <w:t>Bingley West</w:t>
            </w:r>
          </w:p>
        </w:tc>
        <w:tc>
          <w:tcPr>
            <w:tcW w:w="3289" w:type="dxa"/>
            <w:tcMar>
              <w:top w:w="110" w:type="dxa"/>
              <w:left w:w="120" w:type="dxa"/>
              <w:bottom w:w="110" w:type="dxa"/>
              <w:right w:w="120" w:type="dxa"/>
            </w:tcMar>
            <w:vAlign w:val="center"/>
          </w:tcPr>
          <w:p w14:paraId="61429F57" w14:textId="77777777" w:rsidR="00973E59" w:rsidRPr="002A1D43" w:rsidRDefault="003560A8">
            <w:pPr>
              <w:spacing w:after="0" w:line="240" w:lineRule="auto"/>
              <w:rPr>
                <w:color w:val="auto"/>
                <w:sz w:val="22"/>
              </w:rPr>
            </w:pPr>
            <w:sdt>
              <w:sdtPr>
                <w:rPr>
                  <w:color w:val="auto"/>
                  <w:sz w:val="22"/>
                </w:rPr>
                <w:id w:val="1098"/>
                <w14:checkbox>
                  <w14:checked w14:val="0"/>
                  <w14:checkedState w14:val="2612" w14:font="MS Gothic"/>
                  <w14:uncheckedState w14:val="2610" w14:font="MS Gothic"/>
                </w14:checkbox>
              </w:sdtPr>
              <w:sdtEndPr/>
              <w:sdtContent>
                <w:r w:rsidR="00973E59" w:rsidRPr="002A1D43">
                  <w:rPr>
                    <w:rFonts w:ascii="Segoe UI Symbol" w:hAnsi="Segoe UI Symbol" w:cs="Segoe UI Symbol"/>
                    <w:color w:val="auto"/>
                    <w:sz w:val="22"/>
                  </w:rPr>
                  <w:t>☐</w:t>
                </w:r>
              </w:sdtContent>
            </w:sdt>
            <w:r w:rsidR="00973E59" w:rsidRPr="002A1D43">
              <w:rPr>
                <w:color w:val="auto"/>
                <w:sz w:val="22"/>
              </w:rPr>
              <w:t xml:space="preserve">  Idle and Thackley </w:t>
            </w:r>
            <w:r w:rsidR="00973E59">
              <w:rPr>
                <w:color w:val="auto"/>
                <w:sz w:val="22"/>
              </w:rPr>
              <w:t xml:space="preserve"> </w:t>
            </w:r>
          </w:p>
        </w:tc>
        <w:tc>
          <w:tcPr>
            <w:tcW w:w="3289" w:type="dxa"/>
            <w:tcMar>
              <w:top w:w="110" w:type="dxa"/>
              <w:left w:w="120" w:type="dxa"/>
              <w:bottom w:w="110" w:type="dxa"/>
              <w:right w:w="120" w:type="dxa"/>
            </w:tcMar>
            <w:vAlign w:val="center"/>
          </w:tcPr>
          <w:p w14:paraId="53E7C16B" w14:textId="77777777" w:rsidR="00973E59" w:rsidRPr="002A1D43" w:rsidRDefault="003560A8">
            <w:pPr>
              <w:spacing w:after="0" w:line="240" w:lineRule="auto"/>
              <w:rPr>
                <w:color w:val="auto"/>
                <w:sz w:val="22"/>
              </w:rPr>
            </w:pPr>
            <w:sdt>
              <w:sdtPr>
                <w:rPr>
                  <w:color w:val="auto"/>
                  <w:sz w:val="22"/>
                </w:rPr>
                <w:id w:val="1108"/>
                <w14:checkbox>
                  <w14:checked w14:val="0"/>
                  <w14:checkedState w14:val="2612" w14:font="MS Gothic"/>
                  <w14:uncheckedState w14:val="2610" w14:font="MS Gothic"/>
                </w14:checkbox>
              </w:sdtPr>
              <w:sdtEndPr/>
              <w:sdtContent>
                <w:r w:rsidR="00973E59" w:rsidRPr="002A1D43">
                  <w:rPr>
                    <w:rFonts w:ascii="Segoe UI Symbol" w:hAnsi="Segoe UI Symbol" w:cs="Segoe UI Symbol"/>
                    <w:color w:val="auto"/>
                    <w:sz w:val="22"/>
                  </w:rPr>
                  <w:t>☐</w:t>
                </w:r>
              </w:sdtContent>
            </w:sdt>
            <w:r w:rsidR="00973E59" w:rsidRPr="002A1D43">
              <w:rPr>
                <w:color w:val="auto"/>
                <w:sz w:val="22"/>
              </w:rPr>
              <w:t xml:space="preserve">  </w:t>
            </w:r>
            <w:r w:rsidR="00973E59">
              <w:rPr>
                <w:color w:val="auto"/>
                <w:sz w:val="22"/>
              </w:rPr>
              <w:t xml:space="preserve">Thornton and Allerton </w:t>
            </w:r>
          </w:p>
        </w:tc>
      </w:tr>
      <w:tr w:rsidR="00973E59" w:rsidRPr="002A1D43" w14:paraId="7A9D44C0" w14:textId="77777777">
        <w:trPr>
          <w:cantSplit/>
        </w:trPr>
        <w:tc>
          <w:tcPr>
            <w:tcW w:w="3289" w:type="dxa"/>
            <w:tcMar>
              <w:top w:w="110" w:type="dxa"/>
              <w:left w:w="120" w:type="dxa"/>
              <w:bottom w:w="110" w:type="dxa"/>
              <w:right w:w="120" w:type="dxa"/>
            </w:tcMar>
            <w:vAlign w:val="center"/>
          </w:tcPr>
          <w:p w14:paraId="38AB4F05" w14:textId="77777777" w:rsidR="00973E59" w:rsidRPr="002A1D43" w:rsidRDefault="003560A8">
            <w:pPr>
              <w:spacing w:after="0" w:line="240" w:lineRule="auto"/>
              <w:rPr>
                <w:color w:val="auto"/>
                <w:sz w:val="22"/>
              </w:rPr>
            </w:pPr>
            <w:sdt>
              <w:sdtPr>
                <w:rPr>
                  <w:color w:val="auto"/>
                  <w:sz w:val="22"/>
                </w:rPr>
                <w:id w:val="1089"/>
                <w14:checkbox>
                  <w14:checked w14:val="0"/>
                  <w14:checkedState w14:val="2612" w14:font="MS Gothic"/>
                  <w14:uncheckedState w14:val="2610" w14:font="MS Gothic"/>
                </w14:checkbox>
              </w:sdtPr>
              <w:sdtEndPr/>
              <w:sdtContent>
                <w:r w:rsidR="00973E59" w:rsidRPr="002A1D43">
                  <w:rPr>
                    <w:rFonts w:ascii="Segoe UI Symbol" w:hAnsi="Segoe UI Symbol" w:cs="Segoe UI Symbol"/>
                    <w:color w:val="auto"/>
                    <w:sz w:val="22"/>
                  </w:rPr>
                  <w:t>☐</w:t>
                </w:r>
              </w:sdtContent>
            </w:sdt>
            <w:r w:rsidR="00973E59" w:rsidRPr="002A1D43">
              <w:rPr>
                <w:color w:val="auto"/>
                <w:sz w:val="22"/>
              </w:rPr>
              <w:t xml:space="preserve">  </w:t>
            </w:r>
            <w:r w:rsidR="00973E59">
              <w:rPr>
                <w:color w:val="auto"/>
                <w:sz w:val="22"/>
              </w:rPr>
              <w:t>Bolton and Undercliffe</w:t>
            </w:r>
          </w:p>
        </w:tc>
        <w:tc>
          <w:tcPr>
            <w:tcW w:w="3289" w:type="dxa"/>
            <w:tcMar>
              <w:top w:w="110" w:type="dxa"/>
              <w:left w:w="120" w:type="dxa"/>
              <w:bottom w:w="110" w:type="dxa"/>
              <w:right w:w="120" w:type="dxa"/>
            </w:tcMar>
            <w:vAlign w:val="center"/>
          </w:tcPr>
          <w:p w14:paraId="1F0354E6" w14:textId="77777777" w:rsidR="00973E59" w:rsidRPr="002A1D43" w:rsidRDefault="003560A8">
            <w:pPr>
              <w:spacing w:after="0" w:line="240" w:lineRule="auto"/>
              <w:rPr>
                <w:color w:val="auto"/>
                <w:sz w:val="22"/>
              </w:rPr>
            </w:pPr>
            <w:sdt>
              <w:sdtPr>
                <w:rPr>
                  <w:color w:val="auto"/>
                  <w:sz w:val="22"/>
                </w:rPr>
                <w:id w:val="1099"/>
                <w14:checkbox>
                  <w14:checked w14:val="0"/>
                  <w14:checkedState w14:val="2612" w14:font="MS Gothic"/>
                  <w14:uncheckedState w14:val="2610" w14:font="MS Gothic"/>
                </w14:checkbox>
              </w:sdtPr>
              <w:sdtEndPr/>
              <w:sdtContent>
                <w:r w:rsidR="00973E59" w:rsidRPr="002A1D43">
                  <w:rPr>
                    <w:rFonts w:ascii="Segoe UI Symbol" w:hAnsi="Segoe UI Symbol" w:cs="Segoe UI Symbol"/>
                    <w:color w:val="auto"/>
                    <w:sz w:val="22"/>
                  </w:rPr>
                  <w:t>☐</w:t>
                </w:r>
              </w:sdtContent>
            </w:sdt>
            <w:r w:rsidR="00973E59" w:rsidRPr="002A1D43">
              <w:rPr>
                <w:color w:val="auto"/>
                <w:sz w:val="22"/>
              </w:rPr>
              <w:t xml:space="preserve">  </w:t>
            </w:r>
            <w:r w:rsidR="00973E59">
              <w:rPr>
                <w:color w:val="auto"/>
                <w:sz w:val="22"/>
              </w:rPr>
              <w:t xml:space="preserve">Ilkley and Addingham  </w:t>
            </w:r>
          </w:p>
        </w:tc>
        <w:tc>
          <w:tcPr>
            <w:tcW w:w="3289" w:type="dxa"/>
            <w:tcMar>
              <w:top w:w="110" w:type="dxa"/>
              <w:left w:w="120" w:type="dxa"/>
              <w:bottom w:w="110" w:type="dxa"/>
              <w:right w:w="120" w:type="dxa"/>
            </w:tcMar>
            <w:vAlign w:val="center"/>
          </w:tcPr>
          <w:p w14:paraId="5DDCCC7A" w14:textId="77777777" w:rsidR="00973E59" w:rsidRPr="002A1D43" w:rsidRDefault="003560A8">
            <w:pPr>
              <w:spacing w:after="0" w:line="240" w:lineRule="auto"/>
              <w:rPr>
                <w:color w:val="auto"/>
                <w:sz w:val="22"/>
              </w:rPr>
            </w:pPr>
            <w:sdt>
              <w:sdtPr>
                <w:rPr>
                  <w:color w:val="auto"/>
                  <w:sz w:val="22"/>
                </w:rPr>
                <w:id w:val="1109"/>
                <w14:checkbox>
                  <w14:checked w14:val="0"/>
                  <w14:checkedState w14:val="2612" w14:font="MS Gothic"/>
                  <w14:uncheckedState w14:val="2610" w14:font="MS Gothic"/>
                </w14:checkbox>
              </w:sdtPr>
              <w:sdtEndPr/>
              <w:sdtContent>
                <w:r w:rsidR="00973E59" w:rsidRPr="002A1D43">
                  <w:rPr>
                    <w:rFonts w:ascii="Segoe UI Symbol" w:hAnsi="Segoe UI Symbol" w:cs="Segoe UI Symbol"/>
                    <w:color w:val="auto"/>
                    <w:sz w:val="22"/>
                  </w:rPr>
                  <w:t>☐</w:t>
                </w:r>
              </w:sdtContent>
            </w:sdt>
            <w:r w:rsidR="00973E59" w:rsidRPr="002A1D43">
              <w:rPr>
                <w:color w:val="auto"/>
                <w:sz w:val="22"/>
              </w:rPr>
              <w:t xml:space="preserve">  </w:t>
            </w:r>
            <w:r w:rsidR="00973E59">
              <w:rPr>
                <w:color w:val="auto"/>
                <w:sz w:val="22"/>
              </w:rPr>
              <w:t xml:space="preserve">Toller </w:t>
            </w:r>
          </w:p>
        </w:tc>
      </w:tr>
      <w:tr w:rsidR="00973E59" w:rsidRPr="002A1D43" w14:paraId="5430494B" w14:textId="77777777">
        <w:trPr>
          <w:cantSplit/>
        </w:trPr>
        <w:tc>
          <w:tcPr>
            <w:tcW w:w="3289" w:type="dxa"/>
            <w:tcMar>
              <w:top w:w="110" w:type="dxa"/>
              <w:left w:w="120" w:type="dxa"/>
              <w:bottom w:w="110" w:type="dxa"/>
              <w:right w:w="120" w:type="dxa"/>
            </w:tcMar>
            <w:vAlign w:val="center"/>
          </w:tcPr>
          <w:p w14:paraId="7E63712F" w14:textId="77777777" w:rsidR="00973E59" w:rsidRPr="002A1D43" w:rsidRDefault="003560A8">
            <w:pPr>
              <w:spacing w:after="0" w:line="240" w:lineRule="auto"/>
              <w:rPr>
                <w:color w:val="auto"/>
                <w:sz w:val="22"/>
              </w:rPr>
            </w:pPr>
            <w:sdt>
              <w:sdtPr>
                <w:rPr>
                  <w:color w:val="auto"/>
                  <w:sz w:val="22"/>
                </w:rPr>
                <w:id w:val="1090"/>
                <w14:checkbox>
                  <w14:checked w14:val="0"/>
                  <w14:checkedState w14:val="2612" w14:font="MS Gothic"/>
                  <w14:uncheckedState w14:val="2610" w14:font="MS Gothic"/>
                </w14:checkbox>
              </w:sdtPr>
              <w:sdtEndPr/>
              <w:sdtContent>
                <w:r w:rsidR="00973E59" w:rsidRPr="002A1D43">
                  <w:rPr>
                    <w:rFonts w:ascii="Segoe UI Symbol" w:hAnsi="Segoe UI Symbol" w:cs="Segoe UI Symbol"/>
                    <w:color w:val="auto"/>
                    <w:sz w:val="22"/>
                  </w:rPr>
                  <w:t>☐</w:t>
                </w:r>
              </w:sdtContent>
            </w:sdt>
            <w:r w:rsidR="00973E59" w:rsidRPr="002A1D43">
              <w:rPr>
                <w:color w:val="auto"/>
                <w:sz w:val="22"/>
              </w:rPr>
              <w:t xml:space="preserve">  </w:t>
            </w:r>
            <w:r w:rsidR="00973E59">
              <w:rPr>
                <w:color w:val="auto"/>
                <w:sz w:val="22"/>
              </w:rPr>
              <w:t>Bowling and Barkerend</w:t>
            </w:r>
          </w:p>
        </w:tc>
        <w:tc>
          <w:tcPr>
            <w:tcW w:w="3289" w:type="dxa"/>
            <w:tcMar>
              <w:top w:w="110" w:type="dxa"/>
              <w:left w:w="120" w:type="dxa"/>
              <w:bottom w:w="110" w:type="dxa"/>
              <w:right w:w="120" w:type="dxa"/>
            </w:tcMar>
            <w:vAlign w:val="center"/>
          </w:tcPr>
          <w:p w14:paraId="47FA0698" w14:textId="77777777" w:rsidR="00973E59" w:rsidRPr="002A1D43" w:rsidRDefault="003560A8">
            <w:pPr>
              <w:spacing w:after="0" w:line="240" w:lineRule="auto"/>
              <w:rPr>
                <w:color w:val="auto"/>
                <w:sz w:val="22"/>
              </w:rPr>
            </w:pPr>
            <w:sdt>
              <w:sdtPr>
                <w:rPr>
                  <w:color w:val="auto"/>
                  <w:sz w:val="22"/>
                </w:rPr>
                <w:id w:val="1100"/>
                <w14:checkbox>
                  <w14:checked w14:val="0"/>
                  <w14:checkedState w14:val="2612" w14:font="MS Gothic"/>
                  <w14:uncheckedState w14:val="2610" w14:font="MS Gothic"/>
                </w14:checkbox>
              </w:sdtPr>
              <w:sdtEndPr/>
              <w:sdtContent>
                <w:r w:rsidR="00973E59" w:rsidRPr="002A1D43">
                  <w:rPr>
                    <w:rFonts w:ascii="Segoe UI Symbol" w:hAnsi="Segoe UI Symbol" w:cs="Segoe UI Symbol"/>
                    <w:color w:val="auto"/>
                    <w:sz w:val="22"/>
                  </w:rPr>
                  <w:t>☐</w:t>
                </w:r>
              </w:sdtContent>
            </w:sdt>
            <w:r w:rsidR="00973E59" w:rsidRPr="002A1D43">
              <w:rPr>
                <w:color w:val="auto"/>
                <w:sz w:val="22"/>
              </w:rPr>
              <w:t xml:space="preserve">  Keighley </w:t>
            </w:r>
            <w:r w:rsidR="00973E59">
              <w:rPr>
                <w:color w:val="auto"/>
                <w:sz w:val="22"/>
              </w:rPr>
              <w:t xml:space="preserve">Central </w:t>
            </w:r>
          </w:p>
        </w:tc>
        <w:tc>
          <w:tcPr>
            <w:tcW w:w="3289" w:type="dxa"/>
            <w:tcMar>
              <w:top w:w="110" w:type="dxa"/>
              <w:left w:w="120" w:type="dxa"/>
              <w:bottom w:w="110" w:type="dxa"/>
              <w:right w:w="120" w:type="dxa"/>
            </w:tcMar>
            <w:vAlign w:val="center"/>
          </w:tcPr>
          <w:p w14:paraId="5DDBCC0F" w14:textId="77777777" w:rsidR="00973E59" w:rsidRPr="002A1D43" w:rsidRDefault="003560A8">
            <w:pPr>
              <w:spacing w:after="0" w:line="240" w:lineRule="auto"/>
              <w:rPr>
                <w:color w:val="auto"/>
                <w:sz w:val="22"/>
              </w:rPr>
            </w:pPr>
            <w:sdt>
              <w:sdtPr>
                <w:rPr>
                  <w:color w:val="auto"/>
                  <w:sz w:val="22"/>
                </w:rPr>
                <w:id w:val="1110"/>
                <w14:checkbox>
                  <w14:checked w14:val="0"/>
                  <w14:checkedState w14:val="2612" w14:font="MS Gothic"/>
                  <w14:uncheckedState w14:val="2610" w14:font="MS Gothic"/>
                </w14:checkbox>
              </w:sdtPr>
              <w:sdtEndPr/>
              <w:sdtContent>
                <w:r w:rsidR="00973E59" w:rsidRPr="002A1D43">
                  <w:rPr>
                    <w:rFonts w:ascii="Segoe UI Symbol" w:hAnsi="Segoe UI Symbol" w:cs="Segoe UI Symbol"/>
                    <w:color w:val="auto"/>
                    <w:sz w:val="22"/>
                  </w:rPr>
                  <w:t>☐</w:t>
                </w:r>
              </w:sdtContent>
            </w:sdt>
            <w:r w:rsidR="00973E59" w:rsidRPr="002A1D43">
              <w:rPr>
                <w:color w:val="auto"/>
                <w:sz w:val="22"/>
              </w:rPr>
              <w:t xml:space="preserve">  Wharfedale</w:t>
            </w:r>
          </w:p>
        </w:tc>
      </w:tr>
      <w:tr w:rsidR="00973E59" w:rsidRPr="002A1D43" w14:paraId="692135A2" w14:textId="77777777">
        <w:trPr>
          <w:cantSplit/>
        </w:trPr>
        <w:tc>
          <w:tcPr>
            <w:tcW w:w="3289" w:type="dxa"/>
            <w:tcMar>
              <w:top w:w="110" w:type="dxa"/>
              <w:left w:w="120" w:type="dxa"/>
              <w:bottom w:w="110" w:type="dxa"/>
              <w:right w:w="120" w:type="dxa"/>
            </w:tcMar>
            <w:vAlign w:val="center"/>
          </w:tcPr>
          <w:p w14:paraId="5B78A706" w14:textId="77777777" w:rsidR="00973E59" w:rsidRPr="002A1D43" w:rsidRDefault="003560A8">
            <w:pPr>
              <w:spacing w:after="0" w:line="240" w:lineRule="auto"/>
              <w:rPr>
                <w:color w:val="auto"/>
                <w:sz w:val="22"/>
              </w:rPr>
            </w:pPr>
            <w:sdt>
              <w:sdtPr>
                <w:rPr>
                  <w:color w:val="auto"/>
                  <w:sz w:val="22"/>
                </w:rPr>
                <w:id w:val="1091"/>
                <w14:checkbox>
                  <w14:checked w14:val="0"/>
                  <w14:checkedState w14:val="2612" w14:font="MS Gothic"/>
                  <w14:uncheckedState w14:val="2610" w14:font="MS Gothic"/>
                </w14:checkbox>
              </w:sdtPr>
              <w:sdtEndPr/>
              <w:sdtContent>
                <w:r w:rsidR="00973E59" w:rsidRPr="002A1D43">
                  <w:rPr>
                    <w:rFonts w:ascii="Segoe UI Symbol" w:hAnsi="Segoe UI Symbol" w:cs="Segoe UI Symbol"/>
                    <w:color w:val="auto"/>
                    <w:sz w:val="22"/>
                  </w:rPr>
                  <w:t>☐</w:t>
                </w:r>
              </w:sdtContent>
            </w:sdt>
            <w:r w:rsidR="00973E59" w:rsidRPr="002A1D43">
              <w:rPr>
                <w:color w:val="auto"/>
                <w:sz w:val="22"/>
              </w:rPr>
              <w:t xml:space="preserve">  </w:t>
            </w:r>
            <w:r w:rsidR="00973E59">
              <w:rPr>
                <w:color w:val="auto"/>
                <w:sz w:val="22"/>
              </w:rPr>
              <w:t xml:space="preserve">Bradford Moor </w:t>
            </w:r>
          </w:p>
        </w:tc>
        <w:tc>
          <w:tcPr>
            <w:tcW w:w="3289" w:type="dxa"/>
            <w:tcMar>
              <w:top w:w="110" w:type="dxa"/>
              <w:left w:w="120" w:type="dxa"/>
              <w:bottom w:w="110" w:type="dxa"/>
              <w:right w:w="120" w:type="dxa"/>
            </w:tcMar>
            <w:vAlign w:val="center"/>
          </w:tcPr>
          <w:p w14:paraId="3EAC76C8" w14:textId="77777777" w:rsidR="00973E59" w:rsidRPr="002A1D43" w:rsidRDefault="003560A8">
            <w:pPr>
              <w:spacing w:after="0" w:line="240" w:lineRule="auto"/>
              <w:rPr>
                <w:color w:val="auto"/>
                <w:sz w:val="22"/>
              </w:rPr>
            </w:pPr>
            <w:sdt>
              <w:sdtPr>
                <w:rPr>
                  <w:color w:val="auto"/>
                  <w:sz w:val="22"/>
                </w:rPr>
                <w:id w:val="1101"/>
                <w14:checkbox>
                  <w14:checked w14:val="0"/>
                  <w14:checkedState w14:val="2612" w14:font="MS Gothic"/>
                  <w14:uncheckedState w14:val="2610" w14:font="MS Gothic"/>
                </w14:checkbox>
              </w:sdtPr>
              <w:sdtEndPr/>
              <w:sdtContent>
                <w:r w:rsidR="00973E59" w:rsidRPr="002A1D43">
                  <w:rPr>
                    <w:rFonts w:ascii="Segoe UI Symbol" w:hAnsi="Segoe UI Symbol" w:cs="Segoe UI Symbol"/>
                    <w:color w:val="auto"/>
                    <w:sz w:val="22"/>
                  </w:rPr>
                  <w:t>☐</w:t>
                </w:r>
              </w:sdtContent>
            </w:sdt>
            <w:r w:rsidR="00973E59" w:rsidRPr="002A1D43">
              <w:rPr>
                <w:color w:val="auto"/>
                <w:sz w:val="22"/>
              </w:rPr>
              <w:t xml:space="preserve">  Keighley </w:t>
            </w:r>
            <w:r w:rsidR="00973E59">
              <w:rPr>
                <w:color w:val="auto"/>
                <w:sz w:val="22"/>
              </w:rPr>
              <w:t xml:space="preserve">East   </w:t>
            </w:r>
          </w:p>
        </w:tc>
        <w:tc>
          <w:tcPr>
            <w:tcW w:w="3289" w:type="dxa"/>
            <w:tcMar>
              <w:top w:w="110" w:type="dxa"/>
              <w:left w:w="120" w:type="dxa"/>
              <w:bottom w:w="110" w:type="dxa"/>
              <w:right w:w="120" w:type="dxa"/>
            </w:tcMar>
            <w:vAlign w:val="center"/>
          </w:tcPr>
          <w:p w14:paraId="7955BC2E" w14:textId="77777777" w:rsidR="00973E59" w:rsidRPr="002A1D43" w:rsidRDefault="003560A8">
            <w:pPr>
              <w:spacing w:after="0" w:line="240" w:lineRule="auto"/>
              <w:rPr>
                <w:color w:val="auto"/>
                <w:sz w:val="22"/>
              </w:rPr>
            </w:pPr>
            <w:sdt>
              <w:sdtPr>
                <w:rPr>
                  <w:color w:val="auto"/>
                  <w:sz w:val="22"/>
                </w:rPr>
                <w:id w:val="1111"/>
                <w14:checkbox>
                  <w14:checked w14:val="0"/>
                  <w14:checkedState w14:val="2612" w14:font="MS Gothic"/>
                  <w14:uncheckedState w14:val="2610" w14:font="MS Gothic"/>
                </w14:checkbox>
              </w:sdtPr>
              <w:sdtEndPr/>
              <w:sdtContent>
                <w:r w:rsidR="00973E59" w:rsidRPr="002A1D43">
                  <w:rPr>
                    <w:rFonts w:ascii="Segoe UI Symbol" w:hAnsi="Segoe UI Symbol" w:cs="Segoe UI Symbol"/>
                    <w:color w:val="auto"/>
                    <w:sz w:val="22"/>
                  </w:rPr>
                  <w:t>☐</w:t>
                </w:r>
              </w:sdtContent>
            </w:sdt>
            <w:r w:rsidR="00973E59" w:rsidRPr="002A1D43">
              <w:rPr>
                <w:color w:val="auto"/>
                <w:sz w:val="22"/>
              </w:rPr>
              <w:t xml:space="preserve">  Wibsey</w:t>
            </w:r>
            <w:r w:rsidR="00973E59">
              <w:rPr>
                <w:color w:val="auto"/>
                <w:sz w:val="22"/>
              </w:rPr>
              <w:t xml:space="preserve"> and Odsal</w:t>
            </w:r>
          </w:p>
        </w:tc>
      </w:tr>
      <w:tr w:rsidR="00973E59" w:rsidRPr="002A1D43" w14:paraId="79890463" w14:textId="77777777">
        <w:trPr>
          <w:cantSplit/>
        </w:trPr>
        <w:tc>
          <w:tcPr>
            <w:tcW w:w="3289" w:type="dxa"/>
            <w:tcMar>
              <w:top w:w="110" w:type="dxa"/>
              <w:left w:w="120" w:type="dxa"/>
              <w:bottom w:w="110" w:type="dxa"/>
              <w:right w:w="120" w:type="dxa"/>
            </w:tcMar>
            <w:vAlign w:val="center"/>
          </w:tcPr>
          <w:p w14:paraId="3A136AAF" w14:textId="77777777" w:rsidR="00973E59" w:rsidRPr="002A1D43" w:rsidRDefault="003560A8">
            <w:pPr>
              <w:spacing w:after="0" w:line="240" w:lineRule="auto"/>
              <w:rPr>
                <w:color w:val="auto"/>
                <w:sz w:val="22"/>
              </w:rPr>
            </w:pPr>
            <w:sdt>
              <w:sdtPr>
                <w:rPr>
                  <w:color w:val="auto"/>
                  <w:sz w:val="22"/>
                </w:rPr>
                <w:id w:val="1092"/>
                <w14:checkbox>
                  <w14:checked w14:val="0"/>
                  <w14:checkedState w14:val="2612" w14:font="MS Gothic"/>
                  <w14:uncheckedState w14:val="2610" w14:font="MS Gothic"/>
                </w14:checkbox>
              </w:sdtPr>
              <w:sdtEndPr/>
              <w:sdtContent>
                <w:r w:rsidR="00973E59" w:rsidRPr="002A1D43">
                  <w:rPr>
                    <w:rFonts w:ascii="Segoe UI Symbol" w:hAnsi="Segoe UI Symbol" w:cs="Segoe UI Symbol"/>
                    <w:color w:val="auto"/>
                    <w:sz w:val="22"/>
                  </w:rPr>
                  <w:t>☐</w:t>
                </w:r>
              </w:sdtContent>
            </w:sdt>
            <w:r w:rsidR="00973E59" w:rsidRPr="002A1D43">
              <w:rPr>
                <w:color w:val="auto"/>
                <w:sz w:val="22"/>
              </w:rPr>
              <w:t xml:space="preserve">  </w:t>
            </w:r>
            <w:r w:rsidR="00973E59">
              <w:rPr>
                <w:color w:val="auto"/>
                <w:sz w:val="22"/>
              </w:rPr>
              <w:t xml:space="preserve">City </w:t>
            </w:r>
          </w:p>
        </w:tc>
        <w:tc>
          <w:tcPr>
            <w:tcW w:w="3289" w:type="dxa"/>
            <w:tcMar>
              <w:top w:w="110" w:type="dxa"/>
              <w:left w:w="120" w:type="dxa"/>
              <w:bottom w:w="110" w:type="dxa"/>
              <w:right w:w="120" w:type="dxa"/>
            </w:tcMar>
            <w:vAlign w:val="center"/>
          </w:tcPr>
          <w:p w14:paraId="15F08575" w14:textId="77777777" w:rsidR="00973E59" w:rsidRPr="002A1D43" w:rsidRDefault="003560A8">
            <w:pPr>
              <w:spacing w:after="0" w:line="240" w:lineRule="auto"/>
              <w:rPr>
                <w:color w:val="auto"/>
                <w:sz w:val="22"/>
              </w:rPr>
            </w:pPr>
            <w:sdt>
              <w:sdtPr>
                <w:rPr>
                  <w:color w:val="auto"/>
                  <w:sz w:val="22"/>
                </w:rPr>
                <w:id w:val="1102"/>
                <w14:checkbox>
                  <w14:checked w14:val="0"/>
                  <w14:checkedState w14:val="2612" w14:font="MS Gothic"/>
                  <w14:uncheckedState w14:val="2610" w14:font="MS Gothic"/>
                </w14:checkbox>
              </w:sdtPr>
              <w:sdtEndPr/>
              <w:sdtContent>
                <w:r w:rsidR="00973E59" w:rsidRPr="002A1D43">
                  <w:rPr>
                    <w:rFonts w:ascii="Segoe UI Symbol" w:hAnsi="Segoe UI Symbol" w:cs="Segoe UI Symbol"/>
                    <w:color w:val="auto"/>
                    <w:sz w:val="22"/>
                  </w:rPr>
                  <w:t>☐</w:t>
                </w:r>
              </w:sdtContent>
            </w:sdt>
            <w:r w:rsidR="00973E59" w:rsidRPr="002A1D43">
              <w:rPr>
                <w:color w:val="auto"/>
                <w:sz w:val="22"/>
              </w:rPr>
              <w:t xml:space="preserve">  </w:t>
            </w:r>
            <w:r w:rsidR="00973E59">
              <w:rPr>
                <w:color w:val="auto"/>
                <w:sz w:val="22"/>
              </w:rPr>
              <w:t xml:space="preserve">Keighley West </w:t>
            </w:r>
          </w:p>
        </w:tc>
        <w:tc>
          <w:tcPr>
            <w:tcW w:w="3289" w:type="dxa"/>
            <w:tcMar>
              <w:top w:w="110" w:type="dxa"/>
              <w:left w:w="120" w:type="dxa"/>
              <w:bottom w:w="110" w:type="dxa"/>
              <w:right w:w="120" w:type="dxa"/>
            </w:tcMar>
            <w:vAlign w:val="center"/>
          </w:tcPr>
          <w:p w14:paraId="473C90BA" w14:textId="77777777" w:rsidR="00973E59" w:rsidRPr="002A1D43" w:rsidRDefault="003560A8">
            <w:pPr>
              <w:spacing w:after="0" w:line="240" w:lineRule="auto"/>
              <w:rPr>
                <w:color w:val="auto"/>
                <w:sz w:val="22"/>
              </w:rPr>
            </w:pPr>
            <w:sdt>
              <w:sdtPr>
                <w:rPr>
                  <w:color w:val="auto"/>
                  <w:sz w:val="22"/>
                </w:rPr>
                <w:id w:val="1112"/>
                <w14:checkbox>
                  <w14:checked w14:val="0"/>
                  <w14:checkedState w14:val="2612" w14:font="MS Gothic"/>
                  <w14:uncheckedState w14:val="2610" w14:font="MS Gothic"/>
                </w14:checkbox>
              </w:sdtPr>
              <w:sdtEndPr/>
              <w:sdtContent>
                <w:r w:rsidR="00973E59" w:rsidRPr="002A1D43">
                  <w:rPr>
                    <w:rFonts w:ascii="Segoe UI Symbol" w:hAnsi="Segoe UI Symbol" w:cs="Segoe UI Symbol"/>
                    <w:color w:val="auto"/>
                    <w:sz w:val="22"/>
                  </w:rPr>
                  <w:t>☐</w:t>
                </w:r>
              </w:sdtContent>
            </w:sdt>
            <w:r w:rsidR="00973E59" w:rsidRPr="002A1D43">
              <w:rPr>
                <w:color w:val="auto"/>
                <w:sz w:val="22"/>
              </w:rPr>
              <w:t xml:space="preserve">  Windhill and Wrose</w:t>
            </w:r>
          </w:p>
        </w:tc>
      </w:tr>
      <w:tr w:rsidR="00973E59" w:rsidRPr="002A1D43" w14:paraId="67CC4896" w14:textId="77777777">
        <w:trPr>
          <w:cantSplit/>
        </w:trPr>
        <w:tc>
          <w:tcPr>
            <w:tcW w:w="3289" w:type="dxa"/>
            <w:tcMar>
              <w:top w:w="110" w:type="dxa"/>
              <w:left w:w="120" w:type="dxa"/>
              <w:bottom w:w="110" w:type="dxa"/>
              <w:right w:w="120" w:type="dxa"/>
            </w:tcMar>
            <w:vAlign w:val="center"/>
          </w:tcPr>
          <w:p w14:paraId="187A3B7C" w14:textId="77777777" w:rsidR="00973E59" w:rsidRPr="002A1D43" w:rsidRDefault="003560A8">
            <w:pPr>
              <w:spacing w:after="0" w:line="240" w:lineRule="auto"/>
              <w:rPr>
                <w:color w:val="auto"/>
                <w:sz w:val="22"/>
              </w:rPr>
            </w:pPr>
            <w:sdt>
              <w:sdtPr>
                <w:rPr>
                  <w:color w:val="auto"/>
                  <w:sz w:val="22"/>
                </w:rPr>
                <w:id w:val="1093"/>
                <w14:checkbox>
                  <w14:checked w14:val="0"/>
                  <w14:checkedState w14:val="2612" w14:font="MS Gothic"/>
                  <w14:uncheckedState w14:val="2610" w14:font="MS Gothic"/>
                </w14:checkbox>
              </w:sdtPr>
              <w:sdtEndPr/>
              <w:sdtContent>
                <w:r w:rsidR="00973E59" w:rsidRPr="002A1D43">
                  <w:rPr>
                    <w:rFonts w:ascii="Segoe UI Symbol" w:hAnsi="Segoe UI Symbol" w:cs="Segoe UI Symbol"/>
                    <w:color w:val="auto"/>
                    <w:sz w:val="22"/>
                  </w:rPr>
                  <w:t>☐</w:t>
                </w:r>
              </w:sdtContent>
            </w:sdt>
            <w:r w:rsidR="00973E59" w:rsidRPr="002A1D43">
              <w:rPr>
                <w:color w:val="auto"/>
                <w:sz w:val="22"/>
              </w:rPr>
              <w:t xml:space="preserve">  </w:t>
            </w:r>
            <w:r w:rsidR="00973E59">
              <w:rPr>
                <w:color w:val="auto"/>
                <w:sz w:val="22"/>
              </w:rPr>
              <w:t xml:space="preserve">Clayton and Fairweather Green </w:t>
            </w:r>
          </w:p>
        </w:tc>
        <w:tc>
          <w:tcPr>
            <w:tcW w:w="3289" w:type="dxa"/>
            <w:tcMar>
              <w:top w:w="110" w:type="dxa"/>
              <w:left w:w="120" w:type="dxa"/>
              <w:bottom w:w="110" w:type="dxa"/>
              <w:right w:w="120" w:type="dxa"/>
            </w:tcMar>
            <w:vAlign w:val="center"/>
          </w:tcPr>
          <w:p w14:paraId="2448BEB8" w14:textId="77777777" w:rsidR="00973E59" w:rsidRPr="002A1D43" w:rsidRDefault="003560A8">
            <w:pPr>
              <w:spacing w:after="0" w:line="240" w:lineRule="auto"/>
              <w:rPr>
                <w:color w:val="auto"/>
                <w:sz w:val="22"/>
              </w:rPr>
            </w:pPr>
            <w:sdt>
              <w:sdtPr>
                <w:rPr>
                  <w:color w:val="auto"/>
                  <w:sz w:val="22"/>
                </w:rPr>
                <w:id w:val="1103"/>
                <w14:checkbox>
                  <w14:checked w14:val="0"/>
                  <w14:checkedState w14:val="2612" w14:font="MS Gothic"/>
                  <w14:uncheckedState w14:val="2610" w14:font="MS Gothic"/>
                </w14:checkbox>
              </w:sdtPr>
              <w:sdtEndPr/>
              <w:sdtContent>
                <w:r w:rsidR="00973E59" w:rsidRPr="002A1D43">
                  <w:rPr>
                    <w:rFonts w:ascii="Segoe UI Symbol" w:hAnsi="Segoe UI Symbol" w:cs="Segoe UI Symbol"/>
                    <w:color w:val="auto"/>
                    <w:sz w:val="22"/>
                  </w:rPr>
                  <w:t>☐</w:t>
                </w:r>
              </w:sdtContent>
            </w:sdt>
            <w:r w:rsidR="00973E59" w:rsidRPr="002A1D43">
              <w:rPr>
                <w:color w:val="auto"/>
                <w:sz w:val="22"/>
              </w:rPr>
              <w:t xml:space="preserve">  </w:t>
            </w:r>
            <w:r w:rsidR="00973E59">
              <w:rPr>
                <w:color w:val="auto"/>
                <w:sz w:val="22"/>
              </w:rPr>
              <w:t xml:space="preserve">Little Horton  </w:t>
            </w:r>
          </w:p>
        </w:tc>
        <w:tc>
          <w:tcPr>
            <w:tcW w:w="3289" w:type="dxa"/>
            <w:tcMar>
              <w:top w:w="110" w:type="dxa"/>
              <w:left w:w="120" w:type="dxa"/>
              <w:bottom w:w="110" w:type="dxa"/>
              <w:right w:w="120" w:type="dxa"/>
            </w:tcMar>
            <w:vAlign w:val="center"/>
          </w:tcPr>
          <w:p w14:paraId="15C954F0" w14:textId="77777777" w:rsidR="00973E59" w:rsidRPr="002A1D43" w:rsidRDefault="003560A8">
            <w:pPr>
              <w:spacing w:after="0" w:line="240" w:lineRule="auto"/>
              <w:rPr>
                <w:color w:val="auto"/>
                <w:sz w:val="22"/>
              </w:rPr>
            </w:pPr>
            <w:sdt>
              <w:sdtPr>
                <w:rPr>
                  <w:color w:val="auto"/>
                  <w:sz w:val="22"/>
                </w:rPr>
                <w:id w:val="1113"/>
                <w14:checkbox>
                  <w14:checked w14:val="0"/>
                  <w14:checkedState w14:val="2612" w14:font="MS Gothic"/>
                  <w14:uncheckedState w14:val="2610" w14:font="MS Gothic"/>
                </w14:checkbox>
              </w:sdtPr>
              <w:sdtEndPr/>
              <w:sdtContent>
                <w:r w:rsidR="00973E59" w:rsidRPr="002A1D43">
                  <w:rPr>
                    <w:rFonts w:ascii="Segoe UI Symbol" w:hAnsi="Segoe UI Symbol" w:cs="Segoe UI Symbol"/>
                    <w:color w:val="auto"/>
                    <w:sz w:val="22"/>
                  </w:rPr>
                  <w:t>☐</w:t>
                </w:r>
              </w:sdtContent>
            </w:sdt>
            <w:r w:rsidR="00973E59" w:rsidRPr="002A1D43">
              <w:rPr>
                <w:color w:val="auto"/>
                <w:sz w:val="22"/>
              </w:rPr>
              <w:t xml:space="preserve">  Worth Valley</w:t>
            </w:r>
          </w:p>
        </w:tc>
      </w:tr>
      <w:tr w:rsidR="00973E59" w:rsidRPr="002A1D43" w14:paraId="146FE32A" w14:textId="77777777">
        <w:trPr>
          <w:cantSplit/>
        </w:trPr>
        <w:tc>
          <w:tcPr>
            <w:tcW w:w="3289" w:type="dxa"/>
            <w:tcMar>
              <w:top w:w="110" w:type="dxa"/>
              <w:left w:w="120" w:type="dxa"/>
              <w:bottom w:w="110" w:type="dxa"/>
              <w:right w:w="120" w:type="dxa"/>
            </w:tcMar>
            <w:vAlign w:val="center"/>
          </w:tcPr>
          <w:p w14:paraId="230994AF" w14:textId="77777777" w:rsidR="00973E59" w:rsidRPr="002A1D43" w:rsidRDefault="003560A8">
            <w:pPr>
              <w:spacing w:after="0" w:line="240" w:lineRule="auto"/>
              <w:rPr>
                <w:color w:val="auto"/>
                <w:sz w:val="22"/>
              </w:rPr>
            </w:pPr>
            <w:sdt>
              <w:sdtPr>
                <w:rPr>
                  <w:color w:val="auto"/>
                  <w:sz w:val="22"/>
                </w:rPr>
                <w:id w:val="1094"/>
                <w14:checkbox>
                  <w14:checked w14:val="0"/>
                  <w14:checkedState w14:val="2612" w14:font="MS Gothic"/>
                  <w14:uncheckedState w14:val="2610" w14:font="MS Gothic"/>
                </w14:checkbox>
              </w:sdtPr>
              <w:sdtEndPr/>
              <w:sdtContent>
                <w:r w:rsidR="00973E59" w:rsidRPr="002A1D43">
                  <w:rPr>
                    <w:rFonts w:ascii="Segoe UI Symbol" w:hAnsi="Segoe UI Symbol" w:cs="Segoe UI Symbol"/>
                    <w:color w:val="auto"/>
                    <w:sz w:val="22"/>
                  </w:rPr>
                  <w:t>☐</w:t>
                </w:r>
              </w:sdtContent>
            </w:sdt>
            <w:r w:rsidR="00973E59" w:rsidRPr="002A1D43">
              <w:rPr>
                <w:color w:val="auto"/>
                <w:sz w:val="22"/>
              </w:rPr>
              <w:t xml:space="preserve">  Eccleshill</w:t>
            </w:r>
          </w:p>
        </w:tc>
        <w:tc>
          <w:tcPr>
            <w:tcW w:w="3289" w:type="dxa"/>
            <w:tcMar>
              <w:top w:w="110" w:type="dxa"/>
              <w:left w:w="120" w:type="dxa"/>
              <w:bottom w:w="110" w:type="dxa"/>
              <w:right w:w="120" w:type="dxa"/>
            </w:tcMar>
            <w:vAlign w:val="center"/>
          </w:tcPr>
          <w:p w14:paraId="4199D085" w14:textId="77777777" w:rsidR="00973E59" w:rsidRPr="002A1D43" w:rsidRDefault="003560A8">
            <w:pPr>
              <w:spacing w:after="0" w:line="240" w:lineRule="auto"/>
              <w:rPr>
                <w:color w:val="auto"/>
                <w:sz w:val="22"/>
              </w:rPr>
            </w:pPr>
            <w:sdt>
              <w:sdtPr>
                <w:rPr>
                  <w:color w:val="auto"/>
                  <w:sz w:val="22"/>
                </w:rPr>
                <w:id w:val="1104"/>
                <w14:checkbox>
                  <w14:checked w14:val="0"/>
                  <w14:checkedState w14:val="2612" w14:font="MS Gothic"/>
                  <w14:uncheckedState w14:val="2610" w14:font="MS Gothic"/>
                </w14:checkbox>
              </w:sdtPr>
              <w:sdtEndPr/>
              <w:sdtContent>
                <w:r w:rsidR="00973E59" w:rsidRPr="002A1D43">
                  <w:rPr>
                    <w:rFonts w:ascii="Segoe UI Symbol" w:hAnsi="Segoe UI Symbol" w:cs="Segoe UI Symbol"/>
                    <w:color w:val="auto"/>
                    <w:sz w:val="22"/>
                  </w:rPr>
                  <w:t>☐</w:t>
                </w:r>
              </w:sdtContent>
            </w:sdt>
            <w:r w:rsidR="00973E59" w:rsidRPr="002A1D43">
              <w:rPr>
                <w:color w:val="auto"/>
                <w:sz w:val="22"/>
              </w:rPr>
              <w:t xml:space="preserve">  </w:t>
            </w:r>
            <w:r w:rsidR="00973E59">
              <w:rPr>
                <w:color w:val="auto"/>
                <w:sz w:val="22"/>
              </w:rPr>
              <w:t xml:space="preserve">Manningham  </w:t>
            </w:r>
          </w:p>
        </w:tc>
        <w:tc>
          <w:tcPr>
            <w:tcW w:w="3289" w:type="dxa"/>
            <w:tcMar>
              <w:top w:w="110" w:type="dxa"/>
              <w:left w:w="120" w:type="dxa"/>
              <w:bottom w:w="110" w:type="dxa"/>
              <w:right w:w="120" w:type="dxa"/>
            </w:tcMar>
            <w:vAlign w:val="center"/>
          </w:tcPr>
          <w:p w14:paraId="44E15B14" w14:textId="77777777" w:rsidR="00973E59" w:rsidRPr="002A1D43" w:rsidRDefault="003560A8">
            <w:pPr>
              <w:spacing w:after="0" w:line="240" w:lineRule="auto"/>
              <w:rPr>
                <w:color w:val="auto"/>
                <w:sz w:val="22"/>
              </w:rPr>
            </w:pPr>
            <w:sdt>
              <w:sdtPr>
                <w:rPr>
                  <w:color w:val="auto"/>
                  <w:sz w:val="22"/>
                </w:rPr>
                <w:id w:val="1114"/>
                <w14:checkbox>
                  <w14:checked w14:val="0"/>
                  <w14:checkedState w14:val="2612" w14:font="MS Gothic"/>
                  <w14:uncheckedState w14:val="2610" w14:font="MS Gothic"/>
                </w14:checkbox>
              </w:sdtPr>
              <w:sdtEndPr/>
              <w:sdtContent>
                <w:r w:rsidR="00973E59" w:rsidRPr="002A1D43">
                  <w:rPr>
                    <w:rFonts w:ascii="Segoe UI Symbol" w:hAnsi="Segoe UI Symbol" w:cs="Segoe UI Symbol"/>
                    <w:color w:val="auto"/>
                    <w:sz w:val="22"/>
                  </w:rPr>
                  <w:t>☐</w:t>
                </w:r>
              </w:sdtContent>
            </w:sdt>
            <w:r w:rsidR="00973E59" w:rsidRPr="002A1D43">
              <w:rPr>
                <w:color w:val="auto"/>
                <w:sz w:val="22"/>
              </w:rPr>
              <w:t xml:space="preserve">  Wyke</w:t>
            </w:r>
          </w:p>
        </w:tc>
      </w:tr>
    </w:tbl>
    <w:p w14:paraId="40DC2A0A" w14:textId="77777777" w:rsidR="00BD7720" w:rsidRPr="001D08E1" w:rsidRDefault="00BD7720">
      <w:pPr>
        <w:spacing w:after="40" w:line="240" w:lineRule="auto"/>
        <w:rPr>
          <w:sz w:val="22"/>
        </w:rPr>
      </w:pPr>
    </w:p>
    <w:p w14:paraId="5945AAE8" w14:textId="77777777" w:rsidR="00BD7720" w:rsidRPr="001D08E1" w:rsidRDefault="005E545F">
      <w:pPr>
        <w:keepNext/>
        <w:keepLines/>
        <w:spacing w:before="100" w:after="20" w:line="240" w:lineRule="auto"/>
        <w:rPr>
          <w:sz w:val="22"/>
        </w:rPr>
      </w:pPr>
      <w:r w:rsidRPr="001D08E1">
        <w:rPr>
          <w:rFonts w:eastAsia="Arial"/>
          <w:b/>
          <w:color w:val="000000"/>
          <w:sz w:val="22"/>
        </w:rPr>
        <w:t>Tell us about any activity that cannot be represented through the ward list.</w:t>
      </w:r>
    </w:p>
    <w:p w14:paraId="60BA67FC" w14:textId="62C01737" w:rsidR="00BD7720" w:rsidRPr="00FC6E98" w:rsidRDefault="005E545F">
      <w:pPr>
        <w:keepNext/>
        <w:keepLines/>
        <w:spacing w:after="40" w:line="240" w:lineRule="auto"/>
        <w:rPr>
          <w:color w:val="595959" w:themeColor="text1" w:themeTint="A6"/>
          <w:sz w:val="22"/>
        </w:rPr>
      </w:pPr>
      <w:r w:rsidRPr="00FC6E98">
        <w:rPr>
          <w:rFonts w:eastAsia="Arial"/>
          <w:color w:val="595959" w:themeColor="text1" w:themeTint="A6"/>
          <w:sz w:val="22"/>
        </w:rPr>
        <w:t>Describe any district-wide, online or touring activity, activity outside Bradford, or intended change in geographic reach.</w:t>
      </w:r>
      <w:r w:rsidR="00E7243F">
        <w:rPr>
          <w:rFonts w:eastAsia="Arial"/>
          <w:color w:val="595959" w:themeColor="text1" w:themeTint="A6"/>
          <w:sz w:val="22"/>
        </w:rPr>
        <w:br/>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9865"/>
      </w:tblGrid>
      <w:tr w:rsidR="00BD7720" w:rsidRPr="001D08E1" w14:paraId="6E2356BB" w14:textId="77777777">
        <w:trPr>
          <w:cantSplit/>
          <w:trHeight w:val="400"/>
          <w:jc w:val="center"/>
        </w:trPr>
        <w:tc>
          <w:tcPr>
            <w:tcW w:w="9865" w:type="dxa"/>
            <w:tcMar>
              <w:top w:w="110" w:type="dxa"/>
              <w:left w:w="110" w:type="dxa"/>
              <w:bottom w:w="110" w:type="dxa"/>
              <w:right w:w="110" w:type="dxa"/>
            </w:tcMar>
          </w:tcPr>
          <w:p w14:paraId="4F51F2FA" w14:textId="77777777" w:rsidR="00BD7720" w:rsidRDefault="00BD7720">
            <w:pPr>
              <w:spacing w:after="0" w:line="240" w:lineRule="auto"/>
              <w:rPr>
                <w:sz w:val="22"/>
              </w:rPr>
            </w:pPr>
          </w:p>
          <w:p w14:paraId="47F54696" w14:textId="77777777" w:rsidR="00E7243F" w:rsidRDefault="00E7243F">
            <w:pPr>
              <w:spacing w:after="0" w:line="240" w:lineRule="auto"/>
              <w:rPr>
                <w:sz w:val="22"/>
              </w:rPr>
            </w:pPr>
          </w:p>
          <w:p w14:paraId="02F6D093" w14:textId="77777777" w:rsidR="00E7243F" w:rsidRDefault="00E7243F">
            <w:pPr>
              <w:spacing w:after="0" w:line="240" w:lineRule="auto"/>
              <w:rPr>
                <w:sz w:val="22"/>
              </w:rPr>
            </w:pPr>
          </w:p>
          <w:p w14:paraId="57BC02B1" w14:textId="77777777" w:rsidR="00E7243F" w:rsidRDefault="00E7243F">
            <w:pPr>
              <w:spacing w:after="0" w:line="240" w:lineRule="auto"/>
              <w:rPr>
                <w:sz w:val="22"/>
              </w:rPr>
            </w:pPr>
          </w:p>
          <w:p w14:paraId="6A34295A" w14:textId="77777777" w:rsidR="00E7243F" w:rsidRPr="001D08E1" w:rsidRDefault="00E7243F">
            <w:pPr>
              <w:spacing w:after="0" w:line="240" w:lineRule="auto"/>
              <w:rPr>
                <w:sz w:val="22"/>
              </w:rPr>
            </w:pPr>
          </w:p>
        </w:tc>
      </w:tr>
    </w:tbl>
    <w:p w14:paraId="5CC3397F" w14:textId="77777777" w:rsidR="00BD7720" w:rsidRPr="00FC6E98" w:rsidRDefault="005E545F">
      <w:pPr>
        <w:keepNext/>
        <w:keepLines/>
        <w:spacing w:after="80" w:line="240" w:lineRule="auto"/>
        <w:rPr>
          <w:color w:val="595959" w:themeColor="text1" w:themeTint="A6"/>
          <w:sz w:val="22"/>
        </w:rPr>
      </w:pPr>
      <w:r w:rsidRPr="00FC6E98">
        <w:rPr>
          <w:rFonts w:eastAsia="Arial"/>
          <w:color w:val="595959" w:themeColor="text1" w:themeTint="A6"/>
          <w:sz w:val="22"/>
        </w:rPr>
        <w:t>Maximum 200 words.</w:t>
      </w:r>
    </w:p>
    <w:p w14:paraId="2E8406C1" w14:textId="6EAF6480" w:rsidR="00BD7720" w:rsidRPr="001D08E1" w:rsidRDefault="001D08E1">
      <w:pPr>
        <w:keepNext/>
        <w:keepLines/>
        <w:spacing w:before="160" w:after="140" w:line="240" w:lineRule="auto"/>
        <w:rPr>
          <w:sz w:val="32"/>
          <w:szCs w:val="32"/>
        </w:rPr>
      </w:pPr>
      <w:r>
        <w:rPr>
          <w:rFonts w:eastAsia="Arial"/>
          <w:b/>
          <w:color w:val="000000"/>
          <w:sz w:val="32"/>
          <w:szCs w:val="32"/>
        </w:rPr>
        <w:t>6</w:t>
      </w:r>
      <w:r w:rsidR="005E545F" w:rsidRPr="001D08E1">
        <w:rPr>
          <w:rFonts w:eastAsia="Arial"/>
          <w:b/>
          <w:color w:val="000000"/>
          <w:sz w:val="32"/>
          <w:szCs w:val="32"/>
        </w:rPr>
        <w:t>: Strategic Contribution</w:t>
      </w:r>
    </w:p>
    <w:p w14:paraId="67DA4E23" w14:textId="77777777" w:rsidR="001D08E1" w:rsidRPr="00BC4ABB" w:rsidRDefault="001D08E1" w:rsidP="001D08E1">
      <w:pPr>
        <w:spacing w:after="0" w:line="240" w:lineRule="auto"/>
        <w:rPr>
          <w:bCs/>
          <w:color w:val="auto"/>
          <w:sz w:val="22"/>
        </w:rPr>
      </w:pPr>
      <w:r w:rsidRPr="00BC4ABB">
        <w:rPr>
          <w:b/>
          <w:color w:val="auto"/>
          <w:sz w:val="22"/>
        </w:rPr>
        <w:t>Culture is Our Plan</w:t>
      </w:r>
      <w:r w:rsidRPr="00BC4ABB">
        <w:rPr>
          <w:bCs/>
          <w:color w:val="auto"/>
          <w:sz w:val="22"/>
        </w:rPr>
        <w:t>, the cultural strategy for Bradford District, sets out ten ambitions and ten targets for culture up to 2031.</w:t>
      </w:r>
      <w:r>
        <w:rPr>
          <w:bCs/>
          <w:color w:val="auto"/>
          <w:sz w:val="22"/>
        </w:rPr>
        <w:br/>
      </w:r>
    </w:p>
    <w:p w14:paraId="3CF475AC" w14:textId="48643593" w:rsidR="001D08E1" w:rsidRPr="00BC4ABB" w:rsidRDefault="001D08E1" w:rsidP="001D08E1">
      <w:pPr>
        <w:spacing w:after="0" w:line="240" w:lineRule="auto"/>
        <w:rPr>
          <w:bCs/>
          <w:color w:val="auto"/>
          <w:sz w:val="22"/>
        </w:rPr>
      </w:pPr>
      <w:r w:rsidRPr="00BC4ABB">
        <w:rPr>
          <w:bCs/>
          <w:color w:val="auto"/>
          <w:sz w:val="22"/>
        </w:rPr>
        <w:t xml:space="preserve">We want to understand how your organisation’s work, supported by Bradford Council’s investment, would contribute to delivering these ambitions and targets, and </w:t>
      </w:r>
      <w:r w:rsidR="00542EF6" w:rsidRPr="00542EF6">
        <w:rPr>
          <w:bCs/>
          <w:color w:val="auto"/>
          <w:sz w:val="22"/>
        </w:rPr>
        <w:t>how your plans for the 2028/29 to 2032/33 investment period would contribute to, build on or sustain that work</w:t>
      </w:r>
      <w:r w:rsidRPr="00BC4ABB">
        <w:rPr>
          <w:bCs/>
          <w:color w:val="auto"/>
          <w:sz w:val="22"/>
        </w:rPr>
        <w:t>.</w:t>
      </w:r>
      <w:r>
        <w:rPr>
          <w:bCs/>
          <w:color w:val="auto"/>
          <w:sz w:val="22"/>
        </w:rPr>
        <w:br/>
      </w:r>
    </w:p>
    <w:p w14:paraId="095322FA" w14:textId="0273E712" w:rsidR="001D08E1" w:rsidRPr="007E4ED9" w:rsidRDefault="001D08E1" w:rsidP="001D08E1">
      <w:pPr>
        <w:spacing w:after="0" w:line="240" w:lineRule="auto"/>
        <w:rPr>
          <w:rFonts w:cs="Arial"/>
          <w:color w:val="auto"/>
        </w:rPr>
      </w:pPr>
      <w:r w:rsidRPr="007E4ED9">
        <w:rPr>
          <w:rFonts w:cs="Arial"/>
          <w:color w:val="auto"/>
        </w:rPr>
        <w:t>You are not expected to contribute to every ambition or target. Select only those to which your five-year plan will make a clear, meaningful and evidenced contribution.</w:t>
      </w:r>
      <w:r w:rsidRPr="007E4ED9">
        <w:rPr>
          <w:rFonts w:cs="Arial"/>
          <w:color w:val="auto"/>
        </w:rPr>
        <w:br/>
      </w:r>
      <w:r w:rsidRPr="007E4ED9">
        <w:rPr>
          <w:rFonts w:cs="Arial"/>
          <w:color w:val="auto"/>
        </w:rPr>
        <w:br/>
      </w:r>
      <w:r w:rsidRPr="001D08E1">
        <w:rPr>
          <w:rFonts w:cs="Arial"/>
          <w:b/>
          <w:bCs/>
          <w:color w:val="984806" w:themeColor="accent6" w:themeShade="80"/>
        </w:rPr>
        <w:t>CONTRIBUTION TO THE AMBITIONS</w:t>
      </w:r>
      <w:r w:rsidRPr="007E4ED9">
        <w:rPr>
          <w:rFonts w:cs="Arial"/>
          <w:color w:val="auto"/>
        </w:rPr>
        <w:br/>
      </w:r>
      <w:r w:rsidRPr="007567B6">
        <w:rPr>
          <w:bCs/>
          <w:color w:val="auto"/>
          <w:sz w:val="22"/>
        </w:rPr>
        <w:t xml:space="preserve">Review the ten ambitions in the table below and </w:t>
      </w:r>
      <w:r>
        <w:rPr>
          <w:bCs/>
          <w:color w:val="auto"/>
          <w:sz w:val="22"/>
        </w:rPr>
        <w:t>select (tick)</w:t>
      </w:r>
      <w:r w:rsidRPr="007567B6">
        <w:rPr>
          <w:bCs/>
          <w:color w:val="auto"/>
          <w:sz w:val="22"/>
        </w:rPr>
        <w:t xml:space="preserve"> </w:t>
      </w:r>
      <w:r w:rsidRPr="007567B6">
        <w:rPr>
          <w:bCs/>
          <w:color w:val="auto"/>
          <w:sz w:val="22"/>
          <w:u w:val="single"/>
        </w:rPr>
        <w:t xml:space="preserve">up to </w:t>
      </w:r>
      <w:r w:rsidR="00382A7A">
        <w:rPr>
          <w:bCs/>
          <w:color w:val="auto"/>
          <w:sz w:val="22"/>
          <w:u w:val="single"/>
        </w:rPr>
        <w:t>two</w:t>
      </w:r>
      <w:r w:rsidRPr="007567B6">
        <w:rPr>
          <w:bCs/>
          <w:color w:val="auto"/>
          <w:sz w:val="22"/>
        </w:rPr>
        <w:t xml:space="preserve"> to which your organisation will make its strongest contribution.</w:t>
      </w:r>
      <w:r>
        <w:rPr>
          <w:bCs/>
          <w:color w:val="auto"/>
          <w:sz w:val="22"/>
        </w:rPr>
        <w:t xml:space="preserve"> </w:t>
      </w:r>
    </w:p>
    <w:p w14:paraId="55717BFA" w14:textId="77777777" w:rsidR="001D08E1" w:rsidRPr="001E3ACC" w:rsidRDefault="001D08E1" w:rsidP="001D08E1">
      <w:pPr>
        <w:pStyle w:val="NormalWeb"/>
        <w:rPr>
          <w:rFonts w:ascii="Arial" w:eastAsia="Times New Roman" w:hAnsi="Arial" w:cs="Arial"/>
          <w:color w:val="auto"/>
          <w:sz w:val="22"/>
          <w:szCs w:val="22"/>
          <w:lang w:val="en-GB" w:eastAsia="en-GB"/>
        </w:rPr>
      </w:pPr>
      <w:r>
        <w:rPr>
          <w:color w:val="auto"/>
          <w:sz w:val="22"/>
        </w:rPr>
        <w:lastRenderedPageBreak/>
        <w:br/>
      </w:r>
      <w:r w:rsidRPr="001E3ACC">
        <w:rPr>
          <w:rFonts w:ascii="Arial" w:eastAsia="Times New Roman" w:hAnsi="Arial" w:cs="Arial"/>
          <w:color w:val="auto"/>
          <w:sz w:val="22"/>
          <w:szCs w:val="22"/>
          <w:lang w:val="en-GB" w:eastAsia="en-GB"/>
        </w:rPr>
        <w:t xml:space="preserve">For each ambition </w:t>
      </w:r>
      <w:r>
        <w:rPr>
          <w:rFonts w:ascii="Arial" w:eastAsia="Times New Roman" w:hAnsi="Arial" w:cs="Arial"/>
          <w:color w:val="auto"/>
          <w:sz w:val="22"/>
          <w:szCs w:val="22"/>
          <w:lang w:val="en-GB" w:eastAsia="en-GB"/>
        </w:rPr>
        <w:t>you select</w:t>
      </w:r>
      <w:r w:rsidRPr="001E3ACC">
        <w:rPr>
          <w:rFonts w:ascii="Arial" w:eastAsia="Times New Roman" w:hAnsi="Arial" w:cs="Arial"/>
          <w:color w:val="auto"/>
          <w:sz w:val="22"/>
          <w:szCs w:val="22"/>
          <w:lang w:val="en-GB" w:eastAsia="en-GB"/>
        </w:rPr>
        <w:t>, explain:</w:t>
      </w:r>
    </w:p>
    <w:p w14:paraId="7DAE17A2" w14:textId="77777777" w:rsidR="001D08E1" w:rsidRPr="001E3ACC" w:rsidRDefault="001D08E1" w:rsidP="001D08E1">
      <w:pPr>
        <w:numPr>
          <w:ilvl w:val="0"/>
          <w:numId w:val="22"/>
        </w:numPr>
        <w:spacing w:before="100" w:beforeAutospacing="1" w:afterAutospacing="1" w:line="240" w:lineRule="auto"/>
        <w:rPr>
          <w:rFonts w:eastAsia="Times New Roman" w:cs="Arial"/>
          <w:color w:val="auto"/>
          <w:sz w:val="22"/>
          <w:lang w:val="en-GB" w:eastAsia="en-GB"/>
        </w:rPr>
      </w:pPr>
      <w:r w:rsidRPr="001E3ACC">
        <w:rPr>
          <w:rFonts w:eastAsia="Times New Roman" w:cs="Arial"/>
          <w:color w:val="auto"/>
          <w:sz w:val="22"/>
          <w:lang w:val="en-GB" w:eastAsia="en-GB"/>
        </w:rPr>
        <w:t>How your planned work will contribute to the ambition</w:t>
      </w:r>
    </w:p>
    <w:p w14:paraId="1ACD9EAF" w14:textId="77777777" w:rsidR="001D08E1" w:rsidRPr="001E3ACC" w:rsidRDefault="001D08E1" w:rsidP="001D08E1">
      <w:pPr>
        <w:numPr>
          <w:ilvl w:val="0"/>
          <w:numId w:val="22"/>
        </w:numPr>
        <w:spacing w:before="100" w:beforeAutospacing="1" w:afterAutospacing="1" w:line="240" w:lineRule="auto"/>
        <w:rPr>
          <w:rFonts w:eastAsia="Times New Roman" w:cs="Arial"/>
          <w:color w:val="auto"/>
          <w:sz w:val="22"/>
          <w:lang w:val="en-GB" w:eastAsia="en-GB"/>
        </w:rPr>
      </w:pPr>
      <w:r w:rsidRPr="001E3ACC">
        <w:rPr>
          <w:rFonts w:eastAsia="Times New Roman" w:cs="Arial"/>
          <w:color w:val="auto"/>
          <w:sz w:val="22"/>
          <w:lang w:val="en-GB" w:eastAsia="en-GB"/>
        </w:rPr>
        <w:t>The activity or organisational development that will support this contribution</w:t>
      </w:r>
    </w:p>
    <w:p w14:paraId="5D4D6A93" w14:textId="77777777" w:rsidR="001D08E1" w:rsidRPr="001E3ACC" w:rsidRDefault="001D08E1" w:rsidP="001D08E1">
      <w:pPr>
        <w:numPr>
          <w:ilvl w:val="0"/>
          <w:numId w:val="22"/>
        </w:numPr>
        <w:spacing w:before="100" w:beforeAutospacing="1" w:afterAutospacing="1" w:line="240" w:lineRule="auto"/>
        <w:rPr>
          <w:rFonts w:eastAsia="Times New Roman" w:cs="Arial"/>
          <w:color w:val="auto"/>
          <w:sz w:val="22"/>
          <w:lang w:val="en-GB" w:eastAsia="en-GB"/>
        </w:rPr>
      </w:pPr>
      <w:r w:rsidRPr="001E3ACC">
        <w:rPr>
          <w:rFonts w:eastAsia="Times New Roman" w:cs="Arial"/>
          <w:color w:val="auto"/>
          <w:sz w:val="22"/>
          <w:lang w:val="en-GB" w:eastAsia="en-GB"/>
        </w:rPr>
        <w:t>Who or what will benefit</w:t>
      </w:r>
    </w:p>
    <w:p w14:paraId="7DFE82C8" w14:textId="77777777" w:rsidR="001D08E1" w:rsidRPr="001E3ACC" w:rsidRDefault="001D08E1" w:rsidP="001D08E1">
      <w:pPr>
        <w:numPr>
          <w:ilvl w:val="0"/>
          <w:numId w:val="22"/>
        </w:numPr>
        <w:spacing w:before="100" w:beforeAutospacing="1" w:afterAutospacing="1" w:line="240" w:lineRule="auto"/>
        <w:rPr>
          <w:rFonts w:eastAsia="Times New Roman" w:cs="Arial"/>
          <w:color w:val="auto"/>
          <w:sz w:val="22"/>
          <w:lang w:val="en-GB" w:eastAsia="en-GB"/>
        </w:rPr>
      </w:pPr>
      <w:r w:rsidRPr="001E3ACC">
        <w:rPr>
          <w:rFonts w:eastAsia="Times New Roman" w:cs="Arial"/>
          <w:color w:val="auto"/>
          <w:sz w:val="22"/>
          <w:lang w:val="en-GB" w:eastAsia="en-GB"/>
        </w:rPr>
        <w:t>The change or difference you expect your work to make</w:t>
      </w:r>
    </w:p>
    <w:p w14:paraId="27EC3CC0" w14:textId="77777777" w:rsidR="001D08E1" w:rsidRPr="001E3ACC" w:rsidRDefault="001D08E1" w:rsidP="001D08E1">
      <w:pPr>
        <w:numPr>
          <w:ilvl w:val="0"/>
          <w:numId w:val="22"/>
        </w:numPr>
        <w:spacing w:before="100" w:beforeAutospacing="1" w:afterAutospacing="1" w:line="240" w:lineRule="auto"/>
        <w:rPr>
          <w:rFonts w:eastAsia="Times New Roman" w:cs="Arial"/>
          <w:color w:val="auto"/>
          <w:sz w:val="22"/>
          <w:lang w:val="en-GB" w:eastAsia="en-GB"/>
        </w:rPr>
      </w:pPr>
      <w:r w:rsidRPr="001E3ACC">
        <w:rPr>
          <w:rFonts w:eastAsia="Times New Roman" w:cs="Arial"/>
          <w:color w:val="auto"/>
          <w:sz w:val="22"/>
          <w:lang w:val="en-GB" w:eastAsia="en-GB"/>
        </w:rPr>
        <w:t>How Bradford Council’s investment will enable or strengthen this contribution</w:t>
      </w:r>
    </w:p>
    <w:p w14:paraId="2CE36299" w14:textId="77777777" w:rsidR="001D08E1" w:rsidRPr="005B164B" w:rsidRDefault="001D08E1" w:rsidP="001D08E1">
      <w:pPr>
        <w:numPr>
          <w:ilvl w:val="0"/>
          <w:numId w:val="22"/>
        </w:numPr>
        <w:spacing w:before="100" w:beforeAutospacing="1" w:afterAutospacing="1" w:line="240" w:lineRule="auto"/>
        <w:rPr>
          <w:rFonts w:eastAsia="Times New Roman" w:cs="Arial"/>
          <w:color w:val="auto"/>
          <w:sz w:val="22"/>
          <w:lang w:val="en-GB" w:eastAsia="en-GB"/>
        </w:rPr>
      </w:pPr>
      <w:r w:rsidRPr="001E3ACC">
        <w:rPr>
          <w:rFonts w:eastAsia="Times New Roman" w:cs="Arial"/>
          <w:color w:val="auto"/>
          <w:sz w:val="22"/>
          <w:lang w:val="en-GB" w:eastAsia="en-GB"/>
        </w:rPr>
        <w:t>Where relevant, how your work will complement other organisations, partnerships or cultural activity in Bradford District</w:t>
      </w:r>
    </w:p>
    <w:p w14:paraId="2A4A610C" w14:textId="77777777" w:rsidR="001D08E1" w:rsidRDefault="001D08E1" w:rsidP="001D08E1">
      <w:pPr>
        <w:spacing w:before="100" w:beforeAutospacing="1" w:afterAutospacing="1" w:line="240" w:lineRule="auto"/>
        <w:rPr>
          <w:rFonts w:eastAsia="Times New Roman" w:cs="Arial"/>
          <w:color w:val="auto"/>
          <w:sz w:val="22"/>
          <w:lang w:val="en-GB" w:eastAsia="en-GB"/>
        </w:rPr>
      </w:pPr>
      <w:r w:rsidRPr="001E3ACC">
        <w:rPr>
          <w:rFonts w:eastAsia="Times New Roman" w:cs="Arial"/>
          <w:color w:val="auto"/>
          <w:sz w:val="22"/>
          <w:lang w:val="en-GB" w:eastAsia="en-GB"/>
        </w:rPr>
        <w:t>Do not select an ambition unless it is directly relevant to your five-year plan</w:t>
      </w:r>
      <w:r>
        <w:rPr>
          <w:rFonts w:eastAsia="Times New Roman" w:cs="Arial"/>
          <w:color w:val="auto"/>
          <w:sz w:val="22"/>
          <w:lang w:val="en-GB" w:eastAsia="en-GB"/>
        </w:rPr>
        <w:t>.</w:t>
      </w:r>
    </w:p>
    <w:p w14:paraId="0279DE8F" w14:textId="77777777" w:rsidR="001D08E1" w:rsidRPr="00000AAA" w:rsidRDefault="001D08E1" w:rsidP="001D08E1">
      <w:pPr>
        <w:keepNext/>
        <w:spacing w:after="0" w:line="240" w:lineRule="auto"/>
        <w:rPr>
          <w:bCs/>
          <w:color w:val="595959" w:themeColor="text1" w:themeTint="A6"/>
          <w:sz w:val="22"/>
        </w:rPr>
      </w:pPr>
      <w:r w:rsidRPr="00000AAA">
        <w:rPr>
          <w:bCs/>
          <w:color w:val="595959" w:themeColor="text1" w:themeTint="A6"/>
          <w:sz w:val="22"/>
        </w:rPr>
        <w:t>Use no more than 200 words to describe your contribution to each ambition selected. The word limit applies separately to each selected item.</w:t>
      </w:r>
      <w:r w:rsidRPr="00000AAA">
        <w:rPr>
          <w:bCs/>
          <w:color w:val="595959" w:themeColor="text1" w:themeTint="A6"/>
          <w:sz w:val="22"/>
        </w:rPr>
        <w:br/>
      </w:r>
    </w:p>
    <w:tbl>
      <w:tblPr>
        <w:tblW w:w="9773"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528"/>
        <w:gridCol w:w="5245"/>
      </w:tblGrid>
      <w:tr w:rsidR="001D08E1" w:rsidRPr="0080251F" w14:paraId="769C2E06" w14:textId="77777777">
        <w:trPr>
          <w:cantSplit/>
        </w:trPr>
        <w:tc>
          <w:tcPr>
            <w:tcW w:w="4528" w:type="dxa"/>
            <w:shd w:val="clear" w:color="auto" w:fill="000000" w:themeFill="text1"/>
            <w:tcMar>
              <w:top w:w="110" w:type="dxa"/>
              <w:left w:w="120" w:type="dxa"/>
              <w:bottom w:w="110" w:type="dxa"/>
              <w:right w:w="120" w:type="dxa"/>
            </w:tcMar>
            <w:vAlign w:val="center"/>
          </w:tcPr>
          <w:p w14:paraId="185BB538" w14:textId="77777777" w:rsidR="001D08E1" w:rsidRPr="0080251F" w:rsidRDefault="001D08E1">
            <w:pPr>
              <w:spacing w:after="0" w:line="240" w:lineRule="auto"/>
              <w:rPr>
                <w:b/>
                <w:bCs/>
                <w:color w:val="FFFFFF" w:themeColor="background1"/>
                <w:sz w:val="22"/>
              </w:rPr>
            </w:pPr>
            <w:r w:rsidRPr="0080251F">
              <w:rPr>
                <w:b/>
                <w:bCs/>
                <w:color w:val="FFFFFF" w:themeColor="background1"/>
                <w:sz w:val="22"/>
              </w:rPr>
              <w:t>Ambitions</w:t>
            </w:r>
          </w:p>
        </w:tc>
        <w:tc>
          <w:tcPr>
            <w:tcW w:w="5245" w:type="dxa"/>
            <w:shd w:val="clear" w:color="auto" w:fill="000000" w:themeFill="text1"/>
            <w:tcMar>
              <w:top w:w="110" w:type="dxa"/>
              <w:left w:w="120" w:type="dxa"/>
              <w:bottom w:w="110" w:type="dxa"/>
              <w:right w:w="120" w:type="dxa"/>
            </w:tcMar>
            <w:vAlign w:val="center"/>
          </w:tcPr>
          <w:p w14:paraId="1143F1B4" w14:textId="77777777" w:rsidR="001D08E1" w:rsidRPr="005B164B" w:rsidRDefault="001D08E1">
            <w:pPr>
              <w:spacing w:after="0" w:line="240" w:lineRule="auto"/>
              <w:rPr>
                <w:b/>
                <w:bCs/>
                <w:color w:val="FFFFFF" w:themeColor="background1"/>
                <w:sz w:val="22"/>
              </w:rPr>
            </w:pPr>
            <w:r w:rsidRPr="005B164B">
              <w:rPr>
                <w:b/>
                <w:bCs/>
                <w:color w:val="FFFFFF" w:themeColor="background1"/>
                <w:sz w:val="22"/>
              </w:rPr>
              <w:t>How your five-year plan and Bradford Council’s investment will contribute</w:t>
            </w:r>
          </w:p>
        </w:tc>
      </w:tr>
      <w:tr w:rsidR="001D08E1" w:rsidRPr="00511BC3" w14:paraId="45504CE6" w14:textId="77777777">
        <w:trPr>
          <w:cantSplit/>
          <w:trHeight w:val="25"/>
        </w:trPr>
        <w:tc>
          <w:tcPr>
            <w:tcW w:w="4528" w:type="dxa"/>
            <w:tcMar>
              <w:top w:w="110" w:type="dxa"/>
              <w:left w:w="120" w:type="dxa"/>
              <w:bottom w:w="110" w:type="dxa"/>
              <w:right w:w="120" w:type="dxa"/>
            </w:tcMar>
            <w:vAlign w:val="center"/>
          </w:tcPr>
          <w:p w14:paraId="609E9FC1" w14:textId="77777777" w:rsidR="001D08E1" w:rsidRPr="0090408D" w:rsidRDefault="003560A8">
            <w:pPr>
              <w:spacing w:after="0" w:line="240" w:lineRule="auto"/>
              <w:rPr>
                <w:b/>
                <w:bCs/>
                <w:color w:val="auto"/>
                <w:sz w:val="22"/>
              </w:rPr>
            </w:pPr>
            <w:sdt>
              <w:sdtPr>
                <w:rPr>
                  <w:b/>
                  <w:bCs/>
                  <w:color w:val="auto"/>
                  <w:sz w:val="22"/>
                </w:rPr>
                <w:id w:val="-347715904"/>
                <w14:checkbox>
                  <w14:checked w14:val="0"/>
                  <w14:checkedState w14:val="2612" w14:font="MS Gothic"/>
                  <w14:uncheckedState w14:val="2610" w14:font="MS Gothic"/>
                </w14:checkbox>
              </w:sdtPr>
              <w:sdtEndPr/>
              <w:sdtContent>
                <w:r w:rsidR="001D08E1" w:rsidRPr="0090408D">
                  <w:rPr>
                    <w:rFonts w:ascii="Segoe UI Symbol" w:hAnsi="Segoe UI Symbol" w:cs="Segoe UI Symbol"/>
                    <w:b/>
                    <w:bCs/>
                    <w:color w:val="auto"/>
                    <w:sz w:val="22"/>
                  </w:rPr>
                  <w:t>☐</w:t>
                </w:r>
              </w:sdtContent>
            </w:sdt>
            <w:r w:rsidR="001D08E1" w:rsidRPr="0090408D">
              <w:rPr>
                <w:b/>
                <w:bCs/>
                <w:color w:val="auto"/>
                <w:sz w:val="22"/>
              </w:rPr>
              <w:t xml:space="preserve">  Having Fun</w:t>
            </w:r>
          </w:p>
        </w:tc>
        <w:tc>
          <w:tcPr>
            <w:tcW w:w="5245" w:type="dxa"/>
            <w:tcMar>
              <w:top w:w="110" w:type="dxa"/>
              <w:left w:w="120" w:type="dxa"/>
              <w:bottom w:w="110" w:type="dxa"/>
              <w:right w:w="120" w:type="dxa"/>
            </w:tcMar>
            <w:vAlign w:val="center"/>
          </w:tcPr>
          <w:p w14:paraId="40638774" w14:textId="77777777" w:rsidR="001D08E1" w:rsidRPr="0090408D" w:rsidRDefault="001D08E1">
            <w:pPr>
              <w:spacing w:after="0" w:line="240" w:lineRule="auto"/>
              <w:rPr>
                <w:color w:val="auto"/>
                <w:sz w:val="22"/>
              </w:rPr>
            </w:pPr>
          </w:p>
        </w:tc>
      </w:tr>
      <w:tr w:rsidR="001D08E1" w:rsidRPr="00511BC3" w14:paraId="31A07686" w14:textId="77777777">
        <w:trPr>
          <w:cantSplit/>
          <w:trHeight w:val="25"/>
        </w:trPr>
        <w:tc>
          <w:tcPr>
            <w:tcW w:w="4528" w:type="dxa"/>
            <w:tcMar>
              <w:top w:w="110" w:type="dxa"/>
              <w:left w:w="120" w:type="dxa"/>
              <w:bottom w:w="110" w:type="dxa"/>
              <w:right w:w="120" w:type="dxa"/>
            </w:tcMar>
            <w:vAlign w:val="center"/>
          </w:tcPr>
          <w:p w14:paraId="34A2F2A4" w14:textId="77777777" w:rsidR="001D08E1" w:rsidRPr="0090408D" w:rsidRDefault="003560A8">
            <w:pPr>
              <w:spacing w:after="0" w:line="240" w:lineRule="auto"/>
              <w:rPr>
                <w:b/>
                <w:bCs/>
                <w:color w:val="auto"/>
                <w:sz w:val="22"/>
              </w:rPr>
            </w:pPr>
            <w:sdt>
              <w:sdtPr>
                <w:rPr>
                  <w:b/>
                  <w:bCs/>
                  <w:color w:val="auto"/>
                  <w:sz w:val="22"/>
                </w:rPr>
                <w:id w:val="-75361841"/>
                <w14:checkbox>
                  <w14:checked w14:val="0"/>
                  <w14:checkedState w14:val="2612" w14:font="MS Gothic"/>
                  <w14:uncheckedState w14:val="2610" w14:font="MS Gothic"/>
                </w14:checkbox>
              </w:sdtPr>
              <w:sdtEndPr/>
              <w:sdtContent>
                <w:r w:rsidR="001D08E1" w:rsidRPr="0090408D">
                  <w:rPr>
                    <w:rFonts w:ascii="Segoe UI Symbol" w:hAnsi="Segoe UI Symbol" w:cs="Segoe UI Symbol"/>
                    <w:b/>
                    <w:bCs/>
                    <w:color w:val="auto"/>
                    <w:sz w:val="22"/>
                  </w:rPr>
                  <w:t>☐</w:t>
                </w:r>
              </w:sdtContent>
            </w:sdt>
            <w:r w:rsidR="001D08E1" w:rsidRPr="0090408D">
              <w:rPr>
                <w:b/>
                <w:bCs/>
                <w:color w:val="auto"/>
                <w:sz w:val="22"/>
              </w:rPr>
              <w:t xml:space="preserve">  Bradford will know itself better</w:t>
            </w:r>
          </w:p>
        </w:tc>
        <w:tc>
          <w:tcPr>
            <w:tcW w:w="5245" w:type="dxa"/>
            <w:tcMar>
              <w:top w:w="110" w:type="dxa"/>
              <w:left w:w="120" w:type="dxa"/>
              <w:bottom w:w="110" w:type="dxa"/>
              <w:right w:w="120" w:type="dxa"/>
            </w:tcMar>
            <w:vAlign w:val="center"/>
          </w:tcPr>
          <w:p w14:paraId="6A43444F" w14:textId="77777777" w:rsidR="001D08E1" w:rsidRPr="0090408D" w:rsidRDefault="001D08E1">
            <w:pPr>
              <w:spacing w:after="0" w:line="240" w:lineRule="auto"/>
              <w:rPr>
                <w:color w:val="auto"/>
                <w:sz w:val="22"/>
              </w:rPr>
            </w:pPr>
          </w:p>
        </w:tc>
      </w:tr>
      <w:tr w:rsidR="001D08E1" w:rsidRPr="00511BC3" w14:paraId="0A24330A" w14:textId="77777777">
        <w:trPr>
          <w:cantSplit/>
        </w:trPr>
        <w:tc>
          <w:tcPr>
            <w:tcW w:w="4528" w:type="dxa"/>
            <w:tcMar>
              <w:top w:w="110" w:type="dxa"/>
              <w:left w:w="120" w:type="dxa"/>
              <w:bottom w:w="110" w:type="dxa"/>
              <w:right w:w="120" w:type="dxa"/>
            </w:tcMar>
            <w:vAlign w:val="center"/>
          </w:tcPr>
          <w:p w14:paraId="73EFB4C3" w14:textId="77777777" w:rsidR="001D08E1" w:rsidRPr="0090408D" w:rsidRDefault="003560A8">
            <w:pPr>
              <w:spacing w:after="0" w:line="240" w:lineRule="auto"/>
              <w:rPr>
                <w:b/>
                <w:bCs/>
                <w:color w:val="auto"/>
                <w:sz w:val="22"/>
              </w:rPr>
            </w:pPr>
            <w:sdt>
              <w:sdtPr>
                <w:rPr>
                  <w:b/>
                  <w:bCs/>
                  <w:color w:val="auto"/>
                  <w:sz w:val="22"/>
                </w:rPr>
                <w:id w:val="-218594114"/>
                <w14:checkbox>
                  <w14:checked w14:val="0"/>
                  <w14:checkedState w14:val="2612" w14:font="MS Gothic"/>
                  <w14:uncheckedState w14:val="2610" w14:font="MS Gothic"/>
                </w14:checkbox>
              </w:sdtPr>
              <w:sdtEndPr/>
              <w:sdtContent>
                <w:r w:rsidR="001D08E1" w:rsidRPr="0090408D">
                  <w:rPr>
                    <w:rFonts w:ascii="Segoe UI Symbol" w:hAnsi="Segoe UI Symbol" w:cs="Segoe UI Symbol"/>
                    <w:b/>
                    <w:bCs/>
                    <w:color w:val="auto"/>
                    <w:sz w:val="22"/>
                  </w:rPr>
                  <w:t>☐</w:t>
                </w:r>
              </w:sdtContent>
            </w:sdt>
            <w:r w:rsidR="001D08E1" w:rsidRPr="0090408D">
              <w:rPr>
                <w:b/>
                <w:bCs/>
                <w:color w:val="auto"/>
                <w:sz w:val="22"/>
              </w:rPr>
              <w:t xml:space="preserve">  Network capacity</w:t>
            </w:r>
          </w:p>
        </w:tc>
        <w:tc>
          <w:tcPr>
            <w:tcW w:w="5245" w:type="dxa"/>
            <w:tcMar>
              <w:top w:w="110" w:type="dxa"/>
              <w:left w:w="120" w:type="dxa"/>
              <w:bottom w:w="110" w:type="dxa"/>
              <w:right w:w="120" w:type="dxa"/>
            </w:tcMar>
            <w:vAlign w:val="center"/>
          </w:tcPr>
          <w:p w14:paraId="4DF6A4FC" w14:textId="77777777" w:rsidR="001D08E1" w:rsidRPr="0090408D" w:rsidRDefault="001D08E1">
            <w:pPr>
              <w:spacing w:after="0" w:line="240" w:lineRule="auto"/>
              <w:rPr>
                <w:color w:val="auto"/>
                <w:sz w:val="22"/>
              </w:rPr>
            </w:pPr>
          </w:p>
        </w:tc>
      </w:tr>
      <w:tr w:rsidR="001D08E1" w:rsidRPr="00511BC3" w14:paraId="709F6EFE" w14:textId="77777777">
        <w:trPr>
          <w:cantSplit/>
        </w:trPr>
        <w:tc>
          <w:tcPr>
            <w:tcW w:w="4528" w:type="dxa"/>
            <w:tcMar>
              <w:top w:w="110" w:type="dxa"/>
              <w:left w:w="120" w:type="dxa"/>
              <w:bottom w:w="110" w:type="dxa"/>
              <w:right w:w="120" w:type="dxa"/>
            </w:tcMar>
            <w:vAlign w:val="center"/>
          </w:tcPr>
          <w:p w14:paraId="29C6B1CB" w14:textId="77777777" w:rsidR="001D08E1" w:rsidRPr="0090408D" w:rsidRDefault="003560A8">
            <w:pPr>
              <w:spacing w:after="0" w:line="240" w:lineRule="auto"/>
              <w:rPr>
                <w:b/>
                <w:bCs/>
                <w:color w:val="auto"/>
                <w:sz w:val="22"/>
              </w:rPr>
            </w:pPr>
            <w:sdt>
              <w:sdtPr>
                <w:rPr>
                  <w:b/>
                  <w:bCs/>
                  <w:color w:val="auto"/>
                  <w:sz w:val="22"/>
                </w:rPr>
                <w:id w:val="-301771646"/>
                <w14:checkbox>
                  <w14:checked w14:val="0"/>
                  <w14:checkedState w14:val="2612" w14:font="MS Gothic"/>
                  <w14:uncheckedState w14:val="2610" w14:font="MS Gothic"/>
                </w14:checkbox>
              </w:sdtPr>
              <w:sdtEndPr/>
              <w:sdtContent>
                <w:r w:rsidR="001D08E1" w:rsidRPr="0090408D">
                  <w:rPr>
                    <w:rFonts w:ascii="Segoe UI Symbol" w:hAnsi="Segoe UI Symbol" w:cs="Segoe UI Symbol"/>
                    <w:b/>
                    <w:bCs/>
                    <w:color w:val="auto"/>
                    <w:sz w:val="22"/>
                  </w:rPr>
                  <w:t>☐</w:t>
                </w:r>
              </w:sdtContent>
            </w:sdt>
            <w:r w:rsidR="001D08E1" w:rsidRPr="0090408D">
              <w:rPr>
                <w:b/>
                <w:bCs/>
                <w:color w:val="auto"/>
                <w:sz w:val="22"/>
              </w:rPr>
              <w:t xml:space="preserve">  We will tell our own story</w:t>
            </w:r>
          </w:p>
        </w:tc>
        <w:tc>
          <w:tcPr>
            <w:tcW w:w="5245" w:type="dxa"/>
            <w:tcMar>
              <w:top w:w="110" w:type="dxa"/>
              <w:left w:w="120" w:type="dxa"/>
              <w:bottom w:w="110" w:type="dxa"/>
              <w:right w:w="120" w:type="dxa"/>
            </w:tcMar>
            <w:vAlign w:val="center"/>
          </w:tcPr>
          <w:p w14:paraId="469F8433" w14:textId="77777777" w:rsidR="001D08E1" w:rsidRPr="0090408D" w:rsidRDefault="001D08E1">
            <w:pPr>
              <w:spacing w:after="0" w:line="240" w:lineRule="auto"/>
              <w:rPr>
                <w:color w:val="auto"/>
                <w:sz w:val="22"/>
              </w:rPr>
            </w:pPr>
          </w:p>
        </w:tc>
      </w:tr>
      <w:tr w:rsidR="001D08E1" w:rsidRPr="00511BC3" w14:paraId="31B6AE2F" w14:textId="77777777">
        <w:trPr>
          <w:cantSplit/>
        </w:trPr>
        <w:tc>
          <w:tcPr>
            <w:tcW w:w="4528" w:type="dxa"/>
            <w:tcMar>
              <w:top w:w="110" w:type="dxa"/>
              <w:left w:w="120" w:type="dxa"/>
              <w:bottom w:w="110" w:type="dxa"/>
              <w:right w:w="120" w:type="dxa"/>
            </w:tcMar>
            <w:vAlign w:val="center"/>
          </w:tcPr>
          <w:p w14:paraId="2F71F7A4" w14:textId="77777777" w:rsidR="001D08E1" w:rsidRPr="0090408D" w:rsidRDefault="003560A8">
            <w:pPr>
              <w:spacing w:after="0" w:line="240" w:lineRule="auto"/>
              <w:rPr>
                <w:rFonts w:ascii="Segoe UI Symbol" w:hAnsi="Segoe UI Symbol" w:cs="Segoe UI Symbol"/>
                <w:b/>
                <w:bCs/>
                <w:color w:val="auto"/>
                <w:sz w:val="22"/>
              </w:rPr>
            </w:pPr>
            <w:sdt>
              <w:sdtPr>
                <w:rPr>
                  <w:b/>
                  <w:bCs/>
                  <w:color w:val="auto"/>
                  <w:sz w:val="22"/>
                </w:rPr>
                <w:id w:val="-1914775008"/>
                <w14:checkbox>
                  <w14:checked w14:val="0"/>
                  <w14:checkedState w14:val="2612" w14:font="MS Gothic"/>
                  <w14:uncheckedState w14:val="2610" w14:font="MS Gothic"/>
                </w14:checkbox>
              </w:sdtPr>
              <w:sdtEndPr/>
              <w:sdtContent>
                <w:r w:rsidR="001D08E1" w:rsidRPr="0090408D">
                  <w:rPr>
                    <w:rFonts w:ascii="Segoe UI Symbol" w:hAnsi="Segoe UI Symbol" w:cs="Segoe UI Symbol"/>
                    <w:b/>
                    <w:bCs/>
                    <w:color w:val="auto"/>
                    <w:sz w:val="22"/>
                  </w:rPr>
                  <w:t>☐</w:t>
                </w:r>
              </w:sdtContent>
            </w:sdt>
            <w:r w:rsidR="001D08E1" w:rsidRPr="0090408D">
              <w:rPr>
                <w:b/>
                <w:bCs/>
                <w:color w:val="auto"/>
                <w:sz w:val="22"/>
              </w:rPr>
              <w:t xml:space="preserve">  Creativity will be Everywhere</w:t>
            </w:r>
          </w:p>
        </w:tc>
        <w:tc>
          <w:tcPr>
            <w:tcW w:w="5245" w:type="dxa"/>
            <w:tcMar>
              <w:top w:w="110" w:type="dxa"/>
              <w:left w:w="120" w:type="dxa"/>
              <w:bottom w:w="110" w:type="dxa"/>
              <w:right w:w="120" w:type="dxa"/>
            </w:tcMar>
            <w:vAlign w:val="center"/>
          </w:tcPr>
          <w:p w14:paraId="423621AC" w14:textId="77777777" w:rsidR="001D08E1" w:rsidRPr="0090408D" w:rsidRDefault="001D08E1">
            <w:pPr>
              <w:spacing w:after="0" w:line="240" w:lineRule="auto"/>
              <w:rPr>
                <w:color w:val="auto"/>
                <w:sz w:val="22"/>
              </w:rPr>
            </w:pPr>
          </w:p>
        </w:tc>
      </w:tr>
      <w:tr w:rsidR="001D08E1" w:rsidRPr="00511BC3" w14:paraId="6F22A3D7" w14:textId="77777777">
        <w:trPr>
          <w:cantSplit/>
        </w:trPr>
        <w:tc>
          <w:tcPr>
            <w:tcW w:w="4528" w:type="dxa"/>
            <w:tcMar>
              <w:top w:w="110" w:type="dxa"/>
              <w:left w:w="120" w:type="dxa"/>
              <w:bottom w:w="110" w:type="dxa"/>
              <w:right w:w="120" w:type="dxa"/>
            </w:tcMar>
            <w:vAlign w:val="center"/>
          </w:tcPr>
          <w:p w14:paraId="48450DBA" w14:textId="77777777" w:rsidR="001D08E1" w:rsidRPr="0090408D" w:rsidRDefault="003560A8">
            <w:pPr>
              <w:spacing w:after="0" w:line="240" w:lineRule="auto"/>
              <w:rPr>
                <w:rFonts w:ascii="Segoe UI Symbol" w:hAnsi="Segoe UI Symbol" w:cs="Segoe UI Symbol"/>
                <w:b/>
                <w:bCs/>
                <w:color w:val="auto"/>
                <w:sz w:val="22"/>
              </w:rPr>
            </w:pPr>
            <w:sdt>
              <w:sdtPr>
                <w:rPr>
                  <w:b/>
                  <w:bCs/>
                  <w:color w:val="auto"/>
                  <w:sz w:val="22"/>
                </w:rPr>
                <w:id w:val="-2114735442"/>
                <w14:checkbox>
                  <w14:checked w14:val="0"/>
                  <w14:checkedState w14:val="2612" w14:font="MS Gothic"/>
                  <w14:uncheckedState w14:val="2610" w14:font="MS Gothic"/>
                </w14:checkbox>
              </w:sdtPr>
              <w:sdtEndPr/>
              <w:sdtContent>
                <w:r w:rsidR="001D08E1" w:rsidRPr="0090408D">
                  <w:rPr>
                    <w:rFonts w:ascii="Segoe UI Symbol" w:hAnsi="Segoe UI Symbol" w:cs="Segoe UI Symbol"/>
                    <w:b/>
                    <w:bCs/>
                    <w:color w:val="auto"/>
                    <w:sz w:val="22"/>
                  </w:rPr>
                  <w:t>☐</w:t>
                </w:r>
              </w:sdtContent>
            </w:sdt>
            <w:r w:rsidR="001D08E1" w:rsidRPr="0090408D">
              <w:rPr>
                <w:b/>
                <w:bCs/>
                <w:color w:val="auto"/>
                <w:sz w:val="22"/>
              </w:rPr>
              <w:t xml:space="preserve">  Making the most of what we have</w:t>
            </w:r>
          </w:p>
        </w:tc>
        <w:tc>
          <w:tcPr>
            <w:tcW w:w="5245" w:type="dxa"/>
            <w:tcMar>
              <w:top w:w="110" w:type="dxa"/>
              <w:left w:w="120" w:type="dxa"/>
              <w:bottom w:w="110" w:type="dxa"/>
              <w:right w:w="120" w:type="dxa"/>
            </w:tcMar>
            <w:vAlign w:val="center"/>
          </w:tcPr>
          <w:p w14:paraId="1C2C6B72" w14:textId="77777777" w:rsidR="001D08E1" w:rsidRPr="0090408D" w:rsidRDefault="001D08E1">
            <w:pPr>
              <w:spacing w:after="0" w:line="240" w:lineRule="auto"/>
              <w:rPr>
                <w:color w:val="auto"/>
                <w:sz w:val="22"/>
              </w:rPr>
            </w:pPr>
          </w:p>
        </w:tc>
      </w:tr>
      <w:tr w:rsidR="001D08E1" w:rsidRPr="00511BC3" w14:paraId="73D7B81A" w14:textId="77777777">
        <w:trPr>
          <w:cantSplit/>
        </w:trPr>
        <w:tc>
          <w:tcPr>
            <w:tcW w:w="4528" w:type="dxa"/>
            <w:tcMar>
              <w:top w:w="110" w:type="dxa"/>
              <w:left w:w="120" w:type="dxa"/>
              <w:bottom w:w="110" w:type="dxa"/>
              <w:right w:w="120" w:type="dxa"/>
            </w:tcMar>
            <w:vAlign w:val="center"/>
          </w:tcPr>
          <w:p w14:paraId="1EF46E7C" w14:textId="77777777" w:rsidR="001D08E1" w:rsidRPr="0090408D" w:rsidRDefault="003560A8">
            <w:pPr>
              <w:spacing w:after="0" w:line="240" w:lineRule="auto"/>
              <w:rPr>
                <w:rFonts w:ascii="Segoe UI Symbol" w:hAnsi="Segoe UI Symbol" w:cs="Segoe UI Symbol"/>
                <w:b/>
                <w:bCs/>
                <w:color w:val="auto"/>
                <w:sz w:val="22"/>
              </w:rPr>
            </w:pPr>
            <w:sdt>
              <w:sdtPr>
                <w:rPr>
                  <w:b/>
                  <w:bCs/>
                  <w:color w:val="auto"/>
                  <w:sz w:val="22"/>
                </w:rPr>
                <w:id w:val="-757749429"/>
                <w14:checkbox>
                  <w14:checked w14:val="0"/>
                  <w14:checkedState w14:val="2612" w14:font="MS Gothic"/>
                  <w14:uncheckedState w14:val="2610" w14:font="MS Gothic"/>
                </w14:checkbox>
              </w:sdtPr>
              <w:sdtEndPr/>
              <w:sdtContent>
                <w:r w:rsidR="001D08E1" w:rsidRPr="0090408D">
                  <w:rPr>
                    <w:rFonts w:ascii="Segoe UI Symbol" w:hAnsi="Segoe UI Symbol" w:cs="Segoe UI Symbol"/>
                    <w:b/>
                    <w:bCs/>
                    <w:color w:val="auto"/>
                    <w:sz w:val="22"/>
                  </w:rPr>
                  <w:t>☐</w:t>
                </w:r>
              </w:sdtContent>
            </w:sdt>
            <w:r w:rsidR="001D08E1" w:rsidRPr="0090408D">
              <w:rPr>
                <w:b/>
                <w:bCs/>
                <w:color w:val="auto"/>
                <w:sz w:val="22"/>
              </w:rPr>
              <w:t xml:space="preserve">  Live Life Better</w:t>
            </w:r>
          </w:p>
        </w:tc>
        <w:tc>
          <w:tcPr>
            <w:tcW w:w="5245" w:type="dxa"/>
            <w:tcMar>
              <w:top w:w="110" w:type="dxa"/>
              <w:left w:w="120" w:type="dxa"/>
              <w:bottom w:w="110" w:type="dxa"/>
              <w:right w:w="120" w:type="dxa"/>
            </w:tcMar>
            <w:vAlign w:val="center"/>
          </w:tcPr>
          <w:p w14:paraId="223F5CCC" w14:textId="77777777" w:rsidR="001D08E1" w:rsidRPr="0090408D" w:rsidRDefault="001D08E1">
            <w:pPr>
              <w:spacing w:after="0" w:line="240" w:lineRule="auto"/>
              <w:rPr>
                <w:color w:val="auto"/>
                <w:sz w:val="22"/>
              </w:rPr>
            </w:pPr>
          </w:p>
        </w:tc>
      </w:tr>
      <w:tr w:rsidR="001D08E1" w:rsidRPr="00511BC3" w14:paraId="21B5050B" w14:textId="77777777">
        <w:trPr>
          <w:cantSplit/>
        </w:trPr>
        <w:tc>
          <w:tcPr>
            <w:tcW w:w="4528" w:type="dxa"/>
            <w:tcMar>
              <w:top w:w="110" w:type="dxa"/>
              <w:left w:w="120" w:type="dxa"/>
              <w:bottom w:w="110" w:type="dxa"/>
              <w:right w:w="120" w:type="dxa"/>
            </w:tcMar>
            <w:vAlign w:val="center"/>
          </w:tcPr>
          <w:p w14:paraId="35BEADEA" w14:textId="77777777" w:rsidR="001D08E1" w:rsidRPr="0090408D" w:rsidRDefault="003560A8">
            <w:pPr>
              <w:spacing w:after="0" w:line="240" w:lineRule="auto"/>
              <w:rPr>
                <w:rFonts w:ascii="Segoe UI Symbol" w:hAnsi="Segoe UI Symbol" w:cs="Segoe UI Symbol"/>
                <w:b/>
                <w:bCs/>
                <w:color w:val="auto"/>
                <w:sz w:val="22"/>
              </w:rPr>
            </w:pPr>
            <w:sdt>
              <w:sdtPr>
                <w:rPr>
                  <w:b/>
                  <w:bCs/>
                  <w:color w:val="auto"/>
                  <w:sz w:val="22"/>
                </w:rPr>
                <w:id w:val="1718850472"/>
                <w14:checkbox>
                  <w14:checked w14:val="0"/>
                  <w14:checkedState w14:val="2612" w14:font="MS Gothic"/>
                  <w14:uncheckedState w14:val="2610" w14:font="MS Gothic"/>
                </w14:checkbox>
              </w:sdtPr>
              <w:sdtEndPr/>
              <w:sdtContent>
                <w:r w:rsidR="001D08E1" w:rsidRPr="0090408D">
                  <w:rPr>
                    <w:rFonts w:ascii="Segoe UI Symbol" w:hAnsi="Segoe UI Symbol" w:cs="Segoe UI Symbol"/>
                    <w:b/>
                    <w:bCs/>
                    <w:color w:val="auto"/>
                    <w:sz w:val="22"/>
                  </w:rPr>
                  <w:t>☐</w:t>
                </w:r>
              </w:sdtContent>
            </w:sdt>
            <w:r w:rsidR="001D08E1" w:rsidRPr="0090408D">
              <w:rPr>
                <w:b/>
                <w:bCs/>
                <w:color w:val="auto"/>
                <w:sz w:val="22"/>
              </w:rPr>
              <w:t xml:space="preserve">  Creating an explosion of opportunity</w:t>
            </w:r>
          </w:p>
        </w:tc>
        <w:tc>
          <w:tcPr>
            <w:tcW w:w="5245" w:type="dxa"/>
            <w:tcMar>
              <w:top w:w="110" w:type="dxa"/>
              <w:left w:w="120" w:type="dxa"/>
              <w:bottom w:w="110" w:type="dxa"/>
              <w:right w:w="120" w:type="dxa"/>
            </w:tcMar>
            <w:vAlign w:val="center"/>
          </w:tcPr>
          <w:p w14:paraId="6F22B635" w14:textId="77777777" w:rsidR="001D08E1" w:rsidRPr="0090408D" w:rsidRDefault="001D08E1">
            <w:pPr>
              <w:spacing w:after="0" w:line="240" w:lineRule="auto"/>
              <w:rPr>
                <w:color w:val="auto"/>
                <w:sz w:val="22"/>
              </w:rPr>
            </w:pPr>
          </w:p>
        </w:tc>
      </w:tr>
      <w:tr w:rsidR="001D08E1" w:rsidRPr="00511BC3" w14:paraId="61C964B3" w14:textId="77777777">
        <w:trPr>
          <w:cantSplit/>
        </w:trPr>
        <w:tc>
          <w:tcPr>
            <w:tcW w:w="4528" w:type="dxa"/>
            <w:tcMar>
              <w:top w:w="110" w:type="dxa"/>
              <w:left w:w="120" w:type="dxa"/>
              <w:bottom w:w="110" w:type="dxa"/>
              <w:right w:w="120" w:type="dxa"/>
            </w:tcMar>
            <w:vAlign w:val="center"/>
          </w:tcPr>
          <w:p w14:paraId="388F3F27" w14:textId="77777777" w:rsidR="001D08E1" w:rsidRPr="0090408D" w:rsidRDefault="003560A8">
            <w:pPr>
              <w:spacing w:after="0" w:line="240" w:lineRule="auto"/>
              <w:rPr>
                <w:rFonts w:ascii="Segoe UI Symbol" w:hAnsi="Segoe UI Symbol" w:cs="Segoe UI Symbol"/>
                <w:b/>
                <w:bCs/>
                <w:color w:val="auto"/>
                <w:sz w:val="22"/>
              </w:rPr>
            </w:pPr>
            <w:sdt>
              <w:sdtPr>
                <w:rPr>
                  <w:b/>
                  <w:bCs/>
                  <w:color w:val="auto"/>
                  <w:sz w:val="22"/>
                </w:rPr>
                <w:id w:val="715396719"/>
                <w14:checkbox>
                  <w14:checked w14:val="0"/>
                  <w14:checkedState w14:val="2612" w14:font="MS Gothic"/>
                  <w14:uncheckedState w14:val="2610" w14:font="MS Gothic"/>
                </w14:checkbox>
              </w:sdtPr>
              <w:sdtEndPr/>
              <w:sdtContent>
                <w:r w:rsidR="001D08E1" w:rsidRPr="0090408D">
                  <w:rPr>
                    <w:rFonts w:ascii="Segoe UI Symbol" w:hAnsi="Segoe UI Symbol" w:cs="Segoe UI Symbol"/>
                    <w:b/>
                    <w:bCs/>
                    <w:color w:val="auto"/>
                    <w:sz w:val="22"/>
                  </w:rPr>
                  <w:t>☐</w:t>
                </w:r>
              </w:sdtContent>
            </w:sdt>
            <w:r w:rsidR="001D08E1" w:rsidRPr="0090408D">
              <w:rPr>
                <w:b/>
                <w:bCs/>
                <w:color w:val="auto"/>
                <w:sz w:val="22"/>
              </w:rPr>
              <w:t xml:space="preserve">  Making the most of who we are</w:t>
            </w:r>
          </w:p>
        </w:tc>
        <w:tc>
          <w:tcPr>
            <w:tcW w:w="5245" w:type="dxa"/>
            <w:tcMar>
              <w:top w:w="110" w:type="dxa"/>
              <w:left w:w="120" w:type="dxa"/>
              <w:bottom w:w="110" w:type="dxa"/>
              <w:right w:w="120" w:type="dxa"/>
            </w:tcMar>
            <w:vAlign w:val="center"/>
          </w:tcPr>
          <w:p w14:paraId="6A7691EF" w14:textId="77777777" w:rsidR="001D08E1" w:rsidRPr="0090408D" w:rsidRDefault="001D08E1">
            <w:pPr>
              <w:spacing w:after="0" w:line="240" w:lineRule="auto"/>
              <w:rPr>
                <w:color w:val="auto"/>
                <w:sz w:val="22"/>
              </w:rPr>
            </w:pPr>
          </w:p>
        </w:tc>
      </w:tr>
      <w:tr w:rsidR="001D08E1" w:rsidRPr="0090408D" w14:paraId="02954535" w14:textId="77777777">
        <w:trPr>
          <w:cantSplit/>
        </w:trPr>
        <w:tc>
          <w:tcPr>
            <w:tcW w:w="4528" w:type="dxa"/>
            <w:tcMar>
              <w:top w:w="110" w:type="dxa"/>
              <w:left w:w="120" w:type="dxa"/>
              <w:bottom w:w="110" w:type="dxa"/>
              <w:right w:w="120" w:type="dxa"/>
            </w:tcMar>
            <w:vAlign w:val="center"/>
          </w:tcPr>
          <w:p w14:paraId="06290FEE" w14:textId="77777777" w:rsidR="001D08E1" w:rsidRPr="0090408D" w:rsidRDefault="003560A8" w:rsidP="0090408D">
            <w:pPr>
              <w:rPr>
                <w:b/>
                <w:bCs/>
                <w:color w:val="auto"/>
                <w:sz w:val="22"/>
              </w:rPr>
            </w:pPr>
            <w:sdt>
              <w:sdtPr>
                <w:rPr>
                  <w:b/>
                  <w:bCs/>
                  <w:color w:val="auto"/>
                  <w:sz w:val="22"/>
                </w:rPr>
                <w:id w:val="-109354963"/>
                <w14:checkbox>
                  <w14:checked w14:val="0"/>
                  <w14:checkedState w14:val="2612" w14:font="MS Gothic"/>
                  <w14:uncheckedState w14:val="2610" w14:font="MS Gothic"/>
                </w14:checkbox>
              </w:sdtPr>
              <w:sdtEndPr/>
              <w:sdtContent>
                <w:r w:rsidR="001D08E1" w:rsidRPr="0090408D">
                  <w:rPr>
                    <w:rFonts w:ascii="Segoe UI Symbol" w:hAnsi="Segoe UI Symbol" w:cs="Segoe UI Symbol"/>
                    <w:b/>
                    <w:bCs/>
                    <w:color w:val="auto"/>
                    <w:sz w:val="22"/>
                  </w:rPr>
                  <w:t>☐</w:t>
                </w:r>
              </w:sdtContent>
            </w:sdt>
            <w:r w:rsidR="001D08E1" w:rsidRPr="0090408D">
              <w:rPr>
                <w:b/>
                <w:bCs/>
                <w:color w:val="auto"/>
                <w:sz w:val="22"/>
              </w:rPr>
              <w:t xml:space="preserve">  Thinking Big</w:t>
            </w:r>
          </w:p>
        </w:tc>
        <w:tc>
          <w:tcPr>
            <w:tcW w:w="5245" w:type="dxa"/>
            <w:tcMar>
              <w:top w:w="110" w:type="dxa"/>
              <w:left w:w="120" w:type="dxa"/>
              <w:bottom w:w="110" w:type="dxa"/>
              <w:right w:w="120" w:type="dxa"/>
            </w:tcMar>
            <w:vAlign w:val="center"/>
          </w:tcPr>
          <w:p w14:paraId="7054DC53" w14:textId="77777777" w:rsidR="001D08E1" w:rsidRPr="0090408D" w:rsidRDefault="001D08E1" w:rsidP="0090408D">
            <w:pPr>
              <w:rPr>
                <w:sz w:val="22"/>
              </w:rPr>
            </w:pPr>
          </w:p>
        </w:tc>
      </w:tr>
    </w:tbl>
    <w:p w14:paraId="338CA8B1" w14:textId="77777777" w:rsidR="001D08E1" w:rsidRPr="0090408D" w:rsidRDefault="001D08E1" w:rsidP="0090408D"/>
    <w:p w14:paraId="4EFF0943" w14:textId="77777777" w:rsidR="0090408D" w:rsidRDefault="001D08E1" w:rsidP="0090408D">
      <w:pPr>
        <w:rPr>
          <w:bCs/>
          <w:color w:val="auto"/>
          <w:sz w:val="22"/>
        </w:rPr>
      </w:pPr>
      <w:r w:rsidRPr="0090408D">
        <w:rPr>
          <w:b/>
          <w:bCs/>
          <w:color w:val="984806" w:themeColor="accent6" w:themeShade="80"/>
          <w:sz w:val="22"/>
          <w:szCs w:val="24"/>
        </w:rPr>
        <w:t>CONTRIBUTION TO THE TARGETS</w:t>
      </w:r>
      <w:r w:rsidR="0090408D">
        <w:rPr>
          <w:b/>
          <w:bCs/>
          <w:color w:val="984806" w:themeColor="accent6" w:themeShade="80"/>
          <w:sz w:val="22"/>
          <w:szCs w:val="24"/>
        </w:rPr>
        <w:br/>
      </w:r>
      <w:r w:rsidR="0090408D">
        <w:rPr>
          <w:b/>
          <w:bCs/>
          <w:color w:val="984806" w:themeColor="accent6" w:themeShade="80"/>
          <w:sz w:val="22"/>
          <w:szCs w:val="24"/>
        </w:rPr>
        <w:br/>
      </w:r>
      <w:r w:rsidRPr="00067A99">
        <w:rPr>
          <w:bCs/>
          <w:color w:val="auto"/>
          <w:sz w:val="22"/>
        </w:rPr>
        <w:t xml:space="preserve">Review the ten targets in the table below and select </w:t>
      </w:r>
      <w:r>
        <w:rPr>
          <w:bCs/>
          <w:color w:val="auto"/>
          <w:sz w:val="22"/>
        </w:rPr>
        <w:t xml:space="preserve">(tick) </w:t>
      </w:r>
      <w:r w:rsidRPr="001546F0">
        <w:rPr>
          <w:bCs/>
          <w:color w:val="auto"/>
          <w:sz w:val="22"/>
          <w:u w:val="single"/>
        </w:rPr>
        <w:t xml:space="preserve">up to </w:t>
      </w:r>
      <w:r w:rsidR="00382A7A">
        <w:rPr>
          <w:bCs/>
          <w:color w:val="auto"/>
          <w:sz w:val="22"/>
          <w:u w:val="single"/>
        </w:rPr>
        <w:t>two</w:t>
      </w:r>
      <w:r w:rsidRPr="00067A99">
        <w:rPr>
          <w:bCs/>
          <w:color w:val="auto"/>
          <w:sz w:val="22"/>
        </w:rPr>
        <w:t xml:space="preserve"> to which your organisation expects to make a direct and measurable contribution.</w:t>
      </w:r>
      <w:r w:rsidR="0090408D">
        <w:rPr>
          <w:bCs/>
          <w:color w:val="auto"/>
          <w:sz w:val="22"/>
        </w:rPr>
        <w:br/>
      </w:r>
      <w:r w:rsidR="0090408D">
        <w:rPr>
          <w:bCs/>
          <w:color w:val="auto"/>
          <w:sz w:val="22"/>
        </w:rPr>
        <w:br/>
      </w:r>
      <w:r w:rsidRPr="00067A99">
        <w:rPr>
          <w:bCs/>
          <w:color w:val="auto"/>
          <w:sz w:val="22"/>
        </w:rPr>
        <w:t>For each target selected, explain:</w:t>
      </w:r>
    </w:p>
    <w:p w14:paraId="048B77A0" w14:textId="77777777" w:rsidR="0090408D" w:rsidRDefault="001D08E1" w:rsidP="001D08E1">
      <w:pPr>
        <w:pStyle w:val="ListParagraph"/>
        <w:keepNext/>
        <w:numPr>
          <w:ilvl w:val="0"/>
          <w:numId w:val="23"/>
        </w:numPr>
        <w:spacing w:after="0" w:line="240" w:lineRule="auto"/>
        <w:rPr>
          <w:bCs/>
          <w:color w:val="auto"/>
          <w:sz w:val="22"/>
        </w:rPr>
      </w:pPr>
      <w:r w:rsidRPr="0090408D">
        <w:rPr>
          <w:bCs/>
          <w:color w:val="auto"/>
          <w:sz w:val="22"/>
        </w:rPr>
        <w:lastRenderedPageBreak/>
        <w:t>The contribution your organisation expects to make over the five-year period</w:t>
      </w:r>
    </w:p>
    <w:p w14:paraId="2256CE9C" w14:textId="28880097" w:rsidR="001D08E1" w:rsidRPr="0090408D" w:rsidRDefault="001D08E1" w:rsidP="001D08E1">
      <w:pPr>
        <w:pStyle w:val="ListParagraph"/>
        <w:keepNext/>
        <w:numPr>
          <w:ilvl w:val="0"/>
          <w:numId w:val="23"/>
        </w:numPr>
        <w:spacing w:after="0" w:line="240" w:lineRule="auto"/>
        <w:rPr>
          <w:bCs/>
          <w:color w:val="auto"/>
          <w:sz w:val="22"/>
        </w:rPr>
      </w:pPr>
      <w:r w:rsidRPr="0090408D">
        <w:rPr>
          <w:bCs/>
          <w:color w:val="auto"/>
          <w:sz w:val="22"/>
        </w:rPr>
        <w:t>The relevant activity, output or outcome</w:t>
      </w:r>
    </w:p>
    <w:p w14:paraId="7740ECFE" w14:textId="77777777" w:rsidR="001D08E1" w:rsidRPr="00067A99" w:rsidRDefault="001D08E1" w:rsidP="001D08E1">
      <w:pPr>
        <w:pStyle w:val="ListParagraph"/>
        <w:keepNext/>
        <w:numPr>
          <w:ilvl w:val="0"/>
          <w:numId w:val="23"/>
        </w:numPr>
        <w:spacing w:after="0" w:line="240" w:lineRule="auto"/>
        <w:rPr>
          <w:bCs/>
          <w:color w:val="auto"/>
          <w:sz w:val="22"/>
        </w:rPr>
      </w:pPr>
      <w:r w:rsidRPr="00067A99">
        <w:rPr>
          <w:bCs/>
          <w:color w:val="auto"/>
          <w:sz w:val="22"/>
        </w:rPr>
        <w:t>How you will measure and evidence your contribution</w:t>
      </w:r>
    </w:p>
    <w:p w14:paraId="10D0C091" w14:textId="77777777" w:rsidR="001D08E1" w:rsidRPr="00067A99" w:rsidRDefault="001D08E1" w:rsidP="001D08E1">
      <w:pPr>
        <w:pStyle w:val="ListParagraph"/>
        <w:keepNext/>
        <w:numPr>
          <w:ilvl w:val="0"/>
          <w:numId w:val="23"/>
        </w:numPr>
        <w:spacing w:after="0" w:line="240" w:lineRule="auto"/>
        <w:rPr>
          <w:bCs/>
          <w:color w:val="auto"/>
          <w:sz w:val="22"/>
        </w:rPr>
      </w:pPr>
      <w:r w:rsidRPr="00067A99">
        <w:rPr>
          <w:bCs/>
          <w:color w:val="auto"/>
          <w:sz w:val="22"/>
        </w:rPr>
        <w:t>How Bradford Council’s investment will support delivery</w:t>
      </w:r>
    </w:p>
    <w:p w14:paraId="33782A8E" w14:textId="77777777" w:rsidR="001D08E1" w:rsidRPr="00067A99" w:rsidRDefault="001D08E1" w:rsidP="001D08E1">
      <w:pPr>
        <w:keepNext/>
        <w:spacing w:after="0" w:line="240" w:lineRule="auto"/>
        <w:rPr>
          <w:bCs/>
          <w:color w:val="auto"/>
          <w:sz w:val="22"/>
        </w:rPr>
      </w:pPr>
    </w:p>
    <w:p w14:paraId="2405660D" w14:textId="77777777" w:rsidR="001D08E1" w:rsidRDefault="001D08E1" w:rsidP="001D08E1">
      <w:pPr>
        <w:keepNext/>
        <w:spacing w:after="0" w:line="240" w:lineRule="auto"/>
        <w:rPr>
          <w:bCs/>
          <w:color w:val="auto"/>
          <w:sz w:val="22"/>
        </w:rPr>
      </w:pPr>
      <w:r w:rsidRPr="00067A99">
        <w:rPr>
          <w:bCs/>
          <w:color w:val="auto"/>
          <w:sz w:val="22"/>
        </w:rPr>
        <w:t>Your contribution does not need to deliver the target on its own. Explain your organisation’s realistic contribution to the district-wide target. Do not select targets that are not meaningfully connected to your plans.</w:t>
      </w:r>
    </w:p>
    <w:p w14:paraId="7E28B9BD" w14:textId="77777777" w:rsidR="001D08E1" w:rsidRDefault="001D08E1" w:rsidP="001D08E1">
      <w:pPr>
        <w:keepNext/>
        <w:spacing w:after="0" w:line="240" w:lineRule="auto"/>
        <w:rPr>
          <w:bCs/>
          <w:color w:val="auto"/>
          <w:sz w:val="22"/>
        </w:rPr>
      </w:pPr>
    </w:p>
    <w:p w14:paraId="7B6A90A0" w14:textId="77777777" w:rsidR="001D08E1" w:rsidRPr="00000AAA" w:rsidRDefault="001D08E1" w:rsidP="001D08E1">
      <w:pPr>
        <w:keepNext/>
        <w:spacing w:after="0" w:line="240" w:lineRule="auto"/>
        <w:rPr>
          <w:bCs/>
          <w:color w:val="595959" w:themeColor="text1" w:themeTint="A6"/>
          <w:sz w:val="22"/>
        </w:rPr>
      </w:pPr>
      <w:r w:rsidRPr="00000AAA">
        <w:rPr>
          <w:bCs/>
          <w:color w:val="595959" w:themeColor="text1" w:themeTint="A6"/>
          <w:sz w:val="22"/>
        </w:rPr>
        <w:t>Use no more than 150 words to describe your contribution to each target selected. The word limit applies separately to each selected item.</w:t>
      </w:r>
    </w:p>
    <w:p w14:paraId="423B4BD3" w14:textId="77777777" w:rsidR="001D08E1" w:rsidRPr="00511BC3" w:rsidRDefault="001D08E1" w:rsidP="001D08E1">
      <w:pPr>
        <w:keepNext/>
        <w:spacing w:after="0" w:line="240" w:lineRule="auto"/>
        <w:rPr>
          <w:b/>
          <w:color w:val="auto"/>
          <w:sz w:val="22"/>
        </w:rPr>
      </w:pPr>
    </w:p>
    <w:tbl>
      <w:tblPr>
        <w:tblW w:w="9915"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103"/>
        <w:gridCol w:w="5812"/>
      </w:tblGrid>
      <w:tr w:rsidR="001D08E1" w:rsidRPr="007E4ED9" w14:paraId="56DFFD30" w14:textId="77777777">
        <w:trPr>
          <w:cantSplit/>
          <w:trHeight w:val="192"/>
        </w:trPr>
        <w:tc>
          <w:tcPr>
            <w:tcW w:w="4103" w:type="dxa"/>
            <w:tcBorders>
              <w:bottom w:val="single" w:sz="6" w:space="0" w:color="D9D9D9"/>
            </w:tcBorders>
            <w:shd w:val="clear" w:color="auto" w:fill="000000" w:themeFill="text1"/>
            <w:tcMar>
              <w:top w:w="110" w:type="dxa"/>
              <w:left w:w="120" w:type="dxa"/>
              <w:bottom w:w="110" w:type="dxa"/>
              <w:right w:w="120" w:type="dxa"/>
            </w:tcMar>
            <w:vAlign w:val="center"/>
          </w:tcPr>
          <w:p w14:paraId="77D8C7AC" w14:textId="77777777" w:rsidR="001D08E1" w:rsidRPr="007E4ED9" w:rsidRDefault="001D08E1">
            <w:pPr>
              <w:spacing w:after="0" w:line="240" w:lineRule="auto"/>
              <w:rPr>
                <w:b/>
                <w:bCs/>
                <w:color w:val="auto"/>
                <w:sz w:val="22"/>
              </w:rPr>
            </w:pPr>
            <w:r w:rsidRPr="007E4ED9">
              <w:rPr>
                <w:b/>
                <w:bCs/>
                <w:color w:val="auto"/>
                <w:sz w:val="22"/>
              </w:rPr>
              <w:t>Targets</w:t>
            </w:r>
          </w:p>
        </w:tc>
        <w:tc>
          <w:tcPr>
            <w:tcW w:w="5812" w:type="dxa"/>
            <w:tcBorders>
              <w:bottom w:val="single" w:sz="6" w:space="0" w:color="D9D9D9"/>
            </w:tcBorders>
            <w:shd w:val="clear" w:color="auto" w:fill="000000" w:themeFill="text1"/>
            <w:tcMar>
              <w:top w:w="110" w:type="dxa"/>
              <w:left w:w="120" w:type="dxa"/>
              <w:bottom w:w="110" w:type="dxa"/>
              <w:right w:w="120" w:type="dxa"/>
            </w:tcMar>
            <w:vAlign w:val="center"/>
          </w:tcPr>
          <w:p w14:paraId="52711283" w14:textId="77777777" w:rsidR="001D08E1" w:rsidRPr="00BC3C12" w:rsidRDefault="001D08E1">
            <w:pPr>
              <w:spacing w:after="0" w:line="240" w:lineRule="auto"/>
              <w:rPr>
                <w:b/>
                <w:bCs/>
                <w:color w:val="auto"/>
                <w:sz w:val="22"/>
              </w:rPr>
            </w:pPr>
            <w:r w:rsidRPr="00BC3C12">
              <w:rPr>
                <w:b/>
                <w:bCs/>
                <w:color w:val="auto"/>
                <w:sz w:val="22"/>
              </w:rPr>
              <w:t>Your expected contribution and how it will be measured</w:t>
            </w:r>
          </w:p>
        </w:tc>
      </w:tr>
      <w:tr w:rsidR="001D08E1" w:rsidRPr="007E4ED9" w14:paraId="43AAD072" w14:textId="77777777">
        <w:trPr>
          <w:cantSplit/>
        </w:trPr>
        <w:tc>
          <w:tcPr>
            <w:tcW w:w="4103" w:type="dxa"/>
            <w:tcMar>
              <w:top w:w="110" w:type="dxa"/>
              <w:left w:w="120" w:type="dxa"/>
              <w:bottom w:w="110" w:type="dxa"/>
              <w:right w:w="120" w:type="dxa"/>
            </w:tcMar>
            <w:vAlign w:val="center"/>
          </w:tcPr>
          <w:p w14:paraId="6A00ECDB" w14:textId="77777777" w:rsidR="001D08E1" w:rsidRPr="009208B7" w:rsidRDefault="003560A8">
            <w:pPr>
              <w:spacing w:after="0" w:line="240" w:lineRule="auto"/>
              <w:rPr>
                <w:b/>
                <w:bCs/>
                <w:color w:val="auto"/>
                <w:szCs w:val="21"/>
              </w:rPr>
            </w:pPr>
            <w:sdt>
              <w:sdtPr>
                <w:rPr>
                  <w:b/>
                  <w:bCs/>
                  <w:color w:val="auto"/>
                  <w:szCs w:val="21"/>
                </w:rPr>
                <w:id w:val="690486423"/>
                <w14:checkbox>
                  <w14:checked w14:val="0"/>
                  <w14:checkedState w14:val="2612" w14:font="MS Gothic"/>
                  <w14:uncheckedState w14:val="2610" w14:font="MS Gothic"/>
                </w14:checkbox>
              </w:sdtPr>
              <w:sdtEndPr/>
              <w:sdtContent>
                <w:r w:rsidR="001D08E1" w:rsidRPr="009208B7">
                  <w:rPr>
                    <w:rFonts w:ascii="MS Gothic" w:eastAsia="MS Gothic" w:hAnsi="MS Gothic" w:hint="eastAsia"/>
                    <w:b/>
                    <w:bCs/>
                    <w:color w:val="auto"/>
                    <w:szCs w:val="21"/>
                  </w:rPr>
                  <w:t>☐</w:t>
                </w:r>
              </w:sdtContent>
            </w:sdt>
            <w:r w:rsidR="001D08E1" w:rsidRPr="009208B7">
              <w:rPr>
                <w:b/>
                <w:bCs/>
                <w:color w:val="auto"/>
                <w:szCs w:val="21"/>
              </w:rPr>
              <w:t xml:space="preserve">  Give every primary age child in the District the opportunity to learn the District’s story through co-creation of a Bradford Curriculum</w:t>
            </w:r>
          </w:p>
        </w:tc>
        <w:tc>
          <w:tcPr>
            <w:tcW w:w="5812" w:type="dxa"/>
            <w:tcMar>
              <w:top w:w="110" w:type="dxa"/>
              <w:left w:w="120" w:type="dxa"/>
              <w:bottom w:w="110" w:type="dxa"/>
              <w:right w:w="120" w:type="dxa"/>
            </w:tcMar>
            <w:vAlign w:val="center"/>
          </w:tcPr>
          <w:p w14:paraId="408B8645" w14:textId="77777777" w:rsidR="001D08E1" w:rsidRPr="00BC3C12" w:rsidRDefault="001D08E1">
            <w:pPr>
              <w:spacing w:after="0" w:line="240" w:lineRule="auto"/>
              <w:rPr>
                <w:color w:val="auto"/>
                <w:sz w:val="22"/>
              </w:rPr>
            </w:pPr>
          </w:p>
        </w:tc>
      </w:tr>
      <w:tr w:rsidR="001D08E1" w:rsidRPr="007E4ED9" w14:paraId="43585EFF" w14:textId="77777777">
        <w:trPr>
          <w:cantSplit/>
        </w:trPr>
        <w:tc>
          <w:tcPr>
            <w:tcW w:w="4103" w:type="dxa"/>
            <w:tcMar>
              <w:top w:w="110" w:type="dxa"/>
              <w:left w:w="120" w:type="dxa"/>
              <w:bottom w:w="110" w:type="dxa"/>
              <w:right w:w="120" w:type="dxa"/>
            </w:tcMar>
            <w:vAlign w:val="center"/>
          </w:tcPr>
          <w:p w14:paraId="0B0B74EB" w14:textId="77777777" w:rsidR="001D08E1" w:rsidRPr="009208B7" w:rsidRDefault="003560A8">
            <w:pPr>
              <w:spacing w:after="0" w:line="240" w:lineRule="auto"/>
              <w:rPr>
                <w:b/>
                <w:bCs/>
                <w:color w:val="auto"/>
                <w:szCs w:val="21"/>
              </w:rPr>
            </w:pPr>
            <w:sdt>
              <w:sdtPr>
                <w:rPr>
                  <w:b/>
                  <w:bCs/>
                  <w:color w:val="auto"/>
                  <w:szCs w:val="21"/>
                </w:rPr>
                <w:id w:val="793639403"/>
                <w14:checkbox>
                  <w14:checked w14:val="0"/>
                  <w14:checkedState w14:val="2612" w14:font="MS Gothic"/>
                  <w14:uncheckedState w14:val="2610" w14:font="MS Gothic"/>
                </w14:checkbox>
              </w:sdtPr>
              <w:sdtEndPr/>
              <w:sdtContent>
                <w:r w:rsidR="001D08E1" w:rsidRPr="009208B7">
                  <w:rPr>
                    <w:rFonts w:ascii="Segoe UI Symbol" w:hAnsi="Segoe UI Symbol" w:cs="Segoe UI Symbol"/>
                    <w:b/>
                    <w:bCs/>
                    <w:color w:val="auto"/>
                    <w:szCs w:val="21"/>
                  </w:rPr>
                  <w:t>☐</w:t>
                </w:r>
              </w:sdtContent>
            </w:sdt>
            <w:r w:rsidR="001D08E1" w:rsidRPr="009208B7">
              <w:rPr>
                <w:b/>
                <w:bCs/>
                <w:color w:val="auto"/>
                <w:szCs w:val="21"/>
              </w:rPr>
              <w:t xml:space="preserve">  Level up national investment per capita to match other major English cities</w:t>
            </w:r>
          </w:p>
        </w:tc>
        <w:tc>
          <w:tcPr>
            <w:tcW w:w="5812" w:type="dxa"/>
            <w:tcMar>
              <w:top w:w="110" w:type="dxa"/>
              <w:left w:w="120" w:type="dxa"/>
              <w:bottom w:w="110" w:type="dxa"/>
              <w:right w:w="120" w:type="dxa"/>
            </w:tcMar>
            <w:vAlign w:val="center"/>
          </w:tcPr>
          <w:p w14:paraId="51910422" w14:textId="77777777" w:rsidR="001D08E1" w:rsidRPr="00BC3C12" w:rsidRDefault="001D08E1">
            <w:pPr>
              <w:spacing w:after="0" w:line="240" w:lineRule="auto"/>
              <w:rPr>
                <w:color w:val="auto"/>
                <w:sz w:val="22"/>
              </w:rPr>
            </w:pPr>
          </w:p>
        </w:tc>
      </w:tr>
      <w:tr w:rsidR="001D08E1" w:rsidRPr="007E4ED9" w14:paraId="00826F19" w14:textId="77777777">
        <w:trPr>
          <w:cantSplit/>
        </w:trPr>
        <w:tc>
          <w:tcPr>
            <w:tcW w:w="4103" w:type="dxa"/>
            <w:tcMar>
              <w:top w:w="110" w:type="dxa"/>
              <w:left w:w="120" w:type="dxa"/>
              <w:bottom w:w="110" w:type="dxa"/>
              <w:right w:w="120" w:type="dxa"/>
            </w:tcMar>
            <w:vAlign w:val="center"/>
          </w:tcPr>
          <w:p w14:paraId="304143E4" w14:textId="77777777" w:rsidR="001D08E1" w:rsidRPr="009208B7" w:rsidRDefault="003560A8">
            <w:pPr>
              <w:spacing w:after="0" w:line="240" w:lineRule="auto"/>
              <w:rPr>
                <w:b/>
                <w:bCs/>
                <w:color w:val="auto"/>
                <w:szCs w:val="21"/>
              </w:rPr>
            </w:pPr>
            <w:sdt>
              <w:sdtPr>
                <w:rPr>
                  <w:b/>
                  <w:bCs/>
                  <w:color w:val="auto"/>
                  <w:szCs w:val="21"/>
                </w:rPr>
                <w:id w:val="713703141"/>
                <w14:checkbox>
                  <w14:checked w14:val="0"/>
                  <w14:checkedState w14:val="2612" w14:font="MS Gothic"/>
                  <w14:uncheckedState w14:val="2610" w14:font="MS Gothic"/>
                </w14:checkbox>
              </w:sdtPr>
              <w:sdtEndPr/>
              <w:sdtContent>
                <w:r w:rsidR="001D08E1" w:rsidRPr="009208B7">
                  <w:rPr>
                    <w:rFonts w:ascii="Segoe UI Symbol" w:hAnsi="Segoe UI Symbol" w:cs="Segoe UI Symbol"/>
                    <w:b/>
                    <w:bCs/>
                    <w:color w:val="auto"/>
                    <w:szCs w:val="21"/>
                  </w:rPr>
                  <w:t>☐</w:t>
                </w:r>
              </w:sdtContent>
            </w:sdt>
            <w:r w:rsidR="001D08E1" w:rsidRPr="009208B7">
              <w:rPr>
                <w:b/>
                <w:bCs/>
                <w:color w:val="auto"/>
                <w:szCs w:val="21"/>
              </w:rPr>
              <w:t xml:space="preserve">  Give 250,000 people in the District’s most deprived wards the opportunity to get involved with arts, culture and heritage activities</w:t>
            </w:r>
          </w:p>
        </w:tc>
        <w:tc>
          <w:tcPr>
            <w:tcW w:w="5812" w:type="dxa"/>
            <w:tcMar>
              <w:top w:w="110" w:type="dxa"/>
              <w:left w:w="120" w:type="dxa"/>
              <w:bottom w:w="110" w:type="dxa"/>
              <w:right w:w="120" w:type="dxa"/>
            </w:tcMar>
            <w:vAlign w:val="center"/>
          </w:tcPr>
          <w:p w14:paraId="52D640D8" w14:textId="77777777" w:rsidR="001D08E1" w:rsidRPr="00BC3C12" w:rsidRDefault="001D08E1">
            <w:pPr>
              <w:spacing w:after="0" w:line="240" w:lineRule="auto"/>
              <w:rPr>
                <w:color w:val="auto"/>
                <w:sz w:val="22"/>
              </w:rPr>
            </w:pPr>
          </w:p>
        </w:tc>
      </w:tr>
      <w:tr w:rsidR="001D08E1" w:rsidRPr="007E4ED9" w14:paraId="0E29CFB5" w14:textId="77777777">
        <w:trPr>
          <w:cantSplit/>
        </w:trPr>
        <w:tc>
          <w:tcPr>
            <w:tcW w:w="4103" w:type="dxa"/>
            <w:tcMar>
              <w:top w:w="110" w:type="dxa"/>
              <w:left w:w="120" w:type="dxa"/>
              <w:bottom w:w="110" w:type="dxa"/>
              <w:right w:w="120" w:type="dxa"/>
            </w:tcMar>
            <w:vAlign w:val="center"/>
          </w:tcPr>
          <w:p w14:paraId="26ECB048" w14:textId="77777777" w:rsidR="001D08E1" w:rsidRPr="009208B7" w:rsidRDefault="003560A8">
            <w:pPr>
              <w:spacing w:after="0" w:line="240" w:lineRule="auto"/>
              <w:rPr>
                <w:b/>
                <w:bCs/>
                <w:color w:val="auto"/>
                <w:szCs w:val="21"/>
              </w:rPr>
            </w:pPr>
            <w:sdt>
              <w:sdtPr>
                <w:rPr>
                  <w:b/>
                  <w:bCs/>
                  <w:color w:val="auto"/>
                  <w:szCs w:val="21"/>
                </w:rPr>
                <w:id w:val="-1391344213"/>
                <w14:checkbox>
                  <w14:checked w14:val="0"/>
                  <w14:checkedState w14:val="2612" w14:font="MS Gothic"/>
                  <w14:uncheckedState w14:val="2610" w14:font="MS Gothic"/>
                </w14:checkbox>
              </w:sdtPr>
              <w:sdtEndPr/>
              <w:sdtContent>
                <w:r w:rsidR="001D08E1" w:rsidRPr="009208B7">
                  <w:rPr>
                    <w:rFonts w:ascii="Segoe UI Symbol" w:hAnsi="Segoe UI Symbol" w:cs="Segoe UI Symbol"/>
                    <w:b/>
                    <w:bCs/>
                    <w:color w:val="auto"/>
                    <w:szCs w:val="21"/>
                  </w:rPr>
                  <w:t>☐</w:t>
                </w:r>
              </w:sdtContent>
            </w:sdt>
            <w:r w:rsidR="001D08E1" w:rsidRPr="009208B7">
              <w:rPr>
                <w:b/>
                <w:bCs/>
                <w:color w:val="auto"/>
                <w:szCs w:val="21"/>
              </w:rPr>
              <w:t xml:space="preserve">  Create a calendar of high-quality festivals and events with local, national and international significance, with a view to Bradford District being designated UK City of Culture 2025</w:t>
            </w:r>
          </w:p>
        </w:tc>
        <w:tc>
          <w:tcPr>
            <w:tcW w:w="5812" w:type="dxa"/>
            <w:tcMar>
              <w:top w:w="110" w:type="dxa"/>
              <w:left w:w="120" w:type="dxa"/>
              <w:bottom w:w="110" w:type="dxa"/>
              <w:right w:w="120" w:type="dxa"/>
            </w:tcMar>
            <w:vAlign w:val="center"/>
          </w:tcPr>
          <w:p w14:paraId="61337559" w14:textId="77777777" w:rsidR="001D08E1" w:rsidRPr="00BC3C12" w:rsidRDefault="001D08E1">
            <w:pPr>
              <w:spacing w:after="0" w:line="240" w:lineRule="auto"/>
              <w:rPr>
                <w:color w:val="auto"/>
                <w:sz w:val="22"/>
              </w:rPr>
            </w:pPr>
          </w:p>
        </w:tc>
      </w:tr>
      <w:tr w:rsidR="001D08E1" w:rsidRPr="007E4ED9" w14:paraId="7DC8F11B" w14:textId="77777777">
        <w:trPr>
          <w:cantSplit/>
        </w:trPr>
        <w:tc>
          <w:tcPr>
            <w:tcW w:w="4103" w:type="dxa"/>
            <w:tcMar>
              <w:top w:w="110" w:type="dxa"/>
              <w:left w:w="120" w:type="dxa"/>
              <w:bottom w:w="110" w:type="dxa"/>
              <w:right w:w="120" w:type="dxa"/>
            </w:tcMar>
            <w:vAlign w:val="center"/>
          </w:tcPr>
          <w:p w14:paraId="751211FE" w14:textId="77777777" w:rsidR="001D08E1" w:rsidRPr="009208B7" w:rsidRDefault="003560A8">
            <w:pPr>
              <w:spacing w:after="0" w:line="240" w:lineRule="auto"/>
              <w:rPr>
                <w:rFonts w:ascii="Segoe UI Symbol" w:hAnsi="Segoe UI Symbol" w:cs="Segoe UI Symbol"/>
                <w:b/>
                <w:bCs/>
                <w:color w:val="auto"/>
                <w:szCs w:val="21"/>
              </w:rPr>
            </w:pPr>
            <w:sdt>
              <w:sdtPr>
                <w:rPr>
                  <w:b/>
                  <w:bCs/>
                  <w:color w:val="auto"/>
                  <w:szCs w:val="21"/>
                </w:rPr>
                <w:id w:val="-1785027707"/>
                <w14:checkbox>
                  <w14:checked w14:val="0"/>
                  <w14:checkedState w14:val="2612" w14:font="MS Gothic"/>
                  <w14:uncheckedState w14:val="2610" w14:font="MS Gothic"/>
                </w14:checkbox>
              </w:sdtPr>
              <w:sdtEndPr/>
              <w:sdtContent>
                <w:r w:rsidR="001D08E1" w:rsidRPr="009208B7">
                  <w:rPr>
                    <w:rFonts w:ascii="Segoe UI Symbol" w:hAnsi="Segoe UI Symbol" w:cs="Segoe UI Symbol"/>
                    <w:b/>
                    <w:bCs/>
                    <w:color w:val="auto"/>
                    <w:szCs w:val="21"/>
                  </w:rPr>
                  <w:t>☐</w:t>
                </w:r>
              </w:sdtContent>
            </w:sdt>
            <w:r w:rsidR="001D08E1" w:rsidRPr="009208B7">
              <w:rPr>
                <w:b/>
                <w:bCs/>
                <w:color w:val="auto"/>
                <w:szCs w:val="21"/>
              </w:rPr>
              <w:t xml:space="preserve">  Increase the number, range, scale and ambition of arts, culture and heritage activity and partnerships, creating 3,000 jobs in the District and increasing visitor numbers and spend</w:t>
            </w:r>
          </w:p>
        </w:tc>
        <w:tc>
          <w:tcPr>
            <w:tcW w:w="5812" w:type="dxa"/>
            <w:tcMar>
              <w:top w:w="110" w:type="dxa"/>
              <w:left w:w="120" w:type="dxa"/>
              <w:bottom w:w="110" w:type="dxa"/>
              <w:right w:w="120" w:type="dxa"/>
            </w:tcMar>
            <w:vAlign w:val="center"/>
          </w:tcPr>
          <w:p w14:paraId="514922CD" w14:textId="77777777" w:rsidR="001D08E1" w:rsidRPr="00BC3C12" w:rsidRDefault="001D08E1">
            <w:pPr>
              <w:spacing w:after="0" w:line="240" w:lineRule="auto"/>
              <w:rPr>
                <w:color w:val="auto"/>
                <w:sz w:val="22"/>
              </w:rPr>
            </w:pPr>
          </w:p>
        </w:tc>
      </w:tr>
      <w:tr w:rsidR="001D08E1" w:rsidRPr="007E4ED9" w14:paraId="1CBC6624" w14:textId="77777777">
        <w:trPr>
          <w:cantSplit/>
        </w:trPr>
        <w:tc>
          <w:tcPr>
            <w:tcW w:w="4103" w:type="dxa"/>
            <w:tcMar>
              <w:top w:w="110" w:type="dxa"/>
              <w:left w:w="120" w:type="dxa"/>
              <w:bottom w:w="110" w:type="dxa"/>
              <w:right w:w="120" w:type="dxa"/>
            </w:tcMar>
            <w:vAlign w:val="center"/>
          </w:tcPr>
          <w:p w14:paraId="20D68276" w14:textId="77777777" w:rsidR="001D08E1" w:rsidRPr="009208B7" w:rsidRDefault="003560A8">
            <w:pPr>
              <w:spacing w:after="0" w:line="240" w:lineRule="auto"/>
              <w:rPr>
                <w:rFonts w:ascii="Segoe UI Symbol" w:hAnsi="Segoe UI Symbol" w:cs="Segoe UI Symbol"/>
                <w:b/>
                <w:bCs/>
                <w:color w:val="auto"/>
                <w:szCs w:val="21"/>
              </w:rPr>
            </w:pPr>
            <w:sdt>
              <w:sdtPr>
                <w:rPr>
                  <w:b/>
                  <w:bCs/>
                  <w:color w:val="auto"/>
                  <w:szCs w:val="21"/>
                </w:rPr>
                <w:id w:val="150330535"/>
                <w14:checkbox>
                  <w14:checked w14:val="0"/>
                  <w14:checkedState w14:val="2612" w14:font="MS Gothic"/>
                  <w14:uncheckedState w14:val="2610" w14:font="MS Gothic"/>
                </w14:checkbox>
              </w:sdtPr>
              <w:sdtEndPr/>
              <w:sdtContent>
                <w:r w:rsidR="001D08E1" w:rsidRPr="009208B7">
                  <w:rPr>
                    <w:rFonts w:ascii="Segoe UI Symbol" w:hAnsi="Segoe UI Symbol" w:cs="Segoe UI Symbol"/>
                    <w:b/>
                    <w:bCs/>
                    <w:color w:val="auto"/>
                    <w:szCs w:val="21"/>
                  </w:rPr>
                  <w:t>☐</w:t>
                </w:r>
              </w:sdtContent>
            </w:sdt>
            <w:r w:rsidR="001D08E1" w:rsidRPr="009208B7">
              <w:rPr>
                <w:b/>
                <w:bCs/>
                <w:color w:val="auto"/>
                <w:szCs w:val="21"/>
              </w:rPr>
              <w:t xml:space="preserve">  Adopt the 17 UN Sustainable Development Goals to measure our success not only in carbon reduction but also in equalities, decent jobs, good education, wellbeing and reducing poverty</w:t>
            </w:r>
          </w:p>
        </w:tc>
        <w:tc>
          <w:tcPr>
            <w:tcW w:w="5812" w:type="dxa"/>
            <w:tcMar>
              <w:top w:w="110" w:type="dxa"/>
              <w:left w:w="120" w:type="dxa"/>
              <w:bottom w:w="110" w:type="dxa"/>
              <w:right w:w="120" w:type="dxa"/>
            </w:tcMar>
            <w:vAlign w:val="center"/>
          </w:tcPr>
          <w:p w14:paraId="6057A0B0" w14:textId="77777777" w:rsidR="001D08E1" w:rsidRPr="00BC3C12" w:rsidRDefault="001D08E1">
            <w:pPr>
              <w:spacing w:after="0" w:line="240" w:lineRule="auto"/>
              <w:rPr>
                <w:color w:val="auto"/>
                <w:sz w:val="22"/>
              </w:rPr>
            </w:pPr>
          </w:p>
        </w:tc>
      </w:tr>
      <w:tr w:rsidR="001D08E1" w:rsidRPr="007E4ED9" w14:paraId="7F3325F1" w14:textId="77777777">
        <w:trPr>
          <w:cantSplit/>
        </w:trPr>
        <w:tc>
          <w:tcPr>
            <w:tcW w:w="4103" w:type="dxa"/>
            <w:tcMar>
              <w:top w:w="110" w:type="dxa"/>
              <w:left w:w="120" w:type="dxa"/>
              <w:bottom w:w="110" w:type="dxa"/>
              <w:right w:w="120" w:type="dxa"/>
            </w:tcMar>
            <w:vAlign w:val="center"/>
          </w:tcPr>
          <w:p w14:paraId="02A743A1" w14:textId="77777777" w:rsidR="001D08E1" w:rsidRPr="009208B7" w:rsidRDefault="003560A8">
            <w:pPr>
              <w:spacing w:after="0" w:line="240" w:lineRule="auto"/>
              <w:rPr>
                <w:rFonts w:ascii="Segoe UI Symbol" w:hAnsi="Segoe UI Symbol" w:cs="Segoe UI Symbol"/>
                <w:b/>
                <w:bCs/>
                <w:color w:val="auto"/>
                <w:szCs w:val="21"/>
              </w:rPr>
            </w:pPr>
            <w:sdt>
              <w:sdtPr>
                <w:rPr>
                  <w:b/>
                  <w:bCs/>
                  <w:color w:val="auto"/>
                  <w:szCs w:val="21"/>
                </w:rPr>
                <w:id w:val="1008796626"/>
                <w14:checkbox>
                  <w14:checked w14:val="0"/>
                  <w14:checkedState w14:val="2612" w14:font="MS Gothic"/>
                  <w14:uncheckedState w14:val="2610" w14:font="MS Gothic"/>
                </w14:checkbox>
              </w:sdtPr>
              <w:sdtEndPr/>
              <w:sdtContent>
                <w:r w:rsidR="001D08E1" w:rsidRPr="009208B7">
                  <w:rPr>
                    <w:rFonts w:ascii="Segoe UI Symbol" w:hAnsi="Segoe UI Symbol" w:cs="Segoe UI Symbol"/>
                    <w:b/>
                    <w:bCs/>
                    <w:color w:val="auto"/>
                    <w:szCs w:val="21"/>
                  </w:rPr>
                  <w:t>☐</w:t>
                </w:r>
              </w:sdtContent>
            </w:sdt>
            <w:r w:rsidR="001D08E1" w:rsidRPr="009208B7">
              <w:rPr>
                <w:b/>
                <w:bCs/>
                <w:color w:val="auto"/>
                <w:szCs w:val="21"/>
              </w:rPr>
              <w:t xml:space="preserve">  Ensure that 70% of people will be ‘satisfied with the range of cultural activities in the District and near to where they live’ (50% in 2021) and that 80% of people will feel culture in Bradford ‘represents me and my life’ (50% in 2021)</w:t>
            </w:r>
          </w:p>
        </w:tc>
        <w:tc>
          <w:tcPr>
            <w:tcW w:w="5812" w:type="dxa"/>
            <w:tcMar>
              <w:top w:w="110" w:type="dxa"/>
              <w:left w:w="120" w:type="dxa"/>
              <w:bottom w:w="110" w:type="dxa"/>
              <w:right w:w="120" w:type="dxa"/>
            </w:tcMar>
            <w:vAlign w:val="center"/>
          </w:tcPr>
          <w:p w14:paraId="65DA3514" w14:textId="77777777" w:rsidR="001D08E1" w:rsidRPr="007E4ED9" w:rsidRDefault="001D08E1">
            <w:pPr>
              <w:spacing w:after="0" w:line="240" w:lineRule="auto"/>
              <w:rPr>
                <w:color w:val="auto"/>
                <w:sz w:val="22"/>
              </w:rPr>
            </w:pPr>
          </w:p>
        </w:tc>
      </w:tr>
      <w:tr w:rsidR="001D08E1" w:rsidRPr="007E4ED9" w14:paraId="4E603278" w14:textId="77777777">
        <w:trPr>
          <w:cantSplit/>
        </w:trPr>
        <w:tc>
          <w:tcPr>
            <w:tcW w:w="4103" w:type="dxa"/>
            <w:tcMar>
              <w:top w:w="110" w:type="dxa"/>
              <w:left w:w="120" w:type="dxa"/>
              <w:bottom w:w="110" w:type="dxa"/>
              <w:right w:w="120" w:type="dxa"/>
            </w:tcMar>
            <w:vAlign w:val="center"/>
          </w:tcPr>
          <w:p w14:paraId="6843920C" w14:textId="77777777" w:rsidR="001D08E1" w:rsidRPr="009208B7" w:rsidRDefault="003560A8">
            <w:pPr>
              <w:spacing w:after="0" w:line="240" w:lineRule="auto"/>
              <w:rPr>
                <w:rFonts w:ascii="Segoe UI Symbol" w:hAnsi="Segoe UI Symbol" w:cs="Segoe UI Symbol"/>
                <w:b/>
                <w:bCs/>
                <w:color w:val="auto"/>
                <w:szCs w:val="21"/>
              </w:rPr>
            </w:pPr>
            <w:sdt>
              <w:sdtPr>
                <w:rPr>
                  <w:b/>
                  <w:bCs/>
                  <w:color w:val="auto"/>
                  <w:szCs w:val="21"/>
                </w:rPr>
                <w:id w:val="-2017142155"/>
                <w14:checkbox>
                  <w14:checked w14:val="0"/>
                  <w14:checkedState w14:val="2612" w14:font="MS Gothic"/>
                  <w14:uncheckedState w14:val="2610" w14:font="MS Gothic"/>
                </w14:checkbox>
              </w:sdtPr>
              <w:sdtEndPr/>
              <w:sdtContent>
                <w:r w:rsidR="001D08E1" w:rsidRPr="009208B7">
                  <w:rPr>
                    <w:rFonts w:ascii="Segoe UI Symbol" w:hAnsi="Segoe UI Symbol" w:cs="Segoe UI Symbol"/>
                    <w:b/>
                    <w:bCs/>
                    <w:color w:val="auto"/>
                    <w:szCs w:val="21"/>
                  </w:rPr>
                  <w:t>☐</w:t>
                </w:r>
              </w:sdtContent>
            </w:sdt>
            <w:r w:rsidR="001D08E1" w:rsidRPr="009208B7">
              <w:rPr>
                <w:b/>
                <w:bCs/>
                <w:color w:val="auto"/>
                <w:szCs w:val="21"/>
              </w:rPr>
              <w:t xml:space="preserve">  Realise capital projects that will rehouse, reimagine and repurpose the District’s cultural and heritage assets</w:t>
            </w:r>
          </w:p>
        </w:tc>
        <w:tc>
          <w:tcPr>
            <w:tcW w:w="5812" w:type="dxa"/>
            <w:tcMar>
              <w:top w:w="110" w:type="dxa"/>
              <w:left w:w="120" w:type="dxa"/>
              <w:bottom w:w="110" w:type="dxa"/>
              <w:right w:w="120" w:type="dxa"/>
            </w:tcMar>
            <w:vAlign w:val="center"/>
          </w:tcPr>
          <w:p w14:paraId="0346CE2C" w14:textId="77777777" w:rsidR="001D08E1" w:rsidRPr="007E4ED9" w:rsidRDefault="001D08E1">
            <w:pPr>
              <w:spacing w:after="0" w:line="240" w:lineRule="auto"/>
              <w:rPr>
                <w:color w:val="auto"/>
                <w:sz w:val="22"/>
              </w:rPr>
            </w:pPr>
          </w:p>
        </w:tc>
      </w:tr>
      <w:tr w:rsidR="001D08E1" w:rsidRPr="007E4ED9" w14:paraId="0491A93C" w14:textId="77777777">
        <w:trPr>
          <w:cantSplit/>
        </w:trPr>
        <w:tc>
          <w:tcPr>
            <w:tcW w:w="4103" w:type="dxa"/>
            <w:tcMar>
              <w:top w:w="110" w:type="dxa"/>
              <w:left w:w="120" w:type="dxa"/>
              <w:bottom w:w="110" w:type="dxa"/>
              <w:right w:w="120" w:type="dxa"/>
            </w:tcMar>
            <w:vAlign w:val="center"/>
          </w:tcPr>
          <w:p w14:paraId="5B7D002F" w14:textId="77777777" w:rsidR="001D08E1" w:rsidRPr="009208B7" w:rsidRDefault="003560A8">
            <w:pPr>
              <w:spacing w:after="0" w:line="240" w:lineRule="auto"/>
              <w:rPr>
                <w:rFonts w:ascii="Segoe UI Symbol" w:hAnsi="Segoe UI Symbol" w:cs="Segoe UI Symbol"/>
                <w:b/>
                <w:bCs/>
                <w:color w:val="auto"/>
                <w:szCs w:val="21"/>
              </w:rPr>
            </w:pPr>
            <w:sdt>
              <w:sdtPr>
                <w:rPr>
                  <w:b/>
                  <w:bCs/>
                  <w:color w:val="auto"/>
                  <w:szCs w:val="21"/>
                </w:rPr>
                <w:id w:val="1733123208"/>
                <w14:checkbox>
                  <w14:checked w14:val="0"/>
                  <w14:checkedState w14:val="2612" w14:font="MS Gothic"/>
                  <w14:uncheckedState w14:val="2610" w14:font="MS Gothic"/>
                </w14:checkbox>
              </w:sdtPr>
              <w:sdtEndPr/>
              <w:sdtContent>
                <w:r w:rsidR="001D08E1" w:rsidRPr="009208B7">
                  <w:rPr>
                    <w:rFonts w:ascii="Segoe UI Symbol" w:hAnsi="Segoe UI Symbol" w:cs="Segoe UI Symbol"/>
                    <w:b/>
                    <w:bCs/>
                    <w:color w:val="auto"/>
                    <w:szCs w:val="21"/>
                  </w:rPr>
                  <w:t>☐</w:t>
                </w:r>
              </w:sdtContent>
            </w:sdt>
            <w:r w:rsidR="001D08E1" w:rsidRPr="009208B7">
              <w:rPr>
                <w:b/>
                <w:bCs/>
                <w:color w:val="auto"/>
                <w:szCs w:val="21"/>
              </w:rPr>
              <w:t xml:space="preserve">  Regularly engage 70% of people in the District in arts, culture and heritage activities</w:t>
            </w:r>
          </w:p>
        </w:tc>
        <w:tc>
          <w:tcPr>
            <w:tcW w:w="5812" w:type="dxa"/>
            <w:tcMar>
              <w:top w:w="110" w:type="dxa"/>
              <w:left w:w="120" w:type="dxa"/>
              <w:bottom w:w="110" w:type="dxa"/>
              <w:right w:w="120" w:type="dxa"/>
            </w:tcMar>
            <w:vAlign w:val="center"/>
          </w:tcPr>
          <w:p w14:paraId="657CECB4" w14:textId="77777777" w:rsidR="001D08E1" w:rsidRPr="007E4ED9" w:rsidRDefault="001D08E1">
            <w:pPr>
              <w:spacing w:after="0" w:line="240" w:lineRule="auto"/>
              <w:rPr>
                <w:color w:val="auto"/>
                <w:sz w:val="22"/>
              </w:rPr>
            </w:pPr>
          </w:p>
        </w:tc>
      </w:tr>
      <w:tr w:rsidR="001D08E1" w:rsidRPr="007E4ED9" w14:paraId="6EFCD61C" w14:textId="77777777">
        <w:trPr>
          <w:cantSplit/>
        </w:trPr>
        <w:tc>
          <w:tcPr>
            <w:tcW w:w="4103" w:type="dxa"/>
            <w:tcMar>
              <w:top w:w="110" w:type="dxa"/>
              <w:left w:w="120" w:type="dxa"/>
              <w:bottom w:w="110" w:type="dxa"/>
              <w:right w:w="120" w:type="dxa"/>
            </w:tcMar>
            <w:vAlign w:val="center"/>
          </w:tcPr>
          <w:p w14:paraId="63160F3A" w14:textId="77777777" w:rsidR="001D08E1" w:rsidRPr="009208B7" w:rsidRDefault="003560A8">
            <w:pPr>
              <w:spacing w:after="0" w:line="240" w:lineRule="auto"/>
              <w:rPr>
                <w:rFonts w:ascii="Segoe UI Symbol" w:hAnsi="Segoe UI Symbol" w:cs="Segoe UI Symbol"/>
                <w:b/>
                <w:bCs/>
                <w:color w:val="auto"/>
                <w:szCs w:val="21"/>
              </w:rPr>
            </w:pPr>
            <w:sdt>
              <w:sdtPr>
                <w:rPr>
                  <w:b/>
                  <w:bCs/>
                  <w:color w:val="auto"/>
                  <w:szCs w:val="21"/>
                </w:rPr>
                <w:id w:val="-607424628"/>
                <w14:checkbox>
                  <w14:checked w14:val="0"/>
                  <w14:checkedState w14:val="2612" w14:font="MS Gothic"/>
                  <w14:uncheckedState w14:val="2610" w14:font="MS Gothic"/>
                </w14:checkbox>
              </w:sdtPr>
              <w:sdtEndPr/>
              <w:sdtContent>
                <w:r w:rsidR="001D08E1" w:rsidRPr="009208B7">
                  <w:rPr>
                    <w:rFonts w:ascii="Segoe UI Symbol" w:hAnsi="Segoe UI Symbol" w:cs="Segoe UI Symbol"/>
                    <w:b/>
                    <w:bCs/>
                    <w:color w:val="auto"/>
                    <w:szCs w:val="21"/>
                  </w:rPr>
                  <w:t>☐</w:t>
                </w:r>
              </w:sdtContent>
            </w:sdt>
            <w:r w:rsidR="001D08E1" w:rsidRPr="009208B7">
              <w:rPr>
                <w:b/>
                <w:bCs/>
                <w:color w:val="auto"/>
                <w:szCs w:val="21"/>
              </w:rPr>
              <w:t xml:space="preserve">  Draw 50% of Bradford’s creative workforce, audiences and cultural leadership from people currently underrepresented in the culture and creative industries sector</w:t>
            </w:r>
          </w:p>
        </w:tc>
        <w:tc>
          <w:tcPr>
            <w:tcW w:w="5812" w:type="dxa"/>
            <w:tcMar>
              <w:top w:w="110" w:type="dxa"/>
              <w:left w:w="120" w:type="dxa"/>
              <w:bottom w:w="110" w:type="dxa"/>
              <w:right w:w="120" w:type="dxa"/>
            </w:tcMar>
            <w:vAlign w:val="center"/>
          </w:tcPr>
          <w:p w14:paraId="60531942" w14:textId="77777777" w:rsidR="001D08E1" w:rsidRPr="007E4ED9" w:rsidRDefault="001D08E1">
            <w:pPr>
              <w:spacing w:after="0" w:line="240" w:lineRule="auto"/>
              <w:rPr>
                <w:color w:val="auto"/>
                <w:sz w:val="22"/>
              </w:rPr>
            </w:pPr>
          </w:p>
        </w:tc>
      </w:tr>
    </w:tbl>
    <w:p w14:paraId="599F6AE1" w14:textId="58787AEF" w:rsidR="00BD7720" w:rsidRPr="001D08E1" w:rsidRDefault="001D08E1">
      <w:pPr>
        <w:keepNext/>
        <w:keepLines/>
        <w:spacing w:before="160" w:after="140" w:line="240" w:lineRule="auto"/>
        <w:rPr>
          <w:sz w:val="32"/>
          <w:szCs w:val="32"/>
        </w:rPr>
      </w:pPr>
      <w:r>
        <w:rPr>
          <w:rFonts w:eastAsia="Arial"/>
          <w:b/>
          <w:color w:val="000000"/>
          <w:sz w:val="32"/>
          <w:szCs w:val="32"/>
        </w:rPr>
        <w:t>7</w:t>
      </w:r>
      <w:r w:rsidR="005E545F" w:rsidRPr="001D08E1">
        <w:rPr>
          <w:rFonts w:eastAsia="Arial"/>
          <w:b/>
          <w:color w:val="000000"/>
          <w:sz w:val="32"/>
          <w:szCs w:val="32"/>
        </w:rPr>
        <w:t>: Investment Request and Additionality</w:t>
      </w:r>
    </w:p>
    <w:p w14:paraId="53D418F9" w14:textId="77777777" w:rsidR="00BD7720" w:rsidRPr="001D08E1" w:rsidRDefault="005E545F">
      <w:pPr>
        <w:spacing w:after="80" w:line="240" w:lineRule="auto"/>
        <w:rPr>
          <w:sz w:val="22"/>
        </w:rPr>
      </w:pPr>
      <w:r w:rsidRPr="001D08E1">
        <w:rPr>
          <w:rFonts w:eastAsia="Arial"/>
          <w:color w:val="000000"/>
          <w:sz w:val="22"/>
        </w:rPr>
        <w:t>Provide the proposed annual amounts for your Arts Council England application and the indicative Bradford Council investment you are seeking. Figures should be consistent with your current planning assumptions.</w:t>
      </w:r>
    </w:p>
    <w:tbl>
      <w:tblPr>
        <w:tblW w:w="9804" w:type="dxa"/>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460"/>
        <w:gridCol w:w="3672"/>
        <w:gridCol w:w="3672"/>
      </w:tblGrid>
      <w:tr w:rsidR="00BD7720" w:rsidRPr="001D08E1" w14:paraId="5E156918" w14:textId="77777777" w:rsidTr="001D08E1">
        <w:trPr>
          <w:cantSplit/>
          <w:tblHeader/>
          <w:jc w:val="center"/>
        </w:trPr>
        <w:tc>
          <w:tcPr>
            <w:tcW w:w="2460" w:type="dxa"/>
            <w:shd w:val="clear" w:color="auto" w:fill="000000"/>
            <w:tcMar>
              <w:top w:w="80" w:type="dxa"/>
              <w:left w:w="85" w:type="dxa"/>
              <w:bottom w:w="80" w:type="dxa"/>
              <w:right w:w="85" w:type="dxa"/>
            </w:tcMar>
            <w:vAlign w:val="center"/>
          </w:tcPr>
          <w:p w14:paraId="0ACEDD21" w14:textId="77777777" w:rsidR="00BD7720" w:rsidRPr="001D08E1" w:rsidRDefault="005E545F">
            <w:pPr>
              <w:spacing w:after="0" w:line="240" w:lineRule="auto"/>
              <w:rPr>
                <w:sz w:val="22"/>
              </w:rPr>
            </w:pPr>
            <w:r w:rsidRPr="001D08E1">
              <w:rPr>
                <w:rFonts w:eastAsia="Arial"/>
                <w:b/>
                <w:color w:val="FFFFFF"/>
                <w:sz w:val="22"/>
              </w:rPr>
              <w:t>Investment year</w:t>
            </w:r>
          </w:p>
        </w:tc>
        <w:tc>
          <w:tcPr>
            <w:tcW w:w="3672" w:type="dxa"/>
            <w:shd w:val="clear" w:color="auto" w:fill="000000"/>
            <w:tcMar>
              <w:top w:w="80" w:type="dxa"/>
              <w:left w:w="85" w:type="dxa"/>
              <w:bottom w:w="80" w:type="dxa"/>
              <w:right w:w="85" w:type="dxa"/>
            </w:tcMar>
            <w:vAlign w:val="center"/>
          </w:tcPr>
          <w:p w14:paraId="3D05F835" w14:textId="77777777" w:rsidR="00BD7720" w:rsidRPr="001D08E1" w:rsidRDefault="005E545F">
            <w:pPr>
              <w:spacing w:after="0" w:line="240" w:lineRule="auto"/>
              <w:rPr>
                <w:sz w:val="22"/>
              </w:rPr>
            </w:pPr>
            <w:r w:rsidRPr="001D08E1">
              <w:rPr>
                <w:rFonts w:eastAsia="Arial"/>
                <w:b/>
                <w:color w:val="FFFFFF"/>
                <w:sz w:val="22"/>
              </w:rPr>
              <w:t>Proposed ACE request £</w:t>
            </w:r>
          </w:p>
        </w:tc>
        <w:tc>
          <w:tcPr>
            <w:tcW w:w="3672" w:type="dxa"/>
            <w:shd w:val="clear" w:color="auto" w:fill="000000"/>
            <w:tcMar>
              <w:top w:w="80" w:type="dxa"/>
              <w:left w:w="85" w:type="dxa"/>
              <w:bottom w:w="80" w:type="dxa"/>
              <w:right w:w="85" w:type="dxa"/>
            </w:tcMar>
            <w:vAlign w:val="center"/>
          </w:tcPr>
          <w:p w14:paraId="290FCC17" w14:textId="77777777" w:rsidR="00BD7720" w:rsidRPr="001D08E1" w:rsidRDefault="005E545F">
            <w:pPr>
              <w:spacing w:after="0" w:line="240" w:lineRule="auto"/>
              <w:rPr>
                <w:sz w:val="22"/>
              </w:rPr>
            </w:pPr>
            <w:r w:rsidRPr="001D08E1">
              <w:rPr>
                <w:rFonts w:eastAsia="Arial"/>
                <w:b/>
                <w:color w:val="FFFFFF"/>
                <w:sz w:val="22"/>
              </w:rPr>
              <w:t>Proposed Bradford Council request £</w:t>
            </w:r>
          </w:p>
        </w:tc>
      </w:tr>
      <w:tr w:rsidR="00BD7720" w:rsidRPr="001D08E1" w14:paraId="2B8775D1" w14:textId="77777777" w:rsidTr="001D08E1">
        <w:trPr>
          <w:cantSplit/>
          <w:trHeight w:val="380"/>
          <w:jc w:val="center"/>
        </w:trPr>
        <w:tc>
          <w:tcPr>
            <w:tcW w:w="2460" w:type="dxa"/>
            <w:tcMar>
              <w:top w:w="80" w:type="dxa"/>
              <w:left w:w="85" w:type="dxa"/>
              <w:bottom w:w="80" w:type="dxa"/>
              <w:right w:w="85" w:type="dxa"/>
            </w:tcMar>
            <w:vAlign w:val="center"/>
          </w:tcPr>
          <w:p w14:paraId="766D9648" w14:textId="77777777" w:rsidR="00BD7720" w:rsidRPr="001D08E1" w:rsidRDefault="005E545F">
            <w:pPr>
              <w:spacing w:after="0" w:line="240" w:lineRule="auto"/>
              <w:rPr>
                <w:sz w:val="22"/>
              </w:rPr>
            </w:pPr>
            <w:r w:rsidRPr="001D08E1">
              <w:rPr>
                <w:rFonts w:eastAsia="Arial"/>
                <w:color w:val="000000"/>
                <w:sz w:val="22"/>
              </w:rPr>
              <w:t>2028/29</w:t>
            </w:r>
          </w:p>
        </w:tc>
        <w:tc>
          <w:tcPr>
            <w:tcW w:w="3672" w:type="dxa"/>
            <w:tcMar>
              <w:top w:w="80" w:type="dxa"/>
              <w:left w:w="85" w:type="dxa"/>
              <w:bottom w:w="80" w:type="dxa"/>
              <w:right w:w="85" w:type="dxa"/>
            </w:tcMar>
            <w:vAlign w:val="center"/>
          </w:tcPr>
          <w:p w14:paraId="652B3CD1" w14:textId="77777777" w:rsidR="00BD7720" w:rsidRPr="001D08E1" w:rsidRDefault="005E545F">
            <w:pPr>
              <w:spacing w:after="0" w:line="240" w:lineRule="auto"/>
              <w:rPr>
                <w:sz w:val="22"/>
              </w:rPr>
            </w:pPr>
            <w:r w:rsidRPr="001D08E1">
              <w:rPr>
                <w:rFonts w:eastAsia="Arial"/>
                <w:color w:val="000000"/>
                <w:sz w:val="22"/>
              </w:rPr>
              <w:t>£</w:t>
            </w:r>
          </w:p>
        </w:tc>
        <w:tc>
          <w:tcPr>
            <w:tcW w:w="3672" w:type="dxa"/>
            <w:tcMar>
              <w:top w:w="80" w:type="dxa"/>
              <w:left w:w="85" w:type="dxa"/>
              <w:bottom w:w="80" w:type="dxa"/>
              <w:right w:w="85" w:type="dxa"/>
            </w:tcMar>
            <w:vAlign w:val="center"/>
          </w:tcPr>
          <w:p w14:paraId="46C91716" w14:textId="77777777" w:rsidR="00BD7720" w:rsidRPr="001D08E1" w:rsidRDefault="005E545F">
            <w:pPr>
              <w:spacing w:after="0" w:line="240" w:lineRule="auto"/>
              <w:rPr>
                <w:sz w:val="22"/>
              </w:rPr>
            </w:pPr>
            <w:r w:rsidRPr="001D08E1">
              <w:rPr>
                <w:rFonts w:eastAsia="Arial"/>
                <w:color w:val="000000"/>
                <w:sz w:val="22"/>
              </w:rPr>
              <w:t>£</w:t>
            </w:r>
          </w:p>
        </w:tc>
      </w:tr>
      <w:tr w:rsidR="00BD7720" w:rsidRPr="001D08E1" w14:paraId="5D8E845A" w14:textId="77777777" w:rsidTr="001D08E1">
        <w:trPr>
          <w:cantSplit/>
          <w:trHeight w:val="380"/>
          <w:jc w:val="center"/>
        </w:trPr>
        <w:tc>
          <w:tcPr>
            <w:tcW w:w="2460" w:type="dxa"/>
            <w:shd w:val="clear" w:color="auto" w:fill="F5F5F5"/>
            <w:tcMar>
              <w:top w:w="80" w:type="dxa"/>
              <w:left w:w="85" w:type="dxa"/>
              <w:bottom w:w="80" w:type="dxa"/>
              <w:right w:w="85" w:type="dxa"/>
            </w:tcMar>
            <w:vAlign w:val="center"/>
          </w:tcPr>
          <w:p w14:paraId="06BFB011" w14:textId="77777777" w:rsidR="00BD7720" w:rsidRPr="001D08E1" w:rsidRDefault="005E545F">
            <w:pPr>
              <w:spacing w:after="0" w:line="240" w:lineRule="auto"/>
              <w:rPr>
                <w:sz w:val="22"/>
              </w:rPr>
            </w:pPr>
            <w:r w:rsidRPr="001D08E1">
              <w:rPr>
                <w:rFonts w:eastAsia="Arial"/>
                <w:color w:val="000000"/>
                <w:sz w:val="22"/>
              </w:rPr>
              <w:t>2029/30</w:t>
            </w:r>
          </w:p>
        </w:tc>
        <w:tc>
          <w:tcPr>
            <w:tcW w:w="3672" w:type="dxa"/>
            <w:shd w:val="clear" w:color="auto" w:fill="F5F5F5"/>
            <w:tcMar>
              <w:top w:w="80" w:type="dxa"/>
              <w:left w:w="85" w:type="dxa"/>
              <w:bottom w:w="80" w:type="dxa"/>
              <w:right w:w="85" w:type="dxa"/>
            </w:tcMar>
            <w:vAlign w:val="center"/>
          </w:tcPr>
          <w:p w14:paraId="02D22730" w14:textId="77777777" w:rsidR="00BD7720" w:rsidRPr="001D08E1" w:rsidRDefault="005E545F">
            <w:pPr>
              <w:spacing w:after="0" w:line="240" w:lineRule="auto"/>
              <w:rPr>
                <w:sz w:val="22"/>
              </w:rPr>
            </w:pPr>
            <w:r w:rsidRPr="001D08E1">
              <w:rPr>
                <w:rFonts w:eastAsia="Arial"/>
                <w:color w:val="000000"/>
                <w:sz w:val="22"/>
              </w:rPr>
              <w:t>£</w:t>
            </w:r>
          </w:p>
        </w:tc>
        <w:tc>
          <w:tcPr>
            <w:tcW w:w="3672" w:type="dxa"/>
            <w:shd w:val="clear" w:color="auto" w:fill="F5F5F5"/>
            <w:tcMar>
              <w:top w:w="80" w:type="dxa"/>
              <w:left w:w="85" w:type="dxa"/>
              <w:bottom w:w="80" w:type="dxa"/>
              <w:right w:w="85" w:type="dxa"/>
            </w:tcMar>
            <w:vAlign w:val="center"/>
          </w:tcPr>
          <w:p w14:paraId="533619F4" w14:textId="77777777" w:rsidR="00BD7720" w:rsidRPr="001D08E1" w:rsidRDefault="005E545F">
            <w:pPr>
              <w:spacing w:after="0" w:line="240" w:lineRule="auto"/>
              <w:rPr>
                <w:sz w:val="22"/>
              </w:rPr>
            </w:pPr>
            <w:r w:rsidRPr="001D08E1">
              <w:rPr>
                <w:rFonts w:eastAsia="Arial"/>
                <w:color w:val="000000"/>
                <w:sz w:val="22"/>
              </w:rPr>
              <w:t>£</w:t>
            </w:r>
          </w:p>
        </w:tc>
      </w:tr>
      <w:tr w:rsidR="00BD7720" w:rsidRPr="001D08E1" w14:paraId="2F2FBC5A" w14:textId="77777777" w:rsidTr="001D08E1">
        <w:trPr>
          <w:cantSplit/>
          <w:trHeight w:val="380"/>
          <w:jc w:val="center"/>
        </w:trPr>
        <w:tc>
          <w:tcPr>
            <w:tcW w:w="2460" w:type="dxa"/>
            <w:tcMar>
              <w:top w:w="80" w:type="dxa"/>
              <w:left w:w="85" w:type="dxa"/>
              <w:bottom w:w="80" w:type="dxa"/>
              <w:right w:w="85" w:type="dxa"/>
            </w:tcMar>
            <w:vAlign w:val="center"/>
          </w:tcPr>
          <w:p w14:paraId="3F7851F4" w14:textId="77777777" w:rsidR="00BD7720" w:rsidRPr="001D08E1" w:rsidRDefault="005E545F">
            <w:pPr>
              <w:spacing w:after="0" w:line="240" w:lineRule="auto"/>
              <w:rPr>
                <w:sz w:val="22"/>
              </w:rPr>
            </w:pPr>
            <w:r w:rsidRPr="001D08E1">
              <w:rPr>
                <w:rFonts w:eastAsia="Arial"/>
                <w:color w:val="000000"/>
                <w:sz w:val="22"/>
              </w:rPr>
              <w:t>2030/31</w:t>
            </w:r>
          </w:p>
        </w:tc>
        <w:tc>
          <w:tcPr>
            <w:tcW w:w="3672" w:type="dxa"/>
            <w:tcMar>
              <w:top w:w="80" w:type="dxa"/>
              <w:left w:w="85" w:type="dxa"/>
              <w:bottom w:w="80" w:type="dxa"/>
              <w:right w:w="85" w:type="dxa"/>
            </w:tcMar>
            <w:vAlign w:val="center"/>
          </w:tcPr>
          <w:p w14:paraId="05ECCEA4" w14:textId="77777777" w:rsidR="00BD7720" w:rsidRPr="001D08E1" w:rsidRDefault="005E545F">
            <w:pPr>
              <w:spacing w:after="0" w:line="240" w:lineRule="auto"/>
              <w:rPr>
                <w:sz w:val="22"/>
              </w:rPr>
            </w:pPr>
            <w:r w:rsidRPr="001D08E1">
              <w:rPr>
                <w:rFonts w:eastAsia="Arial"/>
                <w:color w:val="000000"/>
                <w:sz w:val="22"/>
              </w:rPr>
              <w:t>£</w:t>
            </w:r>
          </w:p>
        </w:tc>
        <w:tc>
          <w:tcPr>
            <w:tcW w:w="3672" w:type="dxa"/>
            <w:tcMar>
              <w:top w:w="80" w:type="dxa"/>
              <w:left w:w="85" w:type="dxa"/>
              <w:bottom w:w="80" w:type="dxa"/>
              <w:right w:w="85" w:type="dxa"/>
            </w:tcMar>
            <w:vAlign w:val="center"/>
          </w:tcPr>
          <w:p w14:paraId="68C02A9D" w14:textId="77777777" w:rsidR="00BD7720" w:rsidRPr="001D08E1" w:rsidRDefault="005E545F">
            <w:pPr>
              <w:spacing w:after="0" w:line="240" w:lineRule="auto"/>
              <w:rPr>
                <w:sz w:val="22"/>
              </w:rPr>
            </w:pPr>
            <w:r w:rsidRPr="001D08E1">
              <w:rPr>
                <w:rFonts w:eastAsia="Arial"/>
                <w:color w:val="000000"/>
                <w:sz w:val="22"/>
              </w:rPr>
              <w:t>£</w:t>
            </w:r>
          </w:p>
        </w:tc>
      </w:tr>
      <w:tr w:rsidR="00BD7720" w:rsidRPr="001D08E1" w14:paraId="6A5E7107" w14:textId="77777777" w:rsidTr="001D08E1">
        <w:trPr>
          <w:cantSplit/>
          <w:trHeight w:val="380"/>
          <w:jc w:val="center"/>
        </w:trPr>
        <w:tc>
          <w:tcPr>
            <w:tcW w:w="2460" w:type="dxa"/>
            <w:shd w:val="clear" w:color="auto" w:fill="F5F5F5"/>
            <w:tcMar>
              <w:top w:w="80" w:type="dxa"/>
              <w:left w:w="85" w:type="dxa"/>
              <w:bottom w:w="80" w:type="dxa"/>
              <w:right w:w="85" w:type="dxa"/>
            </w:tcMar>
            <w:vAlign w:val="center"/>
          </w:tcPr>
          <w:p w14:paraId="55599113" w14:textId="77777777" w:rsidR="00BD7720" w:rsidRPr="001D08E1" w:rsidRDefault="005E545F">
            <w:pPr>
              <w:spacing w:after="0" w:line="240" w:lineRule="auto"/>
              <w:rPr>
                <w:sz w:val="22"/>
              </w:rPr>
            </w:pPr>
            <w:r w:rsidRPr="001D08E1">
              <w:rPr>
                <w:rFonts w:eastAsia="Arial"/>
                <w:color w:val="000000"/>
                <w:sz w:val="22"/>
              </w:rPr>
              <w:t>2031/32</w:t>
            </w:r>
          </w:p>
        </w:tc>
        <w:tc>
          <w:tcPr>
            <w:tcW w:w="3672" w:type="dxa"/>
            <w:shd w:val="clear" w:color="auto" w:fill="F5F5F5"/>
            <w:tcMar>
              <w:top w:w="80" w:type="dxa"/>
              <w:left w:w="85" w:type="dxa"/>
              <w:bottom w:w="80" w:type="dxa"/>
              <w:right w:w="85" w:type="dxa"/>
            </w:tcMar>
            <w:vAlign w:val="center"/>
          </w:tcPr>
          <w:p w14:paraId="681F7192" w14:textId="77777777" w:rsidR="00BD7720" w:rsidRPr="001D08E1" w:rsidRDefault="005E545F">
            <w:pPr>
              <w:spacing w:after="0" w:line="240" w:lineRule="auto"/>
              <w:rPr>
                <w:sz w:val="22"/>
              </w:rPr>
            </w:pPr>
            <w:r w:rsidRPr="001D08E1">
              <w:rPr>
                <w:rFonts w:eastAsia="Arial"/>
                <w:color w:val="000000"/>
                <w:sz w:val="22"/>
              </w:rPr>
              <w:t>£</w:t>
            </w:r>
          </w:p>
        </w:tc>
        <w:tc>
          <w:tcPr>
            <w:tcW w:w="3672" w:type="dxa"/>
            <w:shd w:val="clear" w:color="auto" w:fill="F5F5F5"/>
            <w:tcMar>
              <w:top w:w="80" w:type="dxa"/>
              <w:left w:w="85" w:type="dxa"/>
              <w:bottom w:w="80" w:type="dxa"/>
              <w:right w:w="85" w:type="dxa"/>
            </w:tcMar>
            <w:vAlign w:val="center"/>
          </w:tcPr>
          <w:p w14:paraId="1954EEEB" w14:textId="77777777" w:rsidR="00BD7720" w:rsidRPr="001D08E1" w:rsidRDefault="005E545F">
            <w:pPr>
              <w:spacing w:after="0" w:line="240" w:lineRule="auto"/>
              <w:rPr>
                <w:sz w:val="22"/>
              </w:rPr>
            </w:pPr>
            <w:r w:rsidRPr="001D08E1">
              <w:rPr>
                <w:rFonts w:eastAsia="Arial"/>
                <w:color w:val="000000"/>
                <w:sz w:val="22"/>
              </w:rPr>
              <w:t>£</w:t>
            </w:r>
          </w:p>
        </w:tc>
      </w:tr>
      <w:tr w:rsidR="00BD7720" w:rsidRPr="001D08E1" w14:paraId="67AE668F" w14:textId="77777777" w:rsidTr="001D08E1">
        <w:trPr>
          <w:cantSplit/>
          <w:trHeight w:val="380"/>
          <w:jc w:val="center"/>
        </w:trPr>
        <w:tc>
          <w:tcPr>
            <w:tcW w:w="2460" w:type="dxa"/>
            <w:tcMar>
              <w:top w:w="80" w:type="dxa"/>
              <w:left w:w="85" w:type="dxa"/>
              <w:bottom w:w="80" w:type="dxa"/>
              <w:right w:w="85" w:type="dxa"/>
            </w:tcMar>
            <w:vAlign w:val="center"/>
          </w:tcPr>
          <w:p w14:paraId="44231A92" w14:textId="77777777" w:rsidR="00BD7720" w:rsidRPr="001D08E1" w:rsidRDefault="005E545F">
            <w:pPr>
              <w:spacing w:after="0" w:line="240" w:lineRule="auto"/>
              <w:rPr>
                <w:sz w:val="22"/>
              </w:rPr>
            </w:pPr>
            <w:r w:rsidRPr="001D08E1">
              <w:rPr>
                <w:rFonts w:eastAsia="Arial"/>
                <w:color w:val="000000"/>
                <w:sz w:val="22"/>
              </w:rPr>
              <w:t>2032/33</w:t>
            </w:r>
          </w:p>
        </w:tc>
        <w:tc>
          <w:tcPr>
            <w:tcW w:w="3672" w:type="dxa"/>
            <w:tcMar>
              <w:top w:w="80" w:type="dxa"/>
              <w:left w:w="85" w:type="dxa"/>
              <w:bottom w:w="80" w:type="dxa"/>
              <w:right w:w="85" w:type="dxa"/>
            </w:tcMar>
            <w:vAlign w:val="center"/>
          </w:tcPr>
          <w:p w14:paraId="11BF24A4" w14:textId="77777777" w:rsidR="00BD7720" w:rsidRPr="001D08E1" w:rsidRDefault="005E545F">
            <w:pPr>
              <w:spacing w:after="0" w:line="240" w:lineRule="auto"/>
              <w:rPr>
                <w:sz w:val="22"/>
              </w:rPr>
            </w:pPr>
            <w:r w:rsidRPr="001D08E1">
              <w:rPr>
                <w:rFonts w:eastAsia="Arial"/>
                <w:color w:val="000000"/>
                <w:sz w:val="22"/>
              </w:rPr>
              <w:t>£</w:t>
            </w:r>
          </w:p>
        </w:tc>
        <w:tc>
          <w:tcPr>
            <w:tcW w:w="3672" w:type="dxa"/>
            <w:tcMar>
              <w:top w:w="80" w:type="dxa"/>
              <w:left w:w="85" w:type="dxa"/>
              <w:bottom w:w="80" w:type="dxa"/>
              <w:right w:w="85" w:type="dxa"/>
            </w:tcMar>
            <w:vAlign w:val="center"/>
          </w:tcPr>
          <w:p w14:paraId="6CED53A2" w14:textId="77777777" w:rsidR="00BD7720" w:rsidRPr="001D08E1" w:rsidRDefault="005E545F">
            <w:pPr>
              <w:spacing w:after="0" w:line="240" w:lineRule="auto"/>
              <w:rPr>
                <w:sz w:val="22"/>
              </w:rPr>
            </w:pPr>
            <w:r w:rsidRPr="001D08E1">
              <w:rPr>
                <w:rFonts w:eastAsia="Arial"/>
                <w:color w:val="000000"/>
                <w:sz w:val="22"/>
              </w:rPr>
              <w:t>£</w:t>
            </w:r>
          </w:p>
        </w:tc>
      </w:tr>
      <w:tr w:rsidR="00BD7720" w:rsidRPr="001D08E1" w14:paraId="793BF96D" w14:textId="77777777" w:rsidTr="001D08E1">
        <w:trPr>
          <w:cantSplit/>
          <w:trHeight w:val="380"/>
          <w:jc w:val="center"/>
        </w:trPr>
        <w:tc>
          <w:tcPr>
            <w:tcW w:w="2460" w:type="dxa"/>
            <w:shd w:val="clear" w:color="auto" w:fill="F5F5F5"/>
            <w:tcMar>
              <w:top w:w="80" w:type="dxa"/>
              <w:left w:w="85" w:type="dxa"/>
              <w:bottom w:w="80" w:type="dxa"/>
              <w:right w:w="85" w:type="dxa"/>
            </w:tcMar>
            <w:vAlign w:val="center"/>
          </w:tcPr>
          <w:p w14:paraId="28A16DC4" w14:textId="77777777" w:rsidR="00BD7720" w:rsidRPr="001D08E1" w:rsidRDefault="005E545F">
            <w:pPr>
              <w:spacing w:after="0" w:line="240" w:lineRule="auto"/>
              <w:rPr>
                <w:b/>
                <w:bCs/>
                <w:sz w:val="22"/>
              </w:rPr>
            </w:pPr>
            <w:r w:rsidRPr="001D08E1">
              <w:rPr>
                <w:rFonts w:eastAsia="Arial"/>
                <w:b/>
                <w:bCs/>
                <w:color w:val="000000"/>
                <w:sz w:val="22"/>
              </w:rPr>
              <w:t>Five-year total</w:t>
            </w:r>
          </w:p>
        </w:tc>
        <w:tc>
          <w:tcPr>
            <w:tcW w:w="3672" w:type="dxa"/>
            <w:shd w:val="clear" w:color="auto" w:fill="F5F5F5"/>
            <w:tcMar>
              <w:top w:w="80" w:type="dxa"/>
              <w:left w:w="85" w:type="dxa"/>
              <w:bottom w:w="80" w:type="dxa"/>
              <w:right w:w="85" w:type="dxa"/>
            </w:tcMar>
            <w:vAlign w:val="center"/>
          </w:tcPr>
          <w:p w14:paraId="53FCCEAB" w14:textId="77777777" w:rsidR="00BD7720" w:rsidRPr="001D08E1" w:rsidRDefault="005E545F">
            <w:pPr>
              <w:spacing w:after="0" w:line="240" w:lineRule="auto"/>
              <w:rPr>
                <w:b/>
                <w:bCs/>
                <w:sz w:val="22"/>
              </w:rPr>
            </w:pPr>
            <w:r w:rsidRPr="001D08E1">
              <w:rPr>
                <w:rFonts w:eastAsia="Arial"/>
                <w:b/>
                <w:bCs/>
                <w:color w:val="000000"/>
                <w:sz w:val="22"/>
              </w:rPr>
              <w:t>£</w:t>
            </w:r>
          </w:p>
        </w:tc>
        <w:tc>
          <w:tcPr>
            <w:tcW w:w="3672" w:type="dxa"/>
            <w:shd w:val="clear" w:color="auto" w:fill="F5F5F5"/>
            <w:tcMar>
              <w:top w:w="80" w:type="dxa"/>
              <w:left w:w="85" w:type="dxa"/>
              <w:bottom w:w="80" w:type="dxa"/>
              <w:right w:w="85" w:type="dxa"/>
            </w:tcMar>
            <w:vAlign w:val="center"/>
          </w:tcPr>
          <w:p w14:paraId="2491677D" w14:textId="77777777" w:rsidR="00BD7720" w:rsidRPr="001D08E1" w:rsidRDefault="005E545F">
            <w:pPr>
              <w:spacing w:after="0" w:line="240" w:lineRule="auto"/>
              <w:rPr>
                <w:b/>
                <w:bCs/>
                <w:sz w:val="22"/>
              </w:rPr>
            </w:pPr>
            <w:r w:rsidRPr="001D08E1">
              <w:rPr>
                <w:rFonts w:eastAsia="Arial"/>
                <w:b/>
                <w:bCs/>
                <w:color w:val="000000"/>
                <w:sz w:val="22"/>
              </w:rPr>
              <w:t>£</w:t>
            </w:r>
          </w:p>
        </w:tc>
      </w:tr>
    </w:tbl>
    <w:p w14:paraId="0CDCD4B2" w14:textId="77777777" w:rsidR="00BD7720" w:rsidRPr="001D08E1" w:rsidRDefault="00BD7720">
      <w:pPr>
        <w:spacing w:after="40" w:line="240" w:lineRule="auto"/>
        <w:rPr>
          <w:sz w:val="22"/>
        </w:rPr>
      </w:pPr>
    </w:p>
    <w:p w14:paraId="0ED85B27" w14:textId="77777777" w:rsidR="00BD7720" w:rsidRPr="001D08E1" w:rsidRDefault="005E545F">
      <w:pPr>
        <w:keepNext/>
        <w:keepLines/>
        <w:spacing w:before="100" w:after="20" w:line="240" w:lineRule="auto"/>
        <w:rPr>
          <w:sz w:val="22"/>
        </w:rPr>
      </w:pPr>
      <w:r w:rsidRPr="001D08E1">
        <w:rPr>
          <w:rFonts w:eastAsia="Arial"/>
          <w:b/>
          <w:color w:val="000000"/>
          <w:sz w:val="22"/>
        </w:rPr>
        <w:t>Why are you requesting this level and profile of investment from Bradford Council?</w:t>
      </w:r>
    </w:p>
    <w:p w14:paraId="1D2D9A46" w14:textId="77777777" w:rsidR="00BD7720" w:rsidRPr="00AC5759" w:rsidRDefault="005E545F">
      <w:pPr>
        <w:keepNext/>
        <w:keepLines/>
        <w:spacing w:after="40" w:line="240" w:lineRule="auto"/>
        <w:rPr>
          <w:color w:val="595959" w:themeColor="text1" w:themeTint="A6"/>
          <w:sz w:val="22"/>
        </w:rPr>
      </w:pPr>
      <w:r w:rsidRPr="00AC5759">
        <w:rPr>
          <w:rFonts w:eastAsia="Arial"/>
          <w:color w:val="595959" w:themeColor="text1" w:themeTint="A6"/>
          <w:sz w:val="22"/>
        </w:rPr>
        <w:t>Explain how the request relates to your organisational need, five-year plans, proposed Arts Council England investment and realistic ability to raise other income. Explain any change between years.</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9865"/>
      </w:tblGrid>
      <w:tr w:rsidR="00BD7720" w:rsidRPr="001D08E1" w14:paraId="5C89B7F8" w14:textId="77777777">
        <w:trPr>
          <w:cantSplit/>
          <w:trHeight w:val="1200"/>
          <w:jc w:val="center"/>
        </w:trPr>
        <w:tc>
          <w:tcPr>
            <w:tcW w:w="9865" w:type="dxa"/>
            <w:tcMar>
              <w:top w:w="110" w:type="dxa"/>
              <w:left w:w="110" w:type="dxa"/>
              <w:bottom w:w="110" w:type="dxa"/>
              <w:right w:w="110" w:type="dxa"/>
            </w:tcMar>
          </w:tcPr>
          <w:p w14:paraId="79841E42" w14:textId="77777777" w:rsidR="00BD7720" w:rsidRPr="001D08E1" w:rsidRDefault="00BD7720">
            <w:pPr>
              <w:spacing w:after="0" w:line="240" w:lineRule="auto"/>
              <w:rPr>
                <w:sz w:val="22"/>
              </w:rPr>
            </w:pPr>
          </w:p>
        </w:tc>
      </w:tr>
    </w:tbl>
    <w:p w14:paraId="2A6397D0" w14:textId="77777777" w:rsidR="00BD7720" w:rsidRPr="00AC5759" w:rsidRDefault="005E545F">
      <w:pPr>
        <w:keepNext/>
        <w:keepLines/>
        <w:spacing w:after="80" w:line="240" w:lineRule="auto"/>
        <w:rPr>
          <w:color w:val="595959" w:themeColor="text1" w:themeTint="A6"/>
          <w:sz w:val="22"/>
        </w:rPr>
      </w:pPr>
      <w:r w:rsidRPr="00000AAA">
        <w:rPr>
          <w:rFonts w:eastAsia="Arial"/>
          <w:color w:val="747474"/>
          <w:sz w:val="22"/>
        </w:rPr>
        <w:t>Maxi</w:t>
      </w:r>
      <w:r w:rsidRPr="00AC5759">
        <w:rPr>
          <w:rFonts w:eastAsia="Arial"/>
          <w:color w:val="595959" w:themeColor="text1" w:themeTint="A6"/>
          <w:sz w:val="22"/>
        </w:rPr>
        <w:t>mum 300 words.</w:t>
      </w:r>
    </w:p>
    <w:p w14:paraId="49C3BD8F" w14:textId="77777777" w:rsidR="00BD7720" w:rsidRPr="001D08E1" w:rsidRDefault="005E545F">
      <w:pPr>
        <w:keepNext/>
        <w:keepLines/>
        <w:spacing w:before="100" w:after="20" w:line="240" w:lineRule="auto"/>
        <w:rPr>
          <w:sz w:val="22"/>
        </w:rPr>
      </w:pPr>
      <w:r w:rsidRPr="001D08E1">
        <w:rPr>
          <w:rFonts w:eastAsia="Arial"/>
          <w:b/>
          <w:color w:val="000000"/>
          <w:sz w:val="22"/>
        </w:rPr>
        <w:t>What would Bradford Council investment enable?</w:t>
      </w:r>
    </w:p>
    <w:p w14:paraId="754BFD39" w14:textId="77777777" w:rsidR="00BD7720" w:rsidRPr="00AC5759" w:rsidRDefault="005E545F">
      <w:pPr>
        <w:keepNext/>
        <w:keepLines/>
        <w:spacing w:after="40" w:line="240" w:lineRule="auto"/>
        <w:rPr>
          <w:color w:val="595959" w:themeColor="text1" w:themeTint="A6"/>
          <w:sz w:val="22"/>
        </w:rPr>
      </w:pPr>
      <w:r w:rsidRPr="00AC5759">
        <w:rPr>
          <w:rFonts w:eastAsia="Arial"/>
          <w:color w:val="595959" w:themeColor="text1" w:themeTint="A6"/>
          <w:sz w:val="22"/>
        </w:rPr>
        <w:t>Explain what the Council's contribution would support and what it would add to your plans. Be clear about any activity, capacity, reach or public benefit that depends on receiving both Bradford Council and Arts Council England investment.</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9865"/>
      </w:tblGrid>
      <w:tr w:rsidR="00BD7720" w:rsidRPr="001D08E1" w14:paraId="19986754" w14:textId="77777777">
        <w:trPr>
          <w:cantSplit/>
          <w:trHeight w:val="1200"/>
          <w:jc w:val="center"/>
        </w:trPr>
        <w:tc>
          <w:tcPr>
            <w:tcW w:w="9865" w:type="dxa"/>
            <w:tcMar>
              <w:top w:w="110" w:type="dxa"/>
              <w:left w:w="110" w:type="dxa"/>
              <w:bottom w:w="110" w:type="dxa"/>
              <w:right w:w="110" w:type="dxa"/>
            </w:tcMar>
          </w:tcPr>
          <w:p w14:paraId="7F3E7195" w14:textId="77777777" w:rsidR="00BD7720" w:rsidRPr="001D08E1" w:rsidRDefault="00BD7720">
            <w:pPr>
              <w:spacing w:after="0" w:line="240" w:lineRule="auto"/>
              <w:rPr>
                <w:sz w:val="22"/>
              </w:rPr>
            </w:pPr>
          </w:p>
        </w:tc>
      </w:tr>
    </w:tbl>
    <w:p w14:paraId="06C0C149" w14:textId="77777777" w:rsidR="00BD7720" w:rsidRPr="00AC5759" w:rsidRDefault="005E545F">
      <w:pPr>
        <w:keepNext/>
        <w:keepLines/>
        <w:spacing w:after="80" w:line="240" w:lineRule="auto"/>
        <w:rPr>
          <w:color w:val="595959" w:themeColor="text1" w:themeTint="A6"/>
          <w:sz w:val="22"/>
        </w:rPr>
      </w:pPr>
      <w:r w:rsidRPr="00AC5759">
        <w:rPr>
          <w:rFonts w:eastAsia="Arial"/>
          <w:color w:val="595959" w:themeColor="text1" w:themeTint="A6"/>
          <w:sz w:val="22"/>
        </w:rPr>
        <w:lastRenderedPageBreak/>
        <w:t>Maximum 350 words.</w:t>
      </w:r>
    </w:p>
    <w:p w14:paraId="2BC3B0BD" w14:textId="77777777" w:rsidR="00BD7720" w:rsidRPr="001D08E1" w:rsidRDefault="005E545F">
      <w:pPr>
        <w:keepNext/>
        <w:keepLines/>
        <w:spacing w:before="100" w:after="20" w:line="240" w:lineRule="auto"/>
        <w:rPr>
          <w:sz w:val="22"/>
        </w:rPr>
      </w:pPr>
      <w:r w:rsidRPr="001D08E1">
        <w:rPr>
          <w:rFonts w:eastAsia="Arial"/>
          <w:b/>
          <w:color w:val="000000"/>
          <w:sz w:val="22"/>
        </w:rPr>
        <w:t>How would your plans change if Bradford Council or Arts Council England awarded less than requested, or made no award?</w:t>
      </w:r>
    </w:p>
    <w:p w14:paraId="0D600460" w14:textId="77777777" w:rsidR="00BD7720" w:rsidRPr="00AC5759" w:rsidRDefault="005E545F">
      <w:pPr>
        <w:keepNext/>
        <w:keepLines/>
        <w:spacing w:after="40" w:line="240" w:lineRule="auto"/>
        <w:rPr>
          <w:color w:val="595959" w:themeColor="text1" w:themeTint="A6"/>
          <w:sz w:val="22"/>
        </w:rPr>
      </w:pPr>
      <w:r w:rsidRPr="00AC5759">
        <w:rPr>
          <w:rFonts w:eastAsia="Arial"/>
          <w:color w:val="595959" w:themeColor="text1" w:themeTint="A6"/>
          <w:sz w:val="22"/>
        </w:rPr>
        <w:t>Identify the activities, staffing, reach or outcomes that would change and whether the remaining plan would still be viable.</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9865"/>
      </w:tblGrid>
      <w:tr w:rsidR="00BD7720" w:rsidRPr="001D08E1" w14:paraId="5A443C94" w14:textId="77777777">
        <w:trPr>
          <w:cantSplit/>
          <w:trHeight w:val="1200"/>
          <w:jc w:val="center"/>
        </w:trPr>
        <w:tc>
          <w:tcPr>
            <w:tcW w:w="9865" w:type="dxa"/>
            <w:tcMar>
              <w:top w:w="110" w:type="dxa"/>
              <w:left w:w="110" w:type="dxa"/>
              <w:bottom w:w="110" w:type="dxa"/>
              <w:right w:w="110" w:type="dxa"/>
            </w:tcMar>
          </w:tcPr>
          <w:p w14:paraId="379495D1" w14:textId="77777777" w:rsidR="00BD7720" w:rsidRPr="001D08E1" w:rsidRDefault="00BD7720">
            <w:pPr>
              <w:spacing w:after="0" w:line="240" w:lineRule="auto"/>
              <w:rPr>
                <w:sz w:val="22"/>
              </w:rPr>
            </w:pPr>
          </w:p>
        </w:tc>
      </w:tr>
    </w:tbl>
    <w:p w14:paraId="06D4E8D0" w14:textId="77777777" w:rsidR="00BD7720" w:rsidRPr="00AC5759" w:rsidRDefault="005E545F">
      <w:pPr>
        <w:keepNext/>
        <w:keepLines/>
        <w:spacing w:after="80" w:line="240" w:lineRule="auto"/>
        <w:rPr>
          <w:color w:val="595959" w:themeColor="text1" w:themeTint="A6"/>
          <w:sz w:val="22"/>
        </w:rPr>
      </w:pPr>
      <w:r w:rsidRPr="00AC5759">
        <w:rPr>
          <w:rFonts w:eastAsia="Arial"/>
          <w:color w:val="595959" w:themeColor="text1" w:themeTint="A6"/>
          <w:sz w:val="22"/>
        </w:rPr>
        <w:t>Maximum 300 words.</w:t>
      </w:r>
    </w:p>
    <w:p w14:paraId="22A42FA2" w14:textId="130189C3" w:rsidR="00BD7720" w:rsidRPr="001D08E1" w:rsidRDefault="001D08E1">
      <w:pPr>
        <w:keepNext/>
        <w:keepLines/>
        <w:spacing w:before="160" w:after="140" w:line="240" w:lineRule="auto"/>
        <w:rPr>
          <w:sz w:val="22"/>
          <w:szCs w:val="24"/>
        </w:rPr>
      </w:pPr>
      <w:r w:rsidRPr="001D08E1">
        <w:rPr>
          <w:rFonts w:eastAsia="Arial"/>
          <w:b/>
          <w:color w:val="000000"/>
          <w:sz w:val="32"/>
          <w:szCs w:val="24"/>
        </w:rPr>
        <w:t>8</w:t>
      </w:r>
      <w:r w:rsidR="005E545F" w:rsidRPr="001D08E1">
        <w:rPr>
          <w:rFonts w:eastAsia="Arial"/>
          <w:b/>
          <w:color w:val="000000"/>
          <w:sz w:val="32"/>
          <w:szCs w:val="24"/>
        </w:rPr>
        <w:t>: Headline Financial Information</w:t>
      </w:r>
    </w:p>
    <w:p w14:paraId="0FC41F03" w14:textId="77777777" w:rsidR="00BD7720" w:rsidRPr="001D08E1" w:rsidRDefault="005E545F">
      <w:pPr>
        <w:spacing w:after="80" w:line="240" w:lineRule="auto"/>
        <w:rPr>
          <w:sz w:val="22"/>
        </w:rPr>
      </w:pPr>
      <w:r w:rsidRPr="001D08E1">
        <w:rPr>
          <w:rFonts w:eastAsia="Arial"/>
          <w:color w:val="000000"/>
          <w:sz w:val="22"/>
        </w:rPr>
        <w:t>Provide your current best estimates. The figures may change as your plans develop, but they should be internally consistent and represent a credible five-year resource picture.</w:t>
      </w:r>
    </w:p>
    <w:tbl>
      <w:tblPr>
        <w:tblW w:w="9902" w:type="dxa"/>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140"/>
        <w:gridCol w:w="1559"/>
        <w:gridCol w:w="1145"/>
        <w:gridCol w:w="1409"/>
        <w:gridCol w:w="1409"/>
        <w:gridCol w:w="1512"/>
        <w:gridCol w:w="1728"/>
      </w:tblGrid>
      <w:tr w:rsidR="00BD7720" w:rsidRPr="001D08E1" w14:paraId="4FD42172" w14:textId="77777777" w:rsidTr="001D08E1">
        <w:trPr>
          <w:cantSplit/>
          <w:tblHeader/>
          <w:jc w:val="center"/>
        </w:trPr>
        <w:tc>
          <w:tcPr>
            <w:tcW w:w="1140" w:type="dxa"/>
            <w:shd w:val="clear" w:color="auto" w:fill="000000"/>
            <w:tcMar>
              <w:top w:w="80" w:type="dxa"/>
              <w:left w:w="85" w:type="dxa"/>
              <w:bottom w:w="80" w:type="dxa"/>
              <w:right w:w="85" w:type="dxa"/>
            </w:tcMar>
            <w:vAlign w:val="center"/>
          </w:tcPr>
          <w:p w14:paraId="71E682AA" w14:textId="77777777" w:rsidR="00BD7720" w:rsidRPr="001D08E1" w:rsidRDefault="005E545F">
            <w:pPr>
              <w:spacing w:after="0" w:line="240" w:lineRule="auto"/>
              <w:rPr>
                <w:sz w:val="18"/>
                <w:szCs w:val="18"/>
              </w:rPr>
            </w:pPr>
            <w:r w:rsidRPr="001D08E1">
              <w:rPr>
                <w:rFonts w:eastAsia="Arial"/>
                <w:b/>
                <w:color w:val="FFFFFF"/>
                <w:sz w:val="18"/>
                <w:szCs w:val="18"/>
              </w:rPr>
              <w:t>Year</w:t>
            </w:r>
          </w:p>
        </w:tc>
        <w:tc>
          <w:tcPr>
            <w:tcW w:w="1559" w:type="dxa"/>
            <w:shd w:val="clear" w:color="auto" w:fill="000000"/>
            <w:tcMar>
              <w:top w:w="80" w:type="dxa"/>
              <w:left w:w="85" w:type="dxa"/>
              <w:bottom w:w="80" w:type="dxa"/>
              <w:right w:w="85" w:type="dxa"/>
            </w:tcMar>
            <w:vAlign w:val="center"/>
          </w:tcPr>
          <w:p w14:paraId="332FA606" w14:textId="77777777" w:rsidR="00BD7720" w:rsidRPr="001D08E1" w:rsidRDefault="005E545F">
            <w:pPr>
              <w:spacing w:after="0" w:line="240" w:lineRule="auto"/>
              <w:rPr>
                <w:sz w:val="18"/>
                <w:szCs w:val="18"/>
              </w:rPr>
            </w:pPr>
            <w:r w:rsidRPr="001D08E1">
              <w:rPr>
                <w:rFonts w:eastAsia="Arial"/>
                <w:b/>
                <w:color w:val="FFFFFF"/>
                <w:sz w:val="18"/>
                <w:szCs w:val="18"/>
              </w:rPr>
              <w:t>Total income £</w:t>
            </w:r>
          </w:p>
        </w:tc>
        <w:tc>
          <w:tcPr>
            <w:tcW w:w="1145" w:type="dxa"/>
            <w:shd w:val="clear" w:color="auto" w:fill="000000"/>
            <w:tcMar>
              <w:top w:w="80" w:type="dxa"/>
              <w:left w:w="85" w:type="dxa"/>
              <w:bottom w:w="80" w:type="dxa"/>
              <w:right w:w="85" w:type="dxa"/>
            </w:tcMar>
            <w:vAlign w:val="center"/>
          </w:tcPr>
          <w:p w14:paraId="46010E2B" w14:textId="77777777" w:rsidR="00BD7720" w:rsidRPr="001D08E1" w:rsidRDefault="005E545F">
            <w:pPr>
              <w:spacing w:after="0" w:line="240" w:lineRule="auto"/>
              <w:rPr>
                <w:sz w:val="18"/>
                <w:szCs w:val="18"/>
              </w:rPr>
            </w:pPr>
            <w:r w:rsidRPr="001D08E1">
              <w:rPr>
                <w:rFonts w:eastAsia="Arial"/>
                <w:b/>
                <w:color w:val="FFFFFF"/>
                <w:sz w:val="18"/>
                <w:szCs w:val="18"/>
              </w:rPr>
              <w:t>ACE £</w:t>
            </w:r>
          </w:p>
        </w:tc>
        <w:tc>
          <w:tcPr>
            <w:tcW w:w="1409" w:type="dxa"/>
            <w:shd w:val="clear" w:color="auto" w:fill="000000"/>
            <w:tcMar>
              <w:top w:w="80" w:type="dxa"/>
              <w:left w:w="85" w:type="dxa"/>
              <w:bottom w:w="80" w:type="dxa"/>
              <w:right w:w="85" w:type="dxa"/>
            </w:tcMar>
            <w:vAlign w:val="center"/>
          </w:tcPr>
          <w:p w14:paraId="3189673B" w14:textId="77777777" w:rsidR="00BD7720" w:rsidRPr="001D08E1" w:rsidRDefault="005E545F">
            <w:pPr>
              <w:spacing w:after="0" w:line="240" w:lineRule="auto"/>
              <w:rPr>
                <w:sz w:val="18"/>
                <w:szCs w:val="18"/>
              </w:rPr>
            </w:pPr>
            <w:r w:rsidRPr="001D08E1">
              <w:rPr>
                <w:rFonts w:eastAsia="Arial"/>
                <w:b/>
                <w:color w:val="FFFFFF"/>
                <w:sz w:val="18"/>
                <w:szCs w:val="18"/>
              </w:rPr>
              <w:t>Bradford £</w:t>
            </w:r>
          </w:p>
        </w:tc>
        <w:tc>
          <w:tcPr>
            <w:tcW w:w="1409" w:type="dxa"/>
            <w:shd w:val="clear" w:color="auto" w:fill="000000"/>
            <w:tcMar>
              <w:top w:w="80" w:type="dxa"/>
              <w:left w:w="85" w:type="dxa"/>
              <w:bottom w:w="80" w:type="dxa"/>
              <w:right w:w="85" w:type="dxa"/>
            </w:tcMar>
            <w:vAlign w:val="center"/>
          </w:tcPr>
          <w:p w14:paraId="7F4A1394" w14:textId="77777777" w:rsidR="00BD7720" w:rsidRPr="001D08E1" w:rsidRDefault="005E545F">
            <w:pPr>
              <w:spacing w:after="0" w:line="240" w:lineRule="auto"/>
              <w:rPr>
                <w:sz w:val="18"/>
                <w:szCs w:val="18"/>
              </w:rPr>
            </w:pPr>
            <w:r w:rsidRPr="001D08E1">
              <w:rPr>
                <w:rFonts w:eastAsia="Arial"/>
                <w:b/>
                <w:color w:val="FFFFFF"/>
                <w:sz w:val="18"/>
                <w:szCs w:val="18"/>
              </w:rPr>
              <w:t>Other cash £</w:t>
            </w:r>
          </w:p>
        </w:tc>
        <w:tc>
          <w:tcPr>
            <w:tcW w:w="1512" w:type="dxa"/>
            <w:shd w:val="clear" w:color="auto" w:fill="000000"/>
            <w:tcMar>
              <w:top w:w="80" w:type="dxa"/>
              <w:left w:w="85" w:type="dxa"/>
              <w:bottom w:w="80" w:type="dxa"/>
              <w:right w:w="85" w:type="dxa"/>
            </w:tcMar>
            <w:vAlign w:val="center"/>
          </w:tcPr>
          <w:p w14:paraId="57DE0A1A" w14:textId="77777777" w:rsidR="00BD7720" w:rsidRPr="001D08E1" w:rsidRDefault="005E545F">
            <w:pPr>
              <w:spacing w:after="0" w:line="240" w:lineRule="auto"/>
              <w:rPr>
                <w:sz w:val="18"/>
                <w:szCs w:val="18"/>
              </w:rPr>
            </w:pPr>
            <w:r w:rsidRPr="001D08E1">
              <w:rPr>
                <w:rFonts w:eastAsia="Arial"/>
                <w:b/>
                <w:color w:val="FFFFFF"/>
                <w:sz w:val="18"/>
                <w:szCs w:val="18"/>
              </w:rPr>
              <w:t>Expenditure £</w:t>
            </w:r>
          </w:p>
        </w:tc>
        <w:tc>
          <w:tcPr>
            <w:tcW w:w="1728" w:type="dxa"/>
            <w:shd w:val="clear" w:color="auto" w:fill="000000"/>
            <w:tcMar>
              <w:top w:w="80" w:type="dxa"/>
              <w:left w:w="85" w:type="dxa"/>
              <w:bottom w:w="80" w:type="dxa"/>
              <w:right w:w="85" w:type="dxa"/>
            </w:tcMar>
            <w:vAlign w:val="center"/>
          </w:tcPr>
          <w:p w14:paraId="7C367284" w14:textId="77777777" w:rsidR="00BD7720" w:rsidRPr="001D08E1" w:rsidRDefault="005E545F">
            <w:pPr>
              <w:spacing w:after="0" w:line="240" w:lineRule="auto"/>
              <w:rPr>
                <w:sz w:val="18"/>
                <w:szCs w:val="18"/>
              </w:rPr>
            </w:pPr>
            <w:r w:rsidRPr="001D08E1">
              <w:rPr>
                <w:rFonts w:eastAsia="Arial"/>
                <w:b/>
                <w:color w:val="FFFFFF"/>
                <w:sz w:val="18"/>
                <w:szCs w:val="18"/>
              </w:rPr>
              <w:t>Surplus / deficit £</w:t>
            </w:r>
          </w:p>
        </w:tc>
      </w:tr>
      <w:tr w:rsidR="00BD7720" w:rsidRPr="001D08E1" w14:paraId="2A124C8F" w14:textId="77777777" w:rsidTr="001D08E1">
        <w:trPr>
          <w:cantSplit/>
          <w:trHeight w:val="430"/>
          <w:jc w:val="center"/>
        </w:trPr>
        <w:tc>
          <w:tcPr>
            <w:tcW w:w="1140" w:type="dxa"/>
            <w:tcMar>
              <w:top w:w="80" w:type="dxa"/>
              <w:left w:w="85" w:type="dxa"/>
              <w:bottom w:w="80" w:type="dxa"/>
              <w:right w:w="85" w:type="dxa"/>
            </w:tcMar>
            <w:vAlign w:val="center"/>
          </w:tcPr>
          <w:p w14:paraId="1813F70C" w14:textId="77777777" w:rsidR="00BD7720" w:rsidRPr="001D08E1" w:rsidRDefault="005E545F">
            <w:pPr>
              <w:spacing w:after="0" w:line="240" w:lineRule="auto"/>
              <w:rPr>
                <w:sz w:val="22"/>
              </w:rPr>
            </w:pPr>
            <w:r w:rsidRPr="001D08E1">
              <w:rPr>
                <w:rFonts w:eastAsia="Arial"/>
                <w:color w:val="000000"/>
                <w:sz w:val="22"/>
              </w:rPr>
              <w:t>2028/29</w:t>
            </w:r>
          </w:p>
        </w:tc>
        <w:tc>
          <w:tcPr>
            <w:tcW w:w="1559" w:type="dxa"/>
            <w:tcMar>
              <w:top w:w="80" w:type="dxa"/>
              <w:left w:w="85" w:type="dxa"/>
              <w:bottom w:w="80" w:type="dxa"/>
              <w:right w:w="85" w:type="dxa"/>
            </w:tcMar>
            <w:vAlign w:val="center"/>
          </w:tcPr>
          <w:p w14:paraId="50F938A9" w14:textId="77777777" w:rsidR="00BD7720" w:rsidRPr="001D08E1" w:rsidRDefault="005E545F">
            <w:pPr>
              <w:spacing w:after="0" w:line="240" w:lineRule="auto"/>
              <w:rPr>
                <w:sz w:val="22"/>
              </w:rPr>
            </w:pPr>
            <w:r w:rsidRPr="001D08E1">
              <w:rPr>
                <w:rFonts w:eastAsia="Arial"/>
                <w:color w:val="000000"/>
                <w:sz w:val="22"/>
              </w:rPr>
              <w:t>£</w:t>
            </w:r>
          </w:p>
        </w:tc>
        <w:tc>
          <w:tcPr>
            <w:tcW w:w="1145" w:type="dxa"/>
            <w:tcMar>
              <w:top w:w="80" w:type="dxa"/>
              <w:left w:w="85" w:type="dxa"/>
              <w:bottom w:w="80" w:type="dxa"/>
              <w:right w:w="85" w:type="dxa"/>
            </w:tcMar>
            <w:vAlign w:val="center"/>
          </w:tcPr>
          <w:p w14:paraId="03FF992B" w14:textId="77777777" w:rsidR="00BD7720" w:rsidRPr="001D08E1" w:rsidRDefault="005E545F">
            <w:pPr>
              <w:spacing w:after="0" w:line="240" w:lineRule="auto"/>
              <w:rPr>
                <w:sz w:val="22"/>
              </w:rPr>
            </w:pPr>
            <w:r w:rsidRPr="001D08E1">
              <w:rPr>
                <w:rFonts w:eastAsia="Arial"/>
                <w:color w:val="000000"/>
                <w:sz w:val="22"/>
              </w:rPr>
              <w:t>£</w:t>
            </w:r>
          </w:p>
        </w:tc>
        <w:tc>
          <w:tcPr>
            <w:tcW w:w="1409" w:type="dxa"/>
            <w:tcMar>
              <w:top w:w="80" w:type="dxa"/>
              <w:left w:w="85" w:type="dxa"/>
              <w:bottom w:w="80" w:type="dxa"/>
              <w:right w:w="85" w:type="dxa"/>
            </w:tcMar>
            <w:vAlign w:val="center"/>
          </w:tcPr>
          <w:p w14:paraId="7FA3BE11" w14:textId="77777777" w:rsidR="00BD7720" w:rsidRPr="001D08E1" w:rsidRDefault="005E545F">
            <w:pPr>
              <w:spacing w:after="0" w:line="240" w:lineRule="auto"/>
              <w:rPr>
                <w:sz w:val="22"/>
              </w:rPr>
            </w:pPr>
            <w:r w:rsidRPr="001D08E1">
              <w:rPr>
                <w:rFonts w:eastAsia="Arial"/>
                <w:color w:val="000000"/>
                <w:sz w:val="22"/>
              </w:rPr>
              <w:t>£</w:t>
            </w:r>
          </w:p>
        </w:tc>
        <w:tc>
          <w:tcPr>
            <w:tcW w:w="1409" w:type="dxa"/>
            <w:tcMar>
              <w:top w:w="80" w:type="dxa"/>
              <w:left w:w="85" w:type="dxa"/>
              <w:bottom w:w="80" w:type="dxa"/>
              <w:right w:w="85" w:type="dxa"/>
            </w:tcMar>
            <w:vAlign w:val="center"/>
          </w:tcPr>
          <w:p w14:paraId="47BF7BE6" w14:textId="77777777" w:rsidR="00BD7720" w:rsidRPr="001D08E1" w:rsidRDefault="005E545F">
            <w:pPr>
              <w:spacing w:after="0" w:line="240" w:lineRule="auto"/>
              <w:rPr>
                <w:sz w:val="22"/>
              </w:rPr>
            </w:pPr>
            <w:r w:rsidRPr="001D08E1">
              <w:rPr>
                <w:rFonts w:eastAsia="Arial"/>
                <w:color w:val="000000"/>
                <w:sz w:val="22"/>
              </w:rPr>
              <w:t>£</w:t>
            </w:r>
          </w:p>
        </w:tc>
        <w:tc>
          <w:tcPr>
            <w:tcW w:w="1512" w:type="dxa"/>
            <w:tcMar>
              <w:top w:w="80" w:type="dxa"/>
              <w:left w:w="85" w:type="dxa"/>
              <w:bottom w:w="80" w:type="dxa"/>
              <w:right w:w="85" w:type="dxa"/>
            </w:tcMar>
            <w:vAlign w:val="center"/>
          </w:tcPr>
          <w:p w14:paraId="18010BC9" w14:textId="77777777" w:rsidR="00BD7720" w:rsidRPr="001D08E1" w:rsidRDefault="005E545F">
            <w:pPr>
              <w:spacing w:after="0" w:line="240" w:lineRule="auto"/>
              <w:rPr>
                <w:sz w:val="22"/>
              </w:rPr>
            </w:pPr>
            <w:r w:rsidRPr="001D08E1">
              <w:rPr>
                <w:rFonts w:eastAsia="Arial"/>
                <w:color w:val="000000"/>
                <w:sz w:val="22"/>
              </w:rPr>
              <w:t>£</w:t>
            </w:r>
          </w:p>
        </w:tc>
        <w:tc>
          <w:tcPr>
            <w:tcW w:w="1728" w:type="dxa"/>
            <w:tcMar>
              <w:top w:w="80" w:type="dxa"/>
              <w:left w:w="85" w:type="dxa"/>
              <w:bottom w:w="80" w:type="dxa"/>
              <w:right w:w="85" w:type="dxa"/>
            </w:tcMar>
            <w:vAlign w:val="center"/>
          </w:tcPr>
          <w:p w14:paraId="7B2DE0B4" w14:textId="77777777" w:rsidR="00BD7720" w:rsidRPr="001D08E1" w:rsidRDefault="005E545F">
            <w:pPr>
              <w:spacing w:after="0" w:line="240" w:lineRule="auto"/>
              <w:rPr>
                <w:sz w:val="22"/>
              </w:rPr>
            </w:pPr>
            <w:r w:rsidRPr="001D08E1">
              <w:rPr>
                <w:rFonts w:eastAsia="Arial"/>
                <w:color w:val="000000"/>
                <w:sz w:val="22"/>
              </w:rPr>
              <w:t>£</w:t>
            </w:r>
          </w:p>
        </w:tc>
      </w:tr>
      <w:tr w:rsidR="00BD7720" w:rsidRPr="001D08E1" w14:paraId="28F0D932" w14:textId="77777777" w:rsidTr="001D08E1">
        <w:trPr>
          <w:cantSplit/>
          <w:trHeight w:val="430"/>
          <w:jc w:val="center"/>
        </w:trPr>
        <w:tc>
          <w:tcPr>
            <w:tcW w:w="1140" w:type="dxa"/>
            <w:shd w:val="clear" w:color="auto" w:fill="F5F5F5"/>
            <w:tcMar>
              <w:top w:w="80" w:type="dxa"/>
              <w:left w:w="85" w:type="dxa"/>
              <w:bottom w:w="80" w:type="dxa"/>
              <w:right w:w="85" w:type="dxa"/>
            </w:tcMar>
            <w:vAlign w:val="center"/>
          </w:tcPr>
          <w:p w14:paraId="1B0FC479" w14:textId="77777777" w:rsidR="00BD7720" w:rsidRPr="001D08E1" w:rsidRDefault="005E545F">
            <w:pPr>
              <w:spacing w:after="0" w:line="240" w:lineRule="auto"/>
              <w:rPr>
                <w:sz w:val="22"/>
              </w:rPr>
            </w:pPr>
            <w:r w:rsidRPr="001D08E1">
              <w:rPr>
                <w:rFonts w:eastAsia="Arial"/>
                <w:color w:val="000000"/>
                <w:sz w:val="22"/>
              </w:rPr>
              <w:t>2029/30</w:t>
            </w:r>
          </w:p>
        </w:tc>
        <w:tc>
          <w:tcPr>
            <w:tcW w:w="1559" w:type="dxa"/>
            <w:shd w:val="clear" w:color="auto" w:fill="F5F5F5"/>
            <w:tcMar>
              <w:top w:w="80" w:type="dxa"/>
              <w:left w:w="85" w:type="dxa"/>
              <w:bottom w:w="80" w:type="dxa"/>
              <w:right w:w="85" w:type="dxa"/>
            </w:tcMar>
            <w:vAlign w:val="center"/>
          </w:tcPr>
          <w:p w14:paraId="46F1041D" w14:textId="77777777" w:rsidR="00BD7720" w:rsidRPr="001D08E1" w:rsidRDefault="005E545F">
            <w:pPr>
              <w:spacing w:after="0" w:line="240" w:lineRule="auto"/>
              <w:rPr>
                <w:sz w:val="22"/>
              </w:rPr>
            </w:pPr>
            <w:r w:rsidRPr="001D08E1">
              <w:rPr>
                <w:rFonts w:eastAsia="Arial"/>
                <w:color w:val="000000"/>
                <w:sz w:val="22"/>
              </w:rPr>
              <w:t>£</w:t>
            </w:r>
          </w:p>
        </w:tc>
        <w:tc>
          <w:tcPr>
            <w:tcW w:w="1145" w:type="dxa"/>
            <w:shd w:val="clear" w:color="auto" w:fill="F5F5F5"/>
            <w:tcMar>
              <w:top w:w="80" w:type="dxa"/>
              <w:left w:w="85" w:type="dxa"/>
              <w:bottom w:w="80" w:type="dxa"/>
              <w:right w:w="85" w:type="dxa"/>
            </w:tcMar>
            <w:vAlign w:val="center"/>
          </w:tcPr>
          <w:p w14:paraId="2737A22E" w14:textId="77777777" w:rsidR="00BD7720" w:rsidRPr="001D08E1" w:rsidRDefault="005E545F">
            <w:pPr>
              <w:spacing w:after="0" w:line="240" w:lineRule="auto"/>
              <w:rPr>
                <w:sz w:val="22"/>
              </w:rPr>
            </w:pPr>
            <w:r w:rsidRPr="001D08E1">
              <w:rPr>
                <w:rFonts w:eastAsia="Arial"/>
                <w:color w:val="000000"/>
                <w:sz w:val="22"/>
              </w:rPr>
              <w:t>£</w:t>
            </w:r>
          </w:p>
        </w:tc>
        <w:tc>
          <w:tcPr>
            <w:tcW w:w="1409" w:type="dxa"/>
            <w:shd w:val="clear" w:color="auto" w:fill="F5F5F5"/>
            <w:tcMar>
              <w:top w:w="80" w:type="dxa"/>
              <w:left w:w="85" w:type="dxa"/>
              <w:bottom w:w="80" w:type="dxa"/>
              <w:right w:w="85" w:type="dxa"/>
            </w:tcMar>
            <w:vAlign w:val="center"/>
          </w:tcPr>
          <w:p w14:paraId="1C5589CB" w14:textId="77777777" w:rsidR="00BD7720" w:rsidRPr="001D08E1" w:rsidRDefault="005E545F">
            <w:pPr>
              <w:spacing w:after="0" w:line="240" w:lineRule="auto"/>
              <w:rPr>
                <w:sz w:val="22"/>
              </w:rPr>
            </w:pPr>
            <w:r w:rsidRPr="001D08E1">
              <w:rPr>
                <w:rFonts w:eastAsia="Arial"/>
                <w:color w:val="000000"/>
                <w:sz w:val="22"/>
              </w:rPr>
              <w:t>£</w:t>
            </w:r>
          </w:p>
        </w:tc>
        <w:tc>
          <w:tcPr>
            <w:tcW w:w="1409" w:type="dxa"/>
            <w:shd w:val="clear" w:color="auto" w:fill="F5F5F5"/>
            <w:tcMar>
              <w:top w:w="80" w:type="dxa"/>
              <w:left w:w="85" w:type="dxa"/>
              <w:bottom w:w="80" w:type="dxa"/>
              <w:right w:w="85" w:type="dxa"/>
            </w:tcMar>
            <w:vAlign w:val="center"/>
          </w:tcPr>
          <w:p w14:paraId="1893E460" w14:textId="77777777" w:rsidR="00BD7720" w:rsidRPr="001D08E1" w:rsidRDefault="005E545F">
            <w:pPr>
              <w:spacing w:after="0" w:line="240" w:lineRule="auto"/>
              <w:rPr>
                <w:sz w:val="22"/>
              </w:rPr>
            </w:pPr>
            <w:r w:rsidRPr="001D08E1">
              <w:rPr>
                <w:rFonts w:eastAsia="Arial"/>
                <w:color w:val="000000"/>
                <w:sz w:val="22"/>
              </w:rPr>
              <w:t>£</w:t>
            </w:r>
          </w:p>
        </w:tc>
        <w:tc>
          <w:tcPr>
            <w:tcW w:w="1512" w:type="dxa"/>
            <w:shd w:val="clear" w:color="auto" w:fill="F5F5F5"/>
            <w:tcMar>
              <w:top w:w="80" w:type="dxa"/>
              <w:left w:w="85" w:type="dxa"/>
              <w:bottom w:w="80" w:type="dxa"/>
              <w:right w:w="85" w:type="dxa"/>
            </w:tcMar>
            <w:vAlign w:val="center"/>
          </w:tcPr>
          <w:p w14:paraId="7CACF01E" w14:textId="77777777" w:rsidR="00BD7720" w:rsidRPr="001D08E1" w:rsidRDefault="005E545F">
            <w:pPr>
              <w:spacing w:after="0" w:line="240" w:lineRule="auto"/>
              <w:rPr>
                <w:sz w:val="22"/>
              </w:rPr>
            </w:pPr>
            <w:r w:rsidRPr="001D08E1">
              <w:rPr>
                <w:rFonts w:eastAsia="Arial"/>
                <w:color w:val="000000"/>
                <w:sz w:val="22"/>
              </w:rPr>
              <w:t>£</w:t>
            </w:r>
          </w:p>
        </w:tc>
        <w:tc>
          <w:tcPr>
            <w:tcW w:w="1728" w:type="dxa"/>
            <w:shd w:val="clear" w:color="auto" w:fill="F5F5F5"/>
            <w:tcMar>
              <w:top w:w="80" w:type="dxa"/>
              <w:left w:w="85" w:type="dxa"/>
              <w:bottom w:w="80" w:type="dxa"/>
              <w:right w:w="85" w:type="dxa"/>
            </w:tcMar>
            <w:vAlign w:val="center"/>
          </w:tcPr>
          <w:p w14:paraId="1184A66A" w14:textId="77777777" w:rsidR="00BD7720" w:rsidRPr="001D08E1" w:rsidRDefault="005E545F">
            <w:pPr>
              <w:spacing w:after="0" w:line="240" w:lineRule="auto"/>
              <w:rPr>
                <w:sz w:val="22"/>
              </w:rPr>
            </w:pPr>
            <w:r w:rsidRPr="001D08E1">
              <w:rPr>
                <w:rFonts w:eastAsia="Arial"/>
                <w:color w:val="000000"/>
                <w:sz w:val="22"/>
              </w:rPr>
              <w:t>£</w:t>
            </w:r>
          </w:p>
        </w:tc>
      </w:tr>
      <w:tr w:rsidR="00BD7720" w:rsidRPr="001D08E1" w14:paraId="00418307" w14:textId="77777777" w:rsidTr="001D08E1">
        <w:trPr>
          <w:cantSplit/>
          <w:trHeight w:val="430"/>
          <w:jc w:val="center"/>
        </w:trPr>
        <w:tc>
          <w:tcPr>
            <w:tcW w:w="1140" w:type="dxa"/>
            <w:tcMar>
              <w:top w:w="80" w:type="dxa"/>
              <w:left w:w="85" w:type="dxa"/>
              <w:bottom w:w="80" w:type="dxa"/>
              <w:right w:w="85" w:type="dxa"/>
            </w:tcMar>
            <w:vAlign w:val="center"/>
          </w:tcPr>
          <w:p w14:paraId="3AC91ED8" w14:textId="77777777" w:rsidR="00BD7720" w:rsidRPr="001D08E1" w:rsidRDefault="005E545F">
            <w:pPr>
              <w:spacing w:after="0" w:line="240" w:lineRule="auto"/>
              <w:rPr>
                <w:sz w:val="22"/>
              </w:rPr>
            </w:pPr>
            <w:r w:rsidRPr="001D08E1">
              <w:rPr>
                <w:rFonts w:eastAsia="Arial"/>
                <w:color w:val="000000"/>
                <w:sz w:val="22"/>
              </w:rPr>
              <w:t>2030/31</w:t>
            </w:r>
          </w:p>
        </w:tc>
        <w:tc>
          <w:tcPr>
            <w:tcW w:w="1559" w:type="dxa"/>
            <w:tcMar>
              <w:top w:w="80" w:type="dxa"/>
              <w:left w:w="85" w:type="dxa"/>
              <w:bottom w:w="80" w:type="dxa"/>
              <w:right w:w="85" w:type="dxa"/>
            </w:tcMar>
            <w:vAlign w:val="center"/>
          </w:tcPr>
          <w:p w14:paraId="50B1097A" w14:textId="77777777" w:rsidR="00BD7720" w:rsidRPr="001D08E1" w:rsidRDefault="005E545F">
            <w:pPr>
              <w:spacing w:after="0" w:line="240" w:lineRule="auto"/>
              <w:rPr>
                <w:sz w:val="22"/>
              </w:rPr>
            </w:pPr>
            <w:r w:rsidRPr="001D08E1">
              <w:rPr>
                <w:rFonts w:eastAsia="Arial"/>
                <w:color w:val="000000"/>
                <w:sz w:val="22"/>
              </w:rPr>
              <w:t>£</w:t>
            </w:r>
          </w:p>
        </w:tc>
        <w:tc>
          <w:tcPr>
            <w:tcW w:w="1145" w:type="dxa"/>
            <w:tcMar>
              <w:top w:w="80" w:type="dxa"/>
              <w:left w:w="85" w:type="dxa"/>
              <w:bottom w:w="80" w:type="dxa"/>
              <w:right w:w="85" w:type="dxa"/>
            </w:tcMar>
            <w:vAlign w:val="center"/>
          </w:tcPr>
          <w:p w14:paraId="32C57253" w14:textId="77777777" w:rsidR="00BD7720" w:rsidRPr="001D08E1" w:rsidRDefault="005E545F">
            <w:pPr>
              <w:spacing w:after="0" w:line="240" w:lineRule="auto"/>
              <w:rPr>
                <w:sz w:val="22"/>
              </w:rPr>
            </w:pPr>
            <w:r w:rsidRPr="001D08E1">
              <w:rPr>
                <w:rFonts w:eastAsia="Arial"/>
                <w:color w:val="000000"/>
                <w:sz w:val="22"/>
              </w:rPr>
              <w:t>£</w:t>
            </w:r>
          </w:p>
        </w:tc>
        <w:tc>
          <w:tcPr>
            <w:tcW w:w="1409" w:type="dxa"/>
            <w:tcMar>
              <w:top w:w="80" w:type="dxa"/>
              <w:left w:w="85" w:type="dxa"/>
              <w:bottom w:w="80" w:type="dxa"/>
              <w:right w:w="85" w:type="dxa"/>
            </w:tcMar>
            <w:vAlign w:val="center"/>
          </w:tcPr>
          <w:p w14:paraId="5BBFAE4C" w14:textId="77777777" w:rsidR="00BD7720" w:rsidRPr="001D08E1" w:rsidRDefault="005E545F">
            <w:pPr>
              <w:spacing w:after="0" w:line="240" w:lineRule="auto"/>
              <w:rPr>
                <w:sz w:val="22"/>
              </w:rPr>
            </w:pPr>
            <w:r w:rsidRPr="001D08E1">
              <w:rPr>
                <w:rFonts w:eastAsia="Arial"/>
                <w:color w:val="000000"/>
                <w:sz w:val="22"/>
              </w:rPr>
              <w:t>£</w:t>
            </w:r>
          </w:p>
        </w:tc>
        <w:tc>
          <w:tcPr>
            <w:tcW w:w="1409" w:type="dxa"/>
            <w:tcMar>
              <w:top w:w="80" w:type="dxa"/>
              <w:left w:w="85" w:type="dxa"/>
              <w:bottom w:w="80" w:type="dxa"/>
              <w:right w:w="85" w:type="dxa"/>
            </w:tcMar>
            <w:vAlign w:val="center"/>
          </w:tcPr>
          <w:p w14:paraId="638E72C6" w14:textId="77777777" w:rsidR="00BD7720" w:rsidRPr="001D08E1" w:rsidRDefault="005E545F">
            <w:pPr>
              <w:spacing w:after="0" w:line="240" w:lineRule="auto"/>
              <w:rPr>
                <w:sz w:val="22"/>
              </w:rPr>
            </w:pPr>
            <w:r w:rsidRPr="001D08E1">
              <w:rPr>
                <w:rFonts w:eastAsia="Arial"/>
                <w:color w:val="000000"/>
                <w:sz w:val="22"/>
              </w:rPr>
              <w:t>£</w:t>
            </w:r>
          </w:p>
        </w:tc>
        <w:tc>
          <w:tcPr>
            <w:tcW w:w="1512" w:type="dxa"/>
            <w:tcMar>
              <w:top w:w="80" w:type="dxa"/>
              <w:left w:w="85" w:type="dxa"/>
              <w:bottom w:w="80" w:type="dxa"/>
              <w:right w:w="85" w:type="dxa"/>
            </w:tcMar>
            <w:vAlign w:val="center"/>
          </w:tcPr>
          <w:p w14:paraId="6AD5F59C" w14:textId="77777777" w:rsidR="00BD7720" w:rsidRPr="001D08E1" w:rsidRDefault="005E545F">
            <w:pPr>
              <w:spacing w:after="0" w:line="240" w:lineRule="auto"/>
              <w:rPr>
                <w:sz w:val="22"/>
              </w:rPr>
            </w:pPr>
            <w:r w:rsidRPr="001D08E1">
              <w:rPr>
                <w:rFonts w:eastAsia="Arial"/>
                <w:color w:val="000000"/>
                <w:sz w:val="22"/>
              </w:rPr>
              <w:t>£</w:t>
            </w:r>
          </w:p>
        </w:tc>
        <w:tc>
          <w:tcPr>
            <w:tcW w:w="1728" w:type="dxa"/>
            <w:tcMar>
              <w:top w:w="80" w:type="dxa"/>
              <w:left w:w="85" w:type="dxa"/>
              <w:bottom w:w="80" w:type="dxa"/>
              <w:right w:w="85" w:type="dxa"/>
            </w:tcMar>
            <w:vAlign w:val="center"/>
          </w:tcPr>
          <w:p w14:paraId="2D3C6027" w14:textId="77777777" w:rsidR="00BD7720" w:rsidRPr="001D08E1" w:rsidRDefault="005E545F">
            <w:pPr>
              <w:spacing w:after="0" w:line="240" w:lineRule="auto"/>
              <w:rPr>
                <w:sz w:val="22"/>
              </w:rPr>
            </w:pPr>
            <w:r w:rsidRPr="001D08E1">
              <w:rPr>
                <w:rFonts w:eastAsia="Arial"/>
                <w:color w:val="000000"/>
                <w:sz w:val="22"/>
              </w:rPr>
              <w:t>£</w:t>
            </w:r>
          </w:p>
        </w:tc>
      </w:tr>
      <w:tr w:rsidR="00BD7720" w:rsidRPr="001D08E1" w14:paraId="552A1523" w14:textId="77777777" w:rsidTr="001D08E1">
        <w:trPr>
          <w:cantSplit/>
          <w:trHeight w:val="430"/>
          <w:jc w:val="center"/>
        </w:trPr>
        <w:tc>
          <w:tcPr>
            <w:tcW w:w="1140" w:type="dxa"/>
            <w:shd w:val="clear" w:color="auto" w:fill="F5F5F5"/>
            <w:tcMar>
              <w:top w:w="80" w:type="dxa"/>
              <w:left w:w="85" w:type="dxa"/>
              <w:bottom w:w="80" w:type="dxa"/>
              <w:right w:w="85" w:type="dxa"/>
            </w:tcMar>
            <w:vAlign w:val="center"/>
          </w:tcPr>
          <w:p w14:paraId="6C4C4243" w14:textId="77777777" w:rsidR="00BD7720" w:rsidRPr="001D08E1" w:rsidRDefault="005E545F">
            <w:pPr>
              <w:spacing w:after="0" w:line="240" w:lineRule="auto"/>
              <w:rPr>
                <w:sz w:val="22"/>
              </w:rPr>
            </w:pPr>
            <w:r w:rsidRPr="001D08E1">
              <w:rPr>
                <w:rFonts w:eastAsia="Arial"/>
                <w:color w:val="000000"/>
                <w:sz w:val="22"/>
              </w:rPr>
              <w:t>2031/32</w:t>
            </w:r>
          </w:p>
        </w:tc>
        <w:tc>
          <w:tcPr>
            <w:tcW w:w="1559" w:type="dxa"/>
            <w:shd w:val="clear" w:color="auto" w:fill="F5F5F5"/>
            <w:tcMar>
              <w:top w:w="80" w:type="dxa"/>
              <w:left w:w="85" w:type="dxa"/>
              <w:bottom w:w="80" w:type="dxa"/>
              <w:right w:w="85" w:type="dxa"/>
            </w:tcMar>
            <w:vAlign w:val="center"/>
          </w:tcPr>
          <w:p w14:paraId="4496F050" w14:textId="77777777" w:rsidR="00BD7720" w:rsidRPr="001D08E1" w:rsidRDefault="005E545F">
            <w:pPr>
              <w:spacing w:after="0" w:line="240" w:lineRule="auto"/>
              <w:rPr>
                <w:sz w:val="22"/>
              </w:rPr>
            </w:pPr>
            <w:r w:rsidRPr="001D08E1">
              <w:rPr>
                <w:rFonts w:eastAsia="Arial"/>
                <w:color w:val="000000"/>
                <w:sz w:val="22"/>
              </w:rPr>
              <w:t>£</w:t>
            </w:r>
          </w:p>
        </w:tc>
        <w:tc>
          <w:tcPr>
            <w:tcW w:w="1145" w:type="dxa"/>
            <w:shd w:val="clear" w:color="auto" w:fill="F5F5F5"/>
            <w:tcMar>
              <w:top w:w="80" w:type="dxa"/>
              <w:left w:w="85" w:type="dxa"/>
              <w:bottom w:w="80" w:type="dxa"/>
              <w:right w:w="85" w:type="dxa"/>
            </w:tcMar>
            <w:vAlign w:val="center"/>
          </w:tcPr>
          <w:p w14:paraId="6D8E0B65" w14:textId="77777777" w:rsidR="00BD7720" w:rsidRPr="001D08E1" w:rsidRDefault="005E545F">
            <w:pPr>
              <w:spacing w:after="0" w:line="240" w:lineRule="auto"/>
              <w:rPr>
                <w:sz w:val="22"/>
              </w:rPr>
            </w:pPr>
            <w:r w:rsidRPr="001D08E1">
              <w:rPr>
                <w:rFonts w:eastAsia="Arial"/>
                <w:color w:val="000000"/>
                <w:sz w:val="22"/>
              </w:rPr>
              <w:t>£</w:t>
            </w:r>
          </w:p>
        </w:tc>
        <w:tc>
          <w:tcPr>
            <w:tcW w:w="1409" w:type="dxa"/>
            <w:shd w:val="clear" w:color="auto" w:fill="F5F5F5"/>
            <w:tcMar>
              <w:top w:w="80" w:type="dxa"/>
              <w:left w:w="85" w:type="dxa"/>
              <w:bottom w:w="80" w:type="dxa"/>
              <w:right w:w="85" w:type="dxa"/>
            </w:tcMar>
            <w:vAlign w:val="center"/>
          </w:tcPr>
          <w:p w14:paraId="7D5815D4" w14:textId="77777777" w:rsidR="00BD7720" w:rsidRPr="001D08E1" w:rsidRDefault="005E545F">
            <w:pPr>
              <w:spacing w:after="0" w:line="240" w:lineRule="auto"/>
              <w:rPr>
                <w:sz w:val="22"/>
              </w:rPr>
            </w:pPr>
            <w:r w:rsidRPr="001D08E1">
              <w:rPr>
                <w:rFonts w:eastAsia="Arial"/>
                <w:color w:val="000000"/>
                <w:sz w:val="22"/>
              </w:rPr>
              <w:t>£</w:t>
            </w:r>
          </w:p>
        </w:tc>
        <w:tc>
          <w:tcPr>
            <w:tcW w:w="1409" w:type="dxa"/>
            <w:shd w:val="clear" w:color="auto" w:fill="F5F5F5"/>
            <w:tcMar>
              <w:top w:w="80" w:type="dxa"/>
              <w:left w:w="85" w:type="dxa"/>
              <w:bottom w:w="80" w:type="dxa"/>
              <w:right w:w="85" w:type="dxa"/>
            </w:tcMar>
            <w:vAlign w:val="center"/>
          </w:tcPr>
          <w:p w14:paraId="374A54B0" w14:textId="77777777" w:rsidR="00BD7720" w:rsidRPr="001D08E1" w:rsidRDefault="005E545F">
            <w:pPr>
              <w:spacing w:after="0" w:line="240" w:lineRule="auto"/>
              <w:rPr>
                <w:sz w:val="22"/>
              </w:rPr>
            </w:pPr>
            <w:r w:rsidRPr="001D08E1">
              <w:rPr>
                <w:rFonts w:eastAsia="Arial"/>
                <w:color w:val="000000"/>
                <w:sz w:val="22"/>
              </w:rPr>
              <w:t>£</w:t>
            </w:r>
          </w:p>
        </w:tc>
        <w:tc>
          <w:tcPr>
            <w:tcW w:w="1512" w:type="dxa"/>
            <w:shd w:val="clear" w:color="auto" w:fill="F5F5F5"/>
            <w:tcMar>
              <w:top w:w="80" w:type="dxa"/>
              <w:left w:w="85" w:type="dxa"/>
              <w:bottom w:w="80" w:type="dxa"/>
              <w:right w:w="85" w:type="dxa"/>
            </w:tcMar>
            <w:vAlign w:val="center"/>
          </w:tcPr>
          <w:p w14:paraId="399FA25A" w14:textId="77777777" w:rsidR="00BD7720" w:rsidRPr="001D08E1" w:rsidRDefault="005E545F">
            <w:pPr>
              <w:spacing w:after="0" w:line="240" w:lineRule="auto"/>
              <w:rPr>
                <w:sz w:val="22"/>
              </w:rPr>
            </w:pPr>
            <w:r w:rsidRPr="001D08E1">
              <w:rPr>
                <w:rFonts w:eastAsia="Arial"/>
                <w:color w:val="000000"/>
                <w:sz w:val="22"/>
              </w:rPr>
              <w:t>£</w:t>
            </w:r>
          </w:p>
        </w:tc>
        <w:tc>
          <w:tcPr>
            <w:tcW w:w="1728" w:type="dxa"/>
            <w:shd w:val="clear" w:color="auto" w:fill="F5F5F5"/>
            <w:tcMar>
              <w:top w:w="80" w:type="dxa"/>
              <w:left w:w="85" w:type="dxa"/>
              <w:bottom w:w="80" w:type="dxa"/>
              <w:right w:w="85" w:type="dxa"/>
            </w:tcMar>
            <w:vAlign w:val="center"/>
          </w:tcPr>
          <w:p w14:paraId="3C243C4C" w14:textId="77777777" w:rsidR="00BD7720" w:rsidRPr="001D08E1" w:rsidRDefault="005E545F">
            <w:pPr>
              <w:spacing w:after="0" w:line="240" w:lineRule="auto"/>
              <w:rPr>
                <w:sz w:val="22"/>
              </w:rPr>
            </w:pPr>
            <w:r w:rsidRPr="001D08E1">
              <w:rPr>
                <w:rFonts w:eastAsia="Arial"/>
                <w:color w:val="000000"/>
                <w:sz w:val="22"/>
              </w:rPr>
              <w:t>£</w:t>
            </w:r>
          </w:p>
        </w:tc>
      </w:tr>
      <w:tr w:rsidR="00BD7720" w:rsidRPr="001D08E1" w14:paraId="040AC637" w14:textId="77777777" w:rsidTr="001D08E1">
        <w:trPr>
          <w:cantSplit/>
          <w:trHeight w:val="430"/>
          <w:jc w:val="center"/>
        </w:trPr>
        <w:tc>
          <w:tcPr>
            <w:tcW w:w="1140" w:type="dxa"/>
            <w:tcMar>
              <w:top w:w="80" w:type="dxa"/>
              <w:left w:w="85" w:type="dxa"/>
              <w:bottom w:w="80" w:type="dxa"/>
              <w:right w:w="85" w:type="dxa"/>
            </w:tcMar>
            <w:vAlign w:val="center"/>
          </w:tcPr>
          <w:p w14:paraId="4A79BE46" w14:textId="77777777" w:rsidR="00BD7720" w:rsidRPr="001D08E1" w:rsidRDefault="005E545F">
            <w:pPr>
              <w:spacing w:after="0" w:line="240" w:lineRule="auto"/>
              <w:rPr>
                <w:sz w:val="22"/>
              </w:rPr>
            </w:pPr>
            <w:r w:rsidRPr="001D08E1">
              <w:rPr>
                <w:rFonts w:eastAsia="Arial"/>
                <w:color w:val="000000"/>
                <w:sz w:val="22"/>
              </w:rPr>
              <w:t>2032/33</w:t>
            </w:r>
          </w:p>
        </w:tc>
        <w:tc>
          <w:tcPr>
            <w:tcW w:w="1559" w:type="dxa"/>
            <w:tcMar>
              <w:top w:w="80" w:type="dxa"/>
              <w:left w:w="85" w:type="dxa"/>
              <w:bottom w:w="80" w:type="dxa"/>
              <w:right w:w="85" w:type="dxa"/>
            </w:tcMar>
            <w:vAlign w:val="center"/>
          </w:tcPr>
          <w:p w14:paraId="3B85661C" w14:textId="77777777" w:rsidR="00BD7720" w:rsidRPr="001D08E1" w:rsidRDefault="005E545F">
            <w:pPr>
              <w:spacing w:after="0" w:line="240" w:lineRule="auto"/>
              <w:rPr>
                <w:sz w:val="22"/>
              </w:rPr>
            </w:pPr>
            <w:r w:rsidRPr="001D08E1">
              <w:rPr>
                <w:rFonts w:eastAsia="Arial"/>
                <w:color w:val="000000"/>
                <w:sz w:val="22"/>
              </w:rPr>
              <w:t>£</w:t>
            </w:r>
          </w:p>
        </w:tc>
        <w:tc>
          <w:tcPr>
            <w:tcW w:w="1145" w:type="dxa"/>
            <w:tcMar>
              <w:top w:w="80" w:type="dxa"/>
              <w:left w:w="85" w:type="dxa"/>
              <w:bottom w:w="80" w:type="dxa"/>
              <w:right w:w="85" w:type="dxa"/>
            </w:tcMar>
            <w:vAlign w:val="center"/>
          </w:tcPr>
          <w:p w14:paraId="07AB227B" w14:textId="77777777" w:rsidR="00BD7720" w:rsidRPr="001D08E1" w:rsidRDefault="005E545F">
            <w:pPr>
              <w:spacing w:after="0" w:line="240" w:lineRule="auto"/>
              <w:rPr>
                <w:sz w:val="22"/>
              </w:rPr>
            </w:pPr>
            <w:r w:rsidRPr="001D08E1">
              <w:rPr>
                <w:rFonts w:eastAsia="Arial"/>
                <w:color w:val="000000"/>
                <w:sz w:val="22"/>
              </w:rPr>
              <w:t>£</w:t>
            </w:r>
          </w:p>
        </w:tc>
        <w:tc>
          <w:tcPr>
            <w:tcW w:w="1409" w:type="dxa"/>
            <w:tcMar>
              <w:top w:w="80" w:type="dxa"/>
              <w:left w:w="85" w:type="dxa"/>
              <w:bottom w:w="80" w:type="dxa"/>
              <w:right w:w="85" w:type="dxa"/>
            </w:tcMar>
            <w:vAlign w:val="center"/>
          </w:tcPr>
          <w:p w14:paraId="4B568826" w14:textId="77777777" w:rsidR="00BD7720" w:rsidRPr="001D08E1" w:rsidRDefault="005E545F">
            <w:pPr>
              <w:spacing w:after="0" w:line="240" w:lineRule="auto"/>
              <w:rPr>
                <w:sz w:val="22"/>
              </w:rPr>
            </w:pPr>
            <w:r w:rsidRPr="001D08E1">
              <w:rPr>
                <w:rFonts w:eastAsia="Arial"/>
                <w:color w:val="000000"/>
                <w:sz w:val="22"/>
              </w:rPr>
              <w:t>£</w:t>
            </w:r>
          </w:p>
        </w:tc>
        <w:tc>
          <w:tcPr>
            <w:tcW w:w="1409" w:type="dxa"/>
            <w:tcMar>
              <w:top w:w="80" w:type="dxa"/>
              <w:left w:w="85" w:type="dxa"/>
              <w:bottom w:w="80" w:type="dxa"/>
              <w:right w:w="85" w:type="dxa"/>
            </w:tcMar>
            <w:vAlign w:val="center"/>
          </w:tcPr>
          <w:p w14:paraId="51B1EDE0" w14:textId="77777777" w:rsidR="00BD7720" w:rsidRPr="001D08E1" w:rsidRDefault="005E545F">
            <w:pPr>
              <w:spacing w:after="0" w:line="240" w:lineRule="auto"/>
              <w:rPr>
                <w:sz w:val="22"/>
              </w:rPr>
            </w:pPr>
            <w:r w:rsidRPr="001D08E1">
              <w:rPr>
                <w:rFonts w:eastAsia="Arial"/>
                <w:color w:val="000000"/>
                <w:sz w:val="22"/>
              </w:rPr>
              <w:t>£</w:t>
            </w:r>
          </w:p>
        </w:tc>
        <w:tc>
          <w:tcPr>
            <w:tcW w:w="1512" w:type="dxa"/>
            <w:tcMar>
              <w:top w:w="80" w:type="dxa"/>
              <w:left w:w="85" w:type="dxa"/>
              <w:bottom w:w="80" w:type="dxa"/>
              <w:right w:w="85" w:type="dxa"/>
            </w:tcMar>
            <w:vAlign w:val="center"/>
          </w:tcPr>
          <w:p w14:paraId="31FF7C93" w14:textId="77777777" w:rsidR="00BD7720" w:rsidRPr="001D08E1" w:rsidRDefault="005E545F">
            <w:pPr>
              <w:spacing w:after="0" w:line="240" w:lineRule="auto"/>
              <w:rPr>
                <w:sz w:val="22"/>
              </w:rPr>
            </w:pPr>
            <w:r w:rsidRPr="001D08E1">
              <w:rPr>
                <w:rFonts w:eastAsia="Arial"/>
                <w:color w:val="000000"/>
                <w:sz w:val="22"/>
              </w:rPr>
              <w:t>£</w:t>
            </w:r>
          </w:p>
        </w:tc>
        <w:tc>
          <w:tcPr>
            <w:tcW w:w="1728" w:type="dxa"/>
            <w:tcMar>
              <w:top w:w="80" w:type="dxa"/>
              <w:left w:w="85" w:type="dxa"/>
              <w:bottom w:w="80" w:type="dxa"/>
              <w:right w:w="85" w:type="dxa"/>
            </w:tcMar>
            <w:vAlign w:val="center"/>
          </w:tcPr>
          <w:p w14:paraId="315AD0D8" w14:textId="77777777" w:rsidR="00BD7720" w:rsidRPr="001D08E1" w:rsidRDefault="005E545F">
            <w:pPr>
              <w:spacing w:after="0" w:line="240" w:lineRule="auto"/>
              <w:rPr>
                <w:sz w:val="22"/>
              </w:rPr>
            </w:pPr>
            <w:r w:rsidRPr="001D08E1">
              <w:rPr>
                <w:rFonts w:eastAsia="Arial"/>
                <w:color w:val="000000"/>
                <w:sz w:val="22"/>
              </w:rPr>
              <w:t>£</w:t>
            </w:r>
          </w:p>
        </w:tc>
      </w:tr>
      <w:tr w:rsidR="00BD7720" w:rsidRPr="001D08E1" w14:paraId="1C2343C5" w14:textId="77777777" w:rsidTr="001D08E1">
        <w:trPr>
          <w:cantSplit/>
          <w:trHeight w:val="430"/>
          <w:jc w:val="center"/>
        </w:trPr>
        <w:tc>
          <w:tcPr>
            <w:tcW w:w="1140" w:type="dxa"/>
            <w:shd w:val="clear" w:color="auto" w:fill="F5F5F5"/>
            <w:tcMar>
              <w:top w:w="80" w:type="dxa"/>
              <w:left w:w="85" w:type="dxa"/>
              <w:bottom w:w="80" w:type="dxa"/>
              <w:right w:w="85" w:type="dxa"/>
            </w:tcMar>
            <w:vAlign w:val="center"/>
          </w:tcPr>
          <w:p w14:paraId="2C62D3FE" w14:textId="77777777" w:rsidR="00BD7720" w:rsidRPr="001D08E1" w:rsidRDefault="005E545F">
            <w:pPr>
              <w:spacing w:after="0" w:line="240" w:lineRule="auto"/>
              <w:rPr>
                <w:b/>
                <w:bCs/>
                <w:sz w:val="22"/>
              </w:rPr>
            </w:pPr>
            <w:r w:rsidRPr="001D08E1">
              <w:rPr>
                <w:rFonts w:eastAsia="Arial"/>
                <w:b/>
                <w:bCs/>
                <w:color w:val="000000"/>
                <w:sz w:val="22"/>
              </w:rPr>
              <w:t>Five-year total</w:t>
            </w:r>
          </w:p>
        </w:tc>
        <w:tc>
          <w:tcPr>
            <w:tcW w:w="1559" w:type="dxa"/>
            <w:shd w:val="clear" w:color="auto" w:fill="F5F5F5"/>
            <w:tcMar>
              <w:top w:w="80" w:type="dxa"/>
              <w:left w:w="85" w:type="dxa"/>
              <w:bottom w:w="80" w:type="dxa"/>
              <w:right w:w="85" w:type="dxa"/>
            </w:tcMar>
            <w:vAlign w:val="center"/>
          </w:tcPr>
          <w:p w14:paraId="666B90F6" w14:textId="77777777" w:rsidR="00BD7720" w:rsidRPr="001D08E1" w:rsidRDefault="005E545F">
            <w:pPr>
              <w:spacing w:after="0" w:line="240" w:lineRule="auto"/>
              <w:rPr>
                <w:b/>
                <w:bCs/>
                <w:sz w:val="22"/>
              </w:rPr>
            </w:pPr>
            <w:r w:rsidRPr="001D08E1">
              <w:rPr>
                <w:rFonts w:eastAsia="Arial"/>
                <w:b/>
                <w:bCs/>
                <w:color w:val="000000"/>
                <w:sz w:val="22"/>
              </w:rPr>
              <w:t>£</w:t>
            </w:r>
          </w:p>
        </w:tc>
        <w:tc>
          <w:tcPr>
            <w:tcW w:w="1145" w:type="dxa"/>
            <w:shd w:val="clear" w:color="auto" w:fill="F5F5F5"/>
            <w:tcMar>
              <w:top w:w="80" w:type="dxa"/>
              <w:left w:w="85" w:type="dxa"/>
              <w:bottom w:w="80" w:type="dxa"/>
              <w:right w:w="85" w:type="dxa"/>
            </w:tcMar>
            <w:vAlign w:val="center"/>
          </w:tcPr>
          <w:p w14:paraId="47A51777" w14:textId="77777777" w:rsidR="00BD7720" w:rsidRPr="001D08E1" w:rsidRDefault="005E545F">
            <w:pPr>
              <w:spacing w:after="0" w:line="240" w:lineRule="auto"/>
              <w:rPr>
                <w:b/>
                <w:bCs/>
                <w:sz w:val="22"/>
              </w:rPr>
            </w:pPr>
            <w:r w:rsidRPr="001D08E1">
              <w:rPr>
                <w:rFonts w:eastAsia="Arial"/>
                <w:b/>
                <w:bCs/>
                <w:color w:val="000000"/>
                <w:sz w:val="22"/>
              </w:rPr>
              <w:t>£</w:t>
            </w:r>
          </w:p>
        </w:tc>
        <w:tc>
          <w:tcPr>
            <w:tcW w:w="1409" w:type="dxa"/>
            <w:shd w:val="clear" w:color="auto" w:fill="F5F5F5"/>
            <w:tcMar>
              <w:top w:w="80" w:type="dxa"/>
              <w:left w:w="85" w:type="dxa"/>
              <w:bottom w:w="80" w:type="dxa"/>
              <w:right w:w="85" w:type="dxa"/>
            </w:tcMar>
            <w:vAlign w:val="center"/>
          </w:tcPr>
          <w:p w14:paraId="238211DD" w14:textId="77777777" w:rsidR="00BD7720" w:rsidRPr="001D08E1" w:rsidRDefault="005E545F">
            <w:pPr>
              <w:spacing w:after="0" w:line="240" w:lineRule="auto"/>
              <w:rPr>
                <w:b/>
                <w:bCs/>
                <w:sz w:val="22"/>
              </w:rPr>
            </w:pPr>
            <w:r w:rsidRPr="001D08E1">
              <w:rPr>
                <w:rFonts w:eastAsia="Arial"/>
                <w:b/>
                <w:bCs/>
                <w:color w:val="000000"/>
                <w:sz w:val="22"/>
              </w:rPr>
              <w:t>£</w:t>
            </w:r>
          </w:p>
        </w:tc>
        <w:tc>
          <w:tcPr>
            <w:tcW w:w="1409" w:type="dxa"/>
            <w:shd w:val="clear" w:color="auto" w:fill="F5F5F5"/>
            <w:tcMar>
              <w:top w:w="80" w:type="dxa"/>
              <w:left w:w="85" w:type="dxa"/>
              <w:bottom w:w="80" w:type="dxa"/>
              <w:right w:w="85" w:type="dxa"/>
            </w:tcMar>
            <w:vAlign w:val="center"/>
          </w:tcPr>
          <w:p w14:paraId="4FF418C3" w14:textId="77777777" w:rsidR="00BD7720" w:rsidRPr="001D08E1" w:rsidRDefault="005E545F">
            <w:pPr>
              <w:spacing w:after="0" w:line="240" w:lineRule="auto"/>
              <w:rPr>
                <w:b/>
                <w:bCs/>
                <w:sz w:val="22"/>
              </w:rPr>
            </w:pPr>
            <w:r w:rsidRPr="001D08E1">
              <w:rPr>
                <w:rFonts w:eastAsia="Arial"/>
                <w:b/>
                <w:bCs/>
                <w:color w:val="000000"/>
                <w:sz w:val="22"/>
              </w:rPr>
              <w:t>£</w:t>
            </w:r>
          </w:p>
        </w:tc>
        <w:tc>
          <w:tcPr>
            <w:tcW w:w="1512" w:type="dxa"/>
            <w:shd w:val="clear" w:color="auto" w:fill="F5F5F5"/>
            <w:tcMar>
              <w:top w:w="80" w:type="dxa"/>
              <w:left w:w="85" w:type="dxa"/>
              <w:bottom w:w="80" w:type="dxa"/>
              <w:right w:w="85" w:type="dxa"/>
            </w:tcMar>
            <w:vAlign w:val="center"/>
          </w:tcPr>
          <w:p w14:paraId="6266C3A2" w14:textId="77777777" w:rsidR="00BD7720" w:rsidRPr="001D08E1" w:rsidRDefault="005E545F">
            <w:pPr>
              <w:spacing w:after="0" w:line="240" w:lineRule="auto"/>
              <w:rPr>
                <w:b/>
                <w:bCs/>
                <w:sz w:val="22"/>
              </w:rPr>
            </w:pPr>
            <w:r w:rsidRPr="001D08E1">
              <w:rPr>
                <w:rFonts w:eastAsia="Arial"/>
                <w:b/>
                <w:bCs/>
                <w:color w:val="000000"/>
                <w:sz w:val="22"/>
              </w:rPr>
              <w:t>£</w:t>
            </w:r>
          </w:p>
        </w:tc>
        <w:tc>
          <w:tcPr>
            <w:tcW w:w="1728" w:type="dxa"/>
            <w:shd w:val="clear" w:color="auto" w:fill="F5F5F5"/>
            <w:tcMar>
              <w:top w:w="80" w:type="dxa"/>
              <w:left w:w="85" w:type="dxa"/>
              <w:bottom w:w="80" w:type="dxa"/>
              <w:right w:w="85" w:type="dxa"/>
            </w:tcMar>
            <w:vAlign w:val="center"/>
          </w:tcPr>
          <w:p w14:paraId="1B6C130B" w14:textId="77777777" w:rsidR="00BD7720" w:rsidRPr="001D08E1" w:rsidRDefault="005E545F">
            <w:pPr>
              <w:spacing w:after="0" w:line="240" w:lineRule="auto"/>
              <w:rPr>
                <w:b/>
                <w:bCs/>
                <w:sz w:val="22"/>
              </w:rPr>
            </w:pPr>
            <w:r w:rsidRPr="001D08E1">
              <w:rPr>
                <w:rFonts w:eastAsia="Arial"/>
                <w:b/>
                <w:bCs/>
                <w:color w:val="000000"/>
                <w:sz w:val="22"/>
              </w:rPr>
              <w:t>£</w:t>
            </w:r>
          </w:p>
        </w:tc>
      </w:tr>
    </w:tbl>
    <w:p w14:paraId="0FEBADF1" w14:textId="77777777" w:rsidR="00BD7720" w:rsidRDefault="00BD7720">
      <w:pPr>
        <w:spacing w:after="40" w:line="240" w:lineRule="auto"/>
        <w:rPr>
          <w:sz w:val="22"/>
        </w:rPr>
      </w:pPr>
    </w:p>
    <w:p w14:paraId="1021E7F5" w14:textId="77777777" w:rsidR="001D08E1" w:rsidRPr="00511BC3" w:rsidRDefault="001D08E1" w:rsidP="001D08E1">
      <w:pPr>
        <w:keepNext/>
        <w:spacing w:after="0" w:line="240" w:lineRule="auto"/>
        <w:rPr>
          <w:color w:val="auto"/>
          <w:sz w:val="22"/>
        </w:rPr>
      </w:pPr>
      <w:r w:rsidRPr="00511BC3">
        <w:rPr>
          <w:b/>
          <w:color w:val="auto"/>
          <w:sz w:val="22"/>
        </w:rPr>
        <w:t>How will you secure and diversify income over five years?</w:t>
      </w:r>
    </w:p>
    <w:p w14:paraId="7FCC60CA" w14:textId="77777777" w:rsidR="001D08E1" w:rsidRPr="00595224" w:rsidRDefault="001D08E1" w:rsidP="001D08E1">
      <w:pPr>
        <w:keepNext/>
        <w:spacing w:after="0" w:line="240" w:lineRule="auto"/>
        <w:rPr>
          <w:iCs/>
          <w:color w:val="595959" w:themeColor="text1" w:themeTint="A6"/>
          <w:sz w:val="22"/>
        </w:rPr>
      </w:pPr>
      <w:r w:rsidRPr="00595224">
        <w:rPr>
          <w:iCs/>
          <w:color w:val="595959" w:themeColor="text1" w:themeTint="A6"/>
          <w:sz w:val="22"/>
        </w:rPr>
        <w:t xml:space="preserve">Explain your fundraising and earned-income strategy, forecast assumptions, dependencies on major sources that are outlined in your budget. </w:t>
      </w:r>
    </w:p>
    <w:p w14:paraId="5EAA2DD3" w14:textId="77777777" w:rsidR="001D08E1" w:rsidRPr="00511BC3" w:rsidRDefault="001D08E1" w:rsidP="001D08E1">
      <w:pPr>
        <w:keepNext/>
        <w:spacing w:after="0" w:line="240" w:lineRule="auto"/>
        <w:rPr>
          <w:color w:val="auto"/>
          <w:sz w:val="22"/>
        </w:rPr>
      </w:pPr>
    </w:p>
    <w:tbl>
      <w:tblPr>
        <w:tblW w:w="986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9866"/>
      </w:tblGrid>
      <w:tr w:rsidR="001D08E1" w:rsidRPr="00511BC3" w14:paraId="633967CA" w14:textId="77777777">
        <w:trPr>
          <w:cantSplit/>
          <w:jc w:val="center"/>
        </w:trPr>
        <w:tc>
          <w:tcPr>
            <w:tcW w:w="9866" w:type="dxa"/>
            <w:shd w:val="clear" w:color="auto" w:fill="FFFFFF"/>
            <w:tcMar>
              <w:top w:w="130" w:type="dxa"/>
              <w:left w:w="140" w:type="dxa"/>
              <w:bottom w:w="130" w:type="dxa"/>
              <w:right w:w="140" w:type="dxa"/>
            </w:tcMar>
            <w:vAlign w:val="center"/>
          </w:tcPr>
          <w:p w14:paraId="41ACEF03" w14:textId="77777777" w:rsidR="001D08E1" w:rsidRDefault="001D08E1">
            <w:pPr>
              <w:spacing w:after="0" w:line="240" w:lineRule="auto"/>
              <w:rPr>
                <w:color w:val="auto"/>
                <w:sz w:val="22"/>
              </w:rPr>
            </w:pPr>
            <w:r w:rsidRPr="00511BC3">
              <w:rPr>
                <w:color w:val="auto"/>
                <w:sz w:val="22"/>
              </w:rPr>
              <w:t xml:space="preserve"> </w:t>
            </w:r>
          </w:p>
          <w:p w14:paraId="225A2D7E" w14:textId="77777777" w:rsidR="001D08E1" w:rsidRDefault="001D08E1">
            <w:pPr>
              <w:spacing w:after="0" w:line="240" w:lineRule="auto"/>
              <w:rPr>
                <w:color w:val="auto"/>
                <w:sz w:val="22"/>
              </w:rPr>
            </w:pPr>
          </w:p>
          <w:p w14:paraId="789007B9" w14:textId="77777777" w:rsidR="001D08E1" w:rsidRDefault="001D08E1">
            <w:pPr>
              <w:spacing w:after="0" w:line="240" w:lineRule="auto"/>
              <w:rPr>
                <w:color w:val="auto"/>
                <w:sz w:val="22"/>
              </w:rPr>
            </w:pPr>
          </w:p>
          <w:p w14:paraId="488532F3" w14:textId="77777777" w:rsidR="001D08E1" w:rsidRDefault="001D08E1">
            <w:pPr>
              <w:spacing w:after="0" w:line="240" w:lineRule="auto"/>
              <w:rPr>
                <w:color w:val="auto"/>
                <w:sz w:val="22"/>
              </w:rPr>
            </w:pPr>
          </w:p>
          <w:p w14:paraId="39007FF3" w14:textId="77777777" w:rsidR="001D08E1" w:rsidRPr="00511BC3" w:rsidRDefault="001D08E1">
            <w:pPr>
              <w:spacing w:after="0" w:line="240" w:lineRule="auto"/>
              <w:rPr>
                <w:color w:val="auto"/>
                <w:sz w:val="22"/>
              </w:rPr>
            </w:pPr>
          </w:p>
        </w:tc>
      </w:tr>
    </w:tbl>
    <w:p w14:paraId="2C4F9A68" w14:textId="7B5102EE" w:rsidR="001D08E1" w:rsidRPr="00812E39" w:rsidRDefault="001D08E1" w:rsidP="001D08E1">
      <w:pPr>
        <w:spacing w:after="0" w:line="240" w:lineRule="auto"/>
        <w:rPr>
          <w:color w:val="7F7F7F" w:themeColor="text1" w:themeTint="80"/>
          <w:sz w:val="22"/>
        </w:rPr>
      </w:pPr>
      <w:r w:rsidRPr="00595224">
        <w:rPr>
          <w:color w:val="595959" w:themeColor="text1" w:themeTint="A6"/>
          <w:sz w:val="22"/>
        </w:rPr>
        <w:t>Maximum 400 words.</w:t>
      </w:r>
      <w:r w:rsidR="00595224">
        <w:rPr>
          <w:color w:val="7F7F7F" w:themeColor="text1" w:themeTint="80"/>
          <w:sz w:val="22"/>
        </w:rPr>
        <w:br/>
      </w:r>
    </w:p>
    <w:p w14:paraId="22448103" w14:textId="77777777" w:rsidR="001D08E1" w:rsidRPr="00511BC3" w:rsidRDefault="001D08E1" w:rsidP="001D08E1">
      <w:pPr>
        <w:keepNext/>
        <w:spacing w:after="0" w:line="240" w:lineRule="auto"/>
        <w:rPr>
          <w:color w:val="auto"/>
          <w:sz w:val="22"/>
        </w:rPr>
      </w:pPr>
      <w:r w:rsidRPr="00782446">
        <w:rPr>
          <w:b/>
          <w:color w:val="auto"/>
          <w:sz w:val="22"/>
        </w:rPr>
        <w:t>Does your five-year budget include the planned use of reserves, loans, borrowing or any other significant non-recurring financial item?</w:t>
      </w:r>
    </w:p>
    <w:p w14:paraId="39162283" w14:textId="77777777" w:rsidR="001D08E1" w:rsidRPr="00595224" w:rsidRDefault="001D08E1" w:rsidP="001D08E1">
      <w:pPr>
        <w:keepNext/>
        <w:spacing w:after="0" w:line="240" w:lineRule="auto"/>
        <w:rPr>
          <w:iCs/>
          <w:color w:val="595959" w:themeColor="text1" w:themeTint="A6"/>
          <w:sz w:val="22"/>
        </w:rPr>
      </w:pPr>
      <w:r w:rsidRPr="00595224">
        <w:rPr>
          <w:iCs/>
          <w:color w:val="595959" w:themeColor="text1" w:themeTint="A6"/>
          <w:sz w:val="22"/>
        </w:rPr>
        <w:br/>
        <w:t xml:space="preserve">If “Yes”, explain the amount, purpose and timing of each item. Confirm any relevant approvals, </w:t>
      </w:r>
      <w:r w:rsidRPr="00595224">
        <w:rPr>
          <w:iCs/>
          <w:color w:val="595959" w:themeColor="text1" w:themeTint="A6"/>
          <w:sz w:val="22"/>
        </w:rPr>
        <w:lastRenderedPageBreak/>
        <w:t>restrictions or repayment obligations, and explain the effect on your organisation’s financial position and longer-term sustainability.</w:t>
      </w:r>
    </w:p>
    <w:p w14:paraId="2136CDF0" w14:textId="77777777" w:rsidR="001D08E1" w:rsidRPr="00595224" w:rsidRDefault="001D08E1" w:rsidP="001D08E1">
      <w:pPr>
        <w:keepNext/>
        <w:spacing w:after="0" w:line="240" w:lineRule="auto"/>
        <w:rPr>
          <w:iCs/>
          <w:color w:val="595959" w:themeColor="text1" w:themeTint="A6"/>
          <w:sz w:val="22"/>
        </w:rPr>
      </w:pPr>
    </w:p>
    <w:p w14:paraId="4E873B91" w14:textId="77777777" w:rsidR="001D08E1" w:rsidRPr="00595224" w:rsidRDefault="001D08E1" w:rsidP="001D08E1">
      <w:pPr>
        <w:keepNext/>
        <w:spacing w:after="0" w:line="240" w:lineRule="auto"/>
        <w:rPr>
          <w:iCs/>
          <w:color w:val="595959" w:themeColor="text1" w:themeTint="A6"/>
          <w:sz w:val="22"/>
        </w:rPr>
      </w:pPr>
      <w:r w:rsidRPr="00595224">
        <w:rPr>
          <w:iCs/>
          <w:color w:val="595959" w:themeColor="text1" w:themeTint="A6"/>
          <w:sz w:val="22"/>
        </w:rPr>
        <w:t>If none, enter “Not applicable”.</w:t>
      </w:r>
    </w:p>
    <w:p w14:paraId="3504F92D" w14:textId="77777777" w:rsidR="001D08E1" w:rsidRPr="00511BC3" w:rsidRDefault="001D08E1" w:rsidP="001D08E1">
      <w:pPr>
        <w:keepNext/>
        <w:spacing w:after="0" w:line="240" w:lineRule="auto"/>
        <w:rPr>
          <w:color w:val="auto"/>
          <w:sz w:val="22"/>
        </w:rPr>
      </w:pPr>
    </w:p>
    <w:tbl>
      <w:tblPr>
        <w:tblW w:w="986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9866"/>
      </w:tblGrid>
      <w:tr w:rsidR="001D08E1" w:rsidRPr="00BF06CC" w14:paraId="16900AD3" w14:textId="77777777">
        <w:trPr>
          <w:cantSplit/>
          <w:jc w:val="center"/>
        </w:trPr>
        <w:tc>
          <w:tcPr>
            <w:tcW w:w="9866" w:type="dxa"/>
            <w:shd w:val="clear" w:color="auto" w:fill="FFFFFF"/>
            <w:tcMar>
              <w:top w:w="130" w:type="dxa"/>
              <w:left w:w="140" w:type="dxa"/>
              <w:bottom w:w="130" w:type="dxa"/>
              <w:right w:w="140" w:type="dxa"/>
            </w:tcMar>
            <w:vAlign w:val="center"/>
          </w:tcPr>
          <w:p w14:paraId="1AD80279" w14:textId="77777777" w:rsidR="001D08E1" w:rsidRDefault="001D08E1">
            <w:pPr>
              <w:spacing w:after="0" w:line="240" w:lineRule="auto"/>
              <w:rPr>
                <w:color w:val="auto"/>
                <w:sz w:val="22"/>
              </w:rPr>
            </w:pPr>
            <w:r w:rsidRPr="00BF06CC">
              <w:rPr>
                <w:color w:val="auto"/>
                <w:sz w:val="22"/>
              </w:rPr>
              <w:t xml:space="preserve"> </w:t>
            </w:r>
          </w:p>
          <w:p w14:paraId="6BE3AE9A" w14:textId="77777777" w:rsidR="001D08E1" w:rsidRDefault="001D08E1">
            <w:pPr>
              <w:spacing w:after="0" w:line="240" w:lineRule="auto"/>
              <w:rPr>
                <w:color w:val="auto"/>
                <w:sz w:val="22"/>
              </w:rPr>
            </w:pPr>
          </w:p>
          <w:p w14:paraId="18AE3133" w14:textId="77777777" w:rsidR="001D08E1" w:rsidRDefault="001D08E1">
            <w:pPr>
              <w:spacing w:after="0" w:line="240" w:lineRule="auto"/>
              <w:rPr>
                <w:color w:val="auto"/>
                <w:sz w:val="22"/>
              </w:rPr>
            </w:pPr>
          </w:p>
          <w:p w14:paraId="6DA2308A" w14:textId="77777777" w:rsidR="001D08E1" w:rsidRDefault="001D08E1">
            <w:pPr>
              <w:spacing w:after="0" w:line="240" w:lineRule="auto"/>
              <w:rPr>
                <w:color w:val="auto"/>
                <w:sz w:val="22"/>
              </w:rPr>
            </w:pPr>
          </w:p>
          <w:p w14:paraId="022D151F" w14:textId="77777777" w:rsidR="001D08E1" w:rsidRPr="00BF06CC" w:rsidRDefault="001D08E1">
            <w:pPr>
              <w:spacing w:after="0" w:line="240" w:lineRule="auto"/>
              <w:rPr>
                <w:color w:val="auto"/>
                <w:sz w:val="22"/>
              </w:rPr>
            </w:pPr>
          </w:p>
        </w:tc>
      </w:tr>
    </w:tbl>
    <w:p w14:paraId="2EFBFBD9" w14:textId="77777777" w:rsidR="001D08E1" w:rsidRPr="00595224" w:rsidRDefault="001D08E1" w:rsidP="001D08E1">
      <w:pPr>
        <w:spacing w:after="0" w:line="240" w:lineRule="auto"/>
        <w:rPr>
          <w:color w:val="595959" w:themeColor="text1" w:themeTint="A6"/>
          <w:sz w:val="22"/>
        </w:rPr>
      </w:pPr>
      <w:r w:rsidRPr="00595224">
        <w:rPr>
          <w:color w:val="595959" w:themeColor="text1" w:themeTint="A6"/>
          <w:sz w:val="22"/>
        </w:rPr>
        <w:t>Maximum 350 words.</w:t>
      </w:r>
    </w:p>
    <w:p w14:paraId="1A1277E0" w14:textId="77777777" w:rsidR="001D08E1" w:rsidRDefault="001D08E1">
      <w:pPr>
        <w:spacing w:after="40" w:line="240" w:lineRule="auto"/>
        <w:rPr>
          <w:sz w:val="22"/>
        </w:rPr>
      </w:pPr>
    </w:p>
    <w:p w14:paraId="759CC8FB" w14:textId="77777777" w:rsidR="001D08E1" w:rsidRPr="00595224" w:rsidRDefault="001D08E1" w:rsidP="001D08E1">
      <w:pPr>
        <w:keepNext/>
        <w:spacing w:after="0" w:line="240" w:lineRule="auto"/>
        <w:rPr>
          <w:color w:val="984806" w:themeColor="accent6" w:themeShade="80"/>
          <w:sz w:val="22"/>
        </w:rPr>
      </w:pPr>
      <w:r w:rsidRPr="00595224">
        <w:rPr>
          <w:b/>
          <w:color w:val="984806" w:themeColor="accent6" w:themeShade="80"/>
          <w:sz w:val="22"/>
        </w:rPr>
        <w:t>RECENT FINANCIAL PERFORMANCE</w:t>
      </w:r>
    </w:p>
    <w:p w14:paraId="1AD7294A" w14:textId="77777777" w:rsidR="001D08E1" w:rsidRPr="003165E1" w:rsidRDefault="001D08E1" w:rsidP="001D08E1">
      <w:pPr>
        <w:spacing w:after="0" w:line="240" w:lineRule="auto"/>
        <w:rPr>
          <w:iCs/>
          <w:color w:val="auto"/>
          <w:sz w:val="22"/>
        </w:rPr>
      </w:pPr>
      <w:r w:rsidRPr="00022004">
        <w:rPr>
          <w:iCs/>
          <w:color w:val="auto"/>
          <w:sz w:val="22"/>
        </w:rPr>
        <w:t xml:space="preserve">Provide financial figures for your current financial year, your most recently completed financial year and, where available, the preceding financial year. </w:t>
      </w:r>
      <w:r>
        <w:rPr>
          <w:iCs/>
          <w:color w:val="auto"/>
          <w:sz w:val="22"/>
        </w:rPr>
        <w:t>We expect you to be using f</w:t>
      </w:r>
      <w:r w:rsidRPr="00022004">
        <w:rPr>
          <w:iCs/>
          <w:color w:val="auto"/>
          <w:sz w:val="22"/>
        </w:rPr>
        <w:t>orecast</w:t>
      </w:r>
      <w:r>
        <w:rPr>
          <w:iCs/>
          <w:color w:val="auto"/>
          <w:sz w:val="22"/>
        </w:rPr>
        <w:t xml:space="preserve"> figures for the current financial year, but please use </w:t>
      </w:r>
      <w:r w:rsidRPr="00022004">
        <w:rPr>
          <w:iCs/>
          <w:color w:val="auto"/>
          <w:sz w:val="22"/>
        </w:rPr>
        <w:t>figures from your approved or filed annual accounts for completed financial years.</w:t>
      </w:r>
    </w:p>
    <w:p w14:paraId="4B57C922" w14:textId="77777777" w:rsidR="001D08E1" w:rsidRPr="003165E1" w:rsidRDefault="001D08E1" w:rsidP="001D08E1">
      <w:pPr>
        <w:spacing w:after="0" w:line="240" w:lineRule="auto"/>
        <w:rPr>
          <w:iCs/>
          <w:color w:val="auto"/>
          <w:sz w:val="22"/>
        </w:rPr>
      </w:pP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426"/>
        <w:gridCol w:w="1814"/>
        <w:gridCol w:w="1814"/>
        <w:gridCol w:w="1871"/>
        <w:gridCol w:w="1871"/>
      </w:tblGrid>
      <w:tr w:rsidR="001D08E1" w:rsidRPr="00511BC3" w14:paraId="4534A88B" w14:textId="77777777">
        <w:trPr>
          <w:cantSplit/>
          <w:tblHeader/>
          <w:jc w:val="center"/>
        </w:trPr>
        <w:tc>
          <w:tcPr>
            <w:tcW w:w="2426" w:type="dxa"/>
            <w:shd w:val="clear" w:color="auto" w:fill="000000"/>
            <w:tcMar>
              <w:top w:w="110" w:type="dxa"/>
              <w:left w:w="100" w:type="dxa"/>
              <w:bottom w:w="110" w:type="dxa"/>
              <w:right w:w="100" w:type="dxa"/>
            </w:tcMar>
            <w:vAlign w:val="center"/>
          </w:tcPr>
          <w:p w14:paraId="01CC019C" w14:textId="77777777" w:rsidR="001D08E1" w:rsidRPr="00511BC3" w:rsidRDefault="001D08E1">
            <w:pPr>
              <w:spacing w:after="0" w:line="240" w:lineRule="auto"/>
              <w:rPr>
                <w:color w:val="auto"/>
                <w:sz w:val="22"/>
              </w:rPr>
            </w:pPr>
            <w:r w:rsidRPr="00511BC3">
              <w:rPr>
                <w:b/>
                <w:color w:val="auto"/>
                <w:sz w:val="22"/>
              </w:rPr>
              <w:t>Financial year</w:t>
            </w:r>
          </w:p>
        </w:tc>
        <w:tc>
          <w:tcPr>
            <w:tcW w:w="1814" w:type="dxa"/>
            <w:shd w:val="clear" w:color="auto" w:fill="000000"/>
            <w:tcMar>
              <w:top w:w="110" w:type="dxa"/>
              <w:left w:w="100" w:type="dxa"/>
              <w:bottom w:w="110" w:type="dxa"/>
              <w:right w:w="100" w:type="dxa"/>
            </w:tcMar>
            <w:vAlign w:val="center"/>
          </w:tcPr>
          <w:p w14:paraId="0A667280" w14:textId="77777777" w:rsidR="001D08E1" w:rsidRPr="00511BC3" w:rsidRDefault="001D08E1">
            <w:pPr>
              <w:spacing w:after="0" w:line="240" w:lineRule="auto"/>
              <w:rPr>
                <w:color w:val="auto"/>
                <w:sz w:val="22"/>
              </w:rPr>
            </w:pPr>
            <w:r w:rsidRPr="00511BC3">
              <w:rPr>
                <w:b/>
                <w:color w:val="auto"/>
                <w:sz w:val="22"/>
              </w:rPr>
              <w:t>Turnover £</w:t>
            </w:r>
          </w:p>
        </w:tc>
        <w:tc>
          <w:tcPr>
            <w:tcW w:w="1814" w:type="dxa"/>
            <w:shd w:val="clear" w:color="auto" w:fill="000000"/>
            <w:tcMar>
              <w:top w:w="110" w:type="dxa"/>
              <w:left w:w="100" w:type="dxa"/>
              <w:bottom w:w="110" w:type="dxa"/>
              <w:right w:w="100" w:type="dxa"/>
            </w:tcMar>
            <w:vAlign w:val="center"/>
          </w:tcPr>
          <w:p w14:paraId="17434E27" w14:textId="77777777" w:rsidR="001D08E1" w:rsidRPr="00511BC3" w:rsidRDefault="001D08E1">
            <w:pPr>
              <w:spacing w:after="0" w:line="240" w:lineRule="auto"/>
              <w:rPr>
                <w:color w:val="auto"/>
                <w:sz w:val="22"/>
              </w:rPr>
            </w:pPr>
            <w:r w:rsidRPr="00511BC3">
              <w:rPr>
                <w:b/>
                <w:color w:val="auto"/>
                <w:sz w:val="22"/>
              </w:rPr>
              <w:t xml:space="preserve">Surplus or deficit </w:t>
            </w:r>
          </w:p>
        </w:tc>
        <w:tc>
          <w:tcPr>
            <w:tcW w:w="1871" w:type="dxa"/>
            <w:shd w:val="clear" w:color="auto" w:fill="000000"/>
            <w:tcMar>
              <w:top w:w="110" w:type="dxa"/>
              <w:left w:w="100" w:type="dxa"/>
              <w:bottom w:w="110" w:type="dxa"/>
              <w:right w:w="100" w:type="dxa"/>
            </w:tcMar>
            <w:vAlign w:val="center"/>
          </w:tcPr>
          <w:p w14:paraId="0C19FABD" w14:textId="77777777" w:rsidR="001D08E1" w:rsidRPr="00511BC3" w:rsidRDefault="001D08E1">
            <w:pPr>
              <w:spacing w:after="0" w:line="240" w:lineRule="auto"/>
              <w:rPr>
                <w:color w:val="auto"/>
                <w:sz w:val="22"/>
              </w:rPr>
            </w:pPr>
            <w:r w:rsidRPr="00511BC3">
              <w:rPr>
                <w:b/>
                <w:color w:val="auto"/>
                <w:sz w:val="22"/>
              </w:rPr>
              <w:t xml:space="preserve">Unrestricted reserves </w:t>
            </w:r>
          </w:p>
        </w:tc>
        <w:tc>
          <w:tcPr>
            <w:tcW w:w="1871" w:type="dxa"/>
            <w:shd w:val="clear" w:color="auto" w:fill="000000"/>
            <w:tcMar>
              <w:top w:w="110" w:type="dxa"/>
              <w:left w:w="100" w:type="dxa"/>
              <w:bottom w:w="110" w:type="dxa"/>
              <w:right w:w="100" w:type="dxa"/>
            </w:tcMar>
            <w:vAlign w:val="center"/>
          </w:tcPr>
          <w:p w14:paraId="5BB4E150" w14:textId="77777777" w:rsidR="001D08E1" w:rsidRPr="00511BC3" w:rsidRDefault="001D08E1">
            <w:pPr>
              <w:spacing w:after="0" w:line="240" w:lineRule="auto"/>
              <w:rPr>
                <w:color w:val="auto"/>
                <w:sz w:val="22"/>
              </w:rPr>
            </w:pPr>
            <w:r w:rsidRPr="00511BC3">
              <w:rPr>
                <w:b/>
                <w:color w:val="auto"/>
                <w:sz w:val="22"/>
              </w:rPr>
              <w:t xml:space="preserve">Restricted reserves </w:t>
            </w:r>
          </w:p>
        </w:tc>
      </w:tr>
      <w:tr w:rsidR="001D08E1" w:rsidRPr="00511BC3" w14:paraId="2A2C2CD1" w14:textId="77777777">
        <w:trPr>
          <w:cantSplit/>
          <w:jc w:val="center"/>
        </w:trPr>
        <w:tc>
          <w:tcPr>
            <w:tcW w:w="2426" w:type="dxa"/>
            <w:tcBorders>
              <w:bottom w:val="single" w:sz="6" w:space="0" w:color="D9D9D9"/>
            </w:tcBorders>
            <w:shd w:val="clear" w:color="auto" w:fill="FFFFFF"/>
            <w:tcMar>
              <w:top w:w="90" w:type="dxa"/>
              <w:left w:w="110" w:type="dxa"/>
              <w:bottom w:w="90" w:type="dxa"/>
              <w:right w:w="110" w:type="dxa"/>
            </w:tcMar>
            <w:vAlign w:val="center"/>
          </w:tcPr>
          <w:p w14:paraId="1032C300" w14:textId="698E6F8D" w:rsidR="001D08E1" w:rsidRPr="00511BC3" w:rsidRDefault="001D08E1">
            <w:pPr>
              <w:spacing w:after="0" w:line="240" w:lineRule="auto"/>
              <w:rPr>
                <w:color w:val="auto"/>
                <w:sz w:val="22"/>
              </w:rPr>
            </w:pPr>
            <w:r>
              <w:rPr>
                <w:color w:val="auto"/>
                <w:sz w:val="22"/>
              </w:rPr>
              <w:t xml:space="preserve">Current Financial Year Forecast </w:t>
            </w:r>
            <w:r w:rsidRPr="00000AAA">
              <w:rPr>
                <w:color w:val="595959" w:themeColor="text1" w:themeTint="A6"/>
                <w:sz w:val="16"/>
                <w:szCs w:val="16"/>
              </w:rPr>
              <w:t>[INSERT FINANCIAL YEAR</w:t>
            </w:r>
            <w:r w:rsidR="00595224" w:rsidRPr="00000AAA">
              <w:rPr>
                <w:color w:val="595959" w:themeColor="text1" w:themeTint="A6"/>
                <w:sz w:val="16"/>
                <w:szCs w:val="16"/>
              </w:rPr>
              <w:t xml:space="preserve"> HERE</w:t>
            </w:r>
            <w:r w:rsidRPr="00000AAA">
              <w:rPr>
                <w:color w:val="595959" w:themeColor="text1" w:themeTint="A6"/>
                <w:sz w:val="16"/>
                <w:szCs w:val="16"/>
              </w:rPr>
              <w:t>]</w:t>
            </w:r>
          </w:p>
        </w:tc>
        <w:tc>
          <w:tcPr>
            <w:tcW w:w="1814" w:type="dxa"/>
            <w:tcBorders>
              <w:bottom w:val="single" w:sz="6" w:space="0" w:color="D9D9D9"/>
            </w:tcBorders>
            <w:shd w:val="clear" w:color="auto" w:fill="FFFFFF"/>
            <w:tcMar>
              <w:top w:w="90" w:type="dxa"/>
              <w:left w:w="110" w:type="dxa"/>
              <w:bottom w:w="90" w:type="dxa"/>
              <w:right w:w="110" w:type="dxa"/>
            </w:tcMar>
            <w:vAlign w:val="center"/>
          </w:tcPr>
          <w:p w14:paraId="066F9D10" w14:textId="77777777" w:rsidR="001D08E1" w:rsidRPr="00511BC3" w:rsidRDefault="001D08E1">
            <w:pPr>
              <w:spacing w:after="0" w:line="240" w:lineRule="auto"/>
              <w:rPr>
                <w:color w:val="auto"/>
                <w:sz w:val="22"/>
              </w:rPr>
            </w:pPr>
            <w:r>
              <w:rPr>
                <w:color w:val="auto"/>
                <w:sz w:val="22"/>
              </w:rPr>
              <w:t>£</w:t>
            </w:r>
          </w:p>
        </w:tc>
        <w:tc>
          <w:tcPr>
            <w:tcW w:w="1814" w:type="dxa"/>
            <w:tcBorders>
              <w:bottom w:val="single" w:sz="6" w:space="0" w:color="D9D9D9"/>
            </w:tcBorders>
            <w:shd w:val="clear" w:color="auto" w:fill="FFFFFF"/>
            <w:tcMar>
              <w:top w:w="90" w:type="dxa"/>
              <w:left w:w="110" w:type="dxa"/>
              <w:bottom w:w="90" w:type="dxa"/>
              <w:right w:w="110" w:type="dxa"/>
            </w:tcMar>
            <w:vAlign w:val="center"/>
          </w:tcPr>
          <w:p w14:paraId="02E91BEC" w14:textId="77777777" w:rsidR="001D08E1" w:rsidRDefault="001D08E1">
            <w:pPr>
              <w:spacing w:after="0" w:line="240" w:lineRule="auto"/>
              <w:rPr>
                <w:color w:val="auto"/>
                <w:sz w:val="22"/>
              </w:rPr>
            </w:pPr>
            <w:r>
              <w:rPr>
                <w:color w:val="auto"/>
                <w:sz w:val="22"/>
              </w:rPr>
              <w:t>£</w:t>
            </w:r>
          </w:p>
        </w:tc>
        <w:tc>
          <w:tcPr>
            <w:tcW w:w="1871" w:type="dxa"/>
            <w:tcBorders>
              <w:bottom w:val="single" w:sz="6" w:space="0" w:color="D9D9D9"/>
            </w:tcBorders>
            <w:shd w:val="clear" w:color="auto" w:fill="FFFFFF"/>
            <w:tcMar>
              <w:top w:w="90" w:type="dxa"/>
              <w:left w:w="110" w:type="dxa"/>
              <w:bottom w:w="90" w:type="dxa"/>
              <w:right w:w="110" w:type="dxa"/>
            </w:tcMar>
            <w:vAlign w:val="center"/>
          </w:tcPr>
          <w:p w14:paraId="43E0ED8C" w14:textId="77777777" w:rsidR="001D08E1" w:rsidRPr="00511BC3" w:rsidRDefault="001D08E1">
            <w:pPr>
              <w:spacing w:after="0" w:line="240" w:lineRule="auto"/>
              <w:rPr>
                <w:color w:val="auto"/>
                <w:sz w:val="22"/>
              </w:rPr>
            </w:pPr>
            <w:r>
              <w:rPr>
                <w:color w:val="auto"/>
                <w:sz w:val="22"/>
              </w:rPr>
              <w:t>£</w:t>
            </w:r>
          </w:p>
        </w:tc>
        <w:tc>
          <w:tcPr>
            <w:tcW w:w="1871" w:type="dxa"/>
            <w:tcBorders>
              <w:bottom w:val="single" w:sz="6" w:space="0" w:color="D9D9D9"/>
            </w:tcBorders>
            <w:shd w:val="clear" w:color="auto" w:fill="FFFFFF"/>
            <w:tcMar>
              <w:top w:w="90" w:type="dxa"/>
              <w:left w:w="110" w:type="dxa"/>
              <w:bottom w:w="90" w:type="dxa"/>
              <w:right w:w="110" w:type="dxa"/>
            </w:tcMar>
            <w:vAlign w:val="center"/>
          </w:tcPr>
          <w:p w14:paraId="2705F246" w14:textId="77777777" w:rsidR="001D08E1" w:rsidRPr="00511BC3" w:rsidRDefault="001D08E1">
            <w:pPr>
              <w:spacing w:after="0" w:line="240" w:lineRule="auto"/>
              <w:rPr>
                <w:color w:val="auto"/>
                <w:sz w:val="22"/>
              </w:rPr>
            </w:pPr>
            <w:r>
              <w:rPr>
                <w:color w:val="auto"/>
                <w:sz w:val="22"/>
              </w:rPr>
              <w:t>£</w:t>
            </w:r>
          </w:p>
        </w:tc>
      </w:tr>
      <w:tr w:rsidR="001D08E1" w:rsidRPr="00511BC3" w14:paraId="62E58DD1" w14:textId="77777777">
        <w:trPr>
          <w:cantSplit/>
          <w:jc w:val="center"/>
        </w:trPr>
        <w:tc>
          <w:tcPr>
            <w:tcW w:w="2426" w:type="dxa"/>
            <w:tcMar>
              <w:top w:w="90" w:type="dxa"/>
              <w:left w:w="110" w:type="dxa"/>
              <w:bottom w:w="90" w:type="dxa"/>
              <w:right w:w="110" w:type="dxa"/>
            </w:tcMar>
            <w:vAlign w:val="center"/>
          </w:tcPr>
          <w:p w14:paraId="7BC0090A" w14:textId="36B3BDE0" w:rsidR="001D08E1" w:rsidRPr="00511BC3" w:rsidRDefault="001D08E1">
            <w:pPr>
              <w:spacing w:after="0" w:line="240" w:lineRule="auto"/>
              <w:rPr>
                <w:color w:val="auto"/>
                <w:sz w:val="22"/>
              </w:rPr>
            </w:pPr>
            <w:r w:rsidRPr="00511BC3">
              <w:rPr>
                <w:color w:val="auto"/>
                <w:sz w:val="22"/>
              </w:rPr>
              <w:t>Most recent completed year</w:t>
            </w:r>
            <w:r>
              <w:rPr>
                <w:color w:val="auto"/>
                <w:sz w:val="22"/>
              </w:rPr>
              <w:t xml:space="preserve"> </w:t>
            </w:r>
            <w:r>
              <w:rPr>
                <w:color w:val="auto"/>
                <w:sz w:val="22"/>
              </w:rPr>
              <w:br/>
            </w:r>
            <w:r w:rsidRPr="00000AAA">
              <w:rPr>
                <w:color w:val="595959" w:themeColor="text1" w:themeTint="A6"/>
                <w:sz w:val="16"/>
                <w:szCs w:val="16"/>
              </w:rPr>
              <w:t>[INSERT FINANCIAL YEAR</w:t>
            </w:r>
            <w:r w:rsidR="00595224" w:rsidRPr="00000AAA">
              <w:rPr>
                <w:color w:val="595959" w:themeColor="text1" w:themeTint="A6"/>
                <w:sz w:val="16"/>
                <w:szCs w:val="16"/>
              </w:rPr>
              <w:t xml:space="preserve"> HERE</w:t>
            </w:r>
            <w:r w:rsidRPr="00000AAA">
              <w:rPr>
                <w:color w:val="595959" w:themeColor="text1" w:themeTint="A6"/>
                <w:sz w:val="16"/>
                <w:szCs w:val="16"/>
              </w:rPr>
              <w:t>]</w:t>
            </w:r>
          </w:p>
        </w:tc>
        <w:tc>
          <w:tcPr>
            <w:tcW w:w="1814" w:type="dxa"/>
            <w:tcMar>
              <w:top w:w="90" w:type="dxa"/>
              <w:left w:w="110" w:type="dxa"/>
              <w:bottom w:w="90" w:type="dxa"/>
              <w:right w:w="110" w:type="dxa"/>
            </w:tcMar>
            <w:vAlign w:val="center"/>
          </w:tcPr>
          <w:p w14:paraId="1127D0E7" w14:textId="77777777" w:rsidR="001D08E1" w:rsidRPr="00511BC3" w:rsidRDefault="001D08E1">
            <w:pPr>
              <w:spacing w:after="0" w:line="240" w:lineRule="auto"/>
              <w:rPr>
                <w:color w:val="auto"/>
                <w:sz w:val="22"/>
              </w:rPr>
            </w:pPr>
            <w:r w:rsidRPr="00511BC3">
              <w:rPr>
                <w:color w:val="auto"/>
                <w:sz w:val="22"/>
              </w:rPr>
              <w:t>£</w:t>
            </w:r>
          </w:p>
        </w:tc>
        <w:tc>
          <w:tcPr>
            <w:tcW w:w="1814" w:type="dxa"/>
            <w:tcMar>
              <w:top w:w="90" w:type="dxa"/>
              <w:left w:w="110" w:type="dxa"/>
              <w:bottom w:w="90" w:type="dxa"/>
              <w:right w:w="110" w:type="dxa"/>
            </w:tcMar>
            <w:vAlign w:val="center"/>
          </w:tcPr>
          <w:p w14:paraId="3F85E298" w14:textId="77777777" w:rsidR="001D08E1" w:rsidRPr="00511BC3" w:rsidRDefault="001D08E1">
            <w:pPr>
              <w:spacing w:after="0" w:line="240" w:lineRule="auto"/>
              <w:rPr>
                <w:color w:val="auto"/>
                <w:sz w:val="22"/>
              </w:rPr>
            </w:pPr>
            <w:r>
              <w:rPr>
                <w:color w:val="auto"/>
                <w:sz w:val="22"/>
              </w:rPr>
              <w:t>£</w:t>
            </w:r>
          </w:p>
        </w:tc>
        <w:tc>
          <w:tcPr>
            <w:tcW w:w="1871" w:type="dxa"/>
            <w:tcMar>
              <w:top w:w="90" w:type="dxa"/>
              <w:left w:w="110" w:type="dxa"/>
              <w:bottom w:w="90" w:type="dxa"/>
              <w:right w:w="110" w:type="dxa"/>
            </w:tcMar>
            <w:vAlign w:val="center"/>
          </w:tcPr>
          <w:p w14:paraId="0E52AF4C" w14:textId="77777777" w:rsidR="001D08E1" w:rsidRPr="00511BC3" w:rsidRDefault="001D08E1">
            <w:pPr>
              <w:spacing w:after="0" w:line="240" w:lineRule="auto"/>
              <w:rPr>
                <w:color w:val="auto"/>
                <w:sz w:val="22"/>
              </w:rPr>
            </w:pPr>
            <w:r w:rsidRPr="00511BC3">
              <w:rPr>
                <w:color w:val="auto"/>
                <w:sz w:val="22"/>
              </w:rPr>
              <w:t>£</w:t>
            </w:r>
          </w:p>
        </w:tc>
        <w:tc>
          <w:tcPr>
            <w:tcW w:w="1871" w:type="dxa"/>
            <w:tcMar>
              <w:top w:w="90" w:type="dxa"/>
              <w:left w:w="110" w:type="dxa"/>
              <w:bottom w:w="90" w:type="dxa"/>
              <w:right w:w="110" w:type="dxa"/>
            </w:tcMar>
            <w:vAlign w:val="center"/>
          </w:tcPr>
          <w:p w14:paraId="151BB46E" w14:textId="77777777" w:rsidR="001D08E1" w:rsidRPr="00511BC3" w:rsidRDefault="001D08E1">
            <w:pPr>
              <w:spacing w:after="0" w:line="240" w:lineRule="auto"/>
              <w:rPr>
                <w:color w:val="auto"/>
                <w:sz w:val="22"/>
              </w:rPr>
            </w:pPr>
            <w:r w:rsidRPr="00511BC3">
              <w:rPr>
                <w:color w:val="auto"/>
                <w:sz w:val="22"/>
              </w:rPr>
              <w:t>£</w:t>
            </w:r>
          </w:p>
        </w:tc>
      </w:tr>
      <w:tr w:rsidR="001D08E1" w:rsidRPr="00511BC3" w14:paraId="262522AD" w14:textId="77777777">
        <w:trPr>
          <w:cantSplit/>
          <w:jc w:val="center"/>
        </w:trPr>
        <w:tc>
          <w:tcPr>
            <w:tcW w:w="2426" w:type="dxa"/>
            <w:tcMar>
              <w:top w:w="90" w:type="dxa"/>
              <w:left w:w="110" w:type="dxa"/>
              <w:bottom w:w="90" w:type="dxa"/>
              <w:right w:w="110" w:type="dxa"/>
            </w:tcMar>
            <w:vAlign w:val="center"/>
          </w:tcPr>
          <w:p w14:paraId="1B7E6B10" w14:textId="08BB654D" w:rsidR="001D08E1" w:rsidRPr="00511BC3" w:rsidRDefault="001D08E1">
            <w:pPr>
              <w:spacing w:after="0" w:line="240" w:lineRule="auto"/>
              <w:rPr>
                <w:color w:val="auto"/>
                <w:sz w:val="22"/>
              </w:rPr>
            </w:pPr>
            <w:r>
              <w:rPr>
                <w:color w:val="auto"/>
                <w:sz w:val="22"/>
              </w:rPr>
              <w:t xml:space="preserve">Preceding completed </w:t>
            </w:r>
            <w:r w:rsidRPr="00511BC3">
              <w:rPr>
                <w:color w:val="auto"/>
                <w:sz w:val="22"/>
              </w:rPr>
              <w:t>year</w:t>
            </w:r>
            <w:r>
              <w:rPr>
                <w:color w:val="auto"/>
                <w:sz w:val="22"/>
              </w:rPr>
              <w:t xml:space="preserve"> </w:t>
            </w:r>
            <w:r>
              <w:rPr>
                <w:color w:val="auto"/>
                <w:sz w:val="22"/>
              </w:rPr>
              <w:br/>
            </w:r>
            <w:r w:rsidRPr="00000AAA">
              <w:rPr>
                <w:color w:val="595959" w:themeColor="text1" w:themeTint="A6"/>
                <w:sz w:val="16"/>
                <w:szCs w:val="16"/>
              </w:rPr>
              <w:t>[INSERT FINANCIAL YEAR</w:t>
            </w:r>
            <w:r w:rsidR="00595224" w:rsidRPr="00000AAA">
              <w:rPr>
                <w:color w:val="595959" w:themeColor="text1" w:themeTint="A6"/>
                <w:sz w:val="16"/>
                <w:szCs w:val="16"/>
              </w:rPr>
              <w:t xml:space="preserve"> HERE</w:t>
            </w:r>
            <w:r w:rsidRPr="00000AAA">
              <w:rPr>
                <w:color w:val="595959" w:themeColor="text1" w:themeTint="A6"/>
                <w:sz w:val="16"/>
                <w:szCs w:val="16"/>
              </w:rPr>
              <w:t>]</w:t>
            </w:r>
          </w:p>
        </w:tc>
        <w:tc>
          <w:tcPr>
            <w:tcW w:w="1814" w:type="dxa"/>
            <w:tcMar>
              <w:top w:w="90" w:type="dxa"/>
              <w:left w:w="110" w:type="dxa"/>
              <w:bottom w:w="90" w:type="dxa"/>
              <w:right w:w="110" w:type="dxa"/>
            </w:tcMar>
            <w:vAlign w:val="center"/>
          </w:tcPr>
          <w:p w14:paraId="5BDDFA03" w14:textId="77777777" w:rsidR="001D08E1" w:rsidRPr="00511BC3" w:rsidRDefault="001D08E1">
            <w:pPr>
              <w:spacing w:after="0" w:line="240" w:lineRule="auto"/>
              <w:rPr>
                <w:color w:val="auto"/>
                <w:sz w:val="22"/>
              </w:rPr>
            </w:pPr>
            <w:r w:rsidRPr="00511BC3">
              <w:rPr>
                <w:color w:val="auto"/>
                <w:sz w:val="22"/>
              </w:rPr>
              <w:t>£</w:t>
            </w:r>
          </w:p>
        </w:tc>
        <w:tc>
          <w:tcPr>
            <w:tcW w:w="1814" w:type="dxa"/>
            <w:tcMar>
              <w:top w:w="90" w:type="dxa"/>
              <w:left w:w="110" w:type="dxa"/>
              <w:bottom w:w="90" w:type="dxa"/>
              <w:right w:w="110" w:type="dxa"/>
            </w:tcMar>
            <w:vAlign w:val="center"/>
          </w:tcPr>
          <w:p w14:paraId="6DCD1D94" w14:textId="77777777" w:rsidR="001D08E1" w:rsidRPr="00511BC3" w:rsidRDefault="001D08E1">
            <w:pPr>
              <w:spacing w:after="0" w:line="240" w:lineRule="auto"/>
              <w:rPr>
                <w:color w:val="auto"/>
                <w:sz w:val="22"/>
              </w:rPr>
            </w:pPr>
            <w:r>
              <w:rPr>
                <w:color w:val="auto"/>
                <w:sz w:val="22"/>
              </w:rPr>
              <w:t>£</w:t>
            </w:r>
          </w:p>
        </w:tc>
        <w:tc>
          <w:tcPr>
            <w:tcW w:w="1871" w:type="dxa"/>
            <w:tcMar>
              <w:top w:w="90" w:type="dxa"/>
              <w:left w:w="110" w:type="dxa"/>
              <w:bottom w:w="90" w:type="dxa"/>
              <w:right w:w="110" w:type="dxa"/>
            </w:tcMar>
            <w:vAlign w:val="center"/>
          </w:tcPr>
          <w:p w14:paraId="70F4A475" w14:textId="77777777" w:rsidR="001D08E1" w:rsidRPr="00511BC3" w:rsidRDefault="001D08E1">
            <w:pPr>
              <w:spacing w:after="0" w:line="240" w:lineRule="auto"/>
              <w:rPr>
                <w:color w:val="auto"/>
                <w:sz w:val="22"/>
              </w:rPr>
            </w:pPr>
            <w:r w:rsidRPr="00511BC3">
              <w:rPr>
                <w:color w:val="auto"/>
                <w:sz w:val="22"/>
              </w:rPr>
              <w:t>£</w:t>
            </w:r>
          </w:p>
        </w:tc>
        <w:tc>
          <w:tcPr>
            <w:tcW w:w="1871" w:type="dxa"/>
            <w:tcMar>
              <w:top w:w="90" w:type="dxa"/>
              <w:left w:w="110" w:type="dxa"/>
              <w:bottom w:w="90" w:type="dxa"/>
              <w:right w:w="110" w:type="dxa"/>
            </w:tcMar>
            <w:vAlign w:val="center"/>
          </w:tcPr>
          <w:p w14:paraId="745619B5" w14:textId="77777777" w:rsidR="001D08E1" w:rsidRPr="00511BC3" w:rsidRDefault="001D08E1">
            <w:pPr>
              <w:spacing w:after="0" w:line="240" w:lineRule="auto"/>
              <w:rPr>
                <w:color w:val="auto"/>
                <w:sz w:val="22"/>
              </w:rPr>
            </w:pPr>
            <w:r w:rsidRPr="00511BC3">
              <w:rPr>
                <w:color w:val="auto"/>
                <w:sz w:val="22"/>
              </w:rPr>
              <w:t>£</w:t>
            </w:r>
          </w:p>
        </w:tc>
      </w:tr>
    </w:tbl>
    <w:p w14:paraId="79B00C4E" w14:textId="77777777" w:rsidR="001D08E1" w:rsidRPr="00511BC3" w:rsidRDefault="001D08E1" w:rsidP="001D08E1">
      <w:pPr>
        <w:spacing w:after="0" w:line="240" w:lineRule="auto"/>
        <w:rPr>
          <w:color w:val="auto"/>
          <w:sz w:val="22"/>
        </w:rPr>
      </w:pP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552"/>
        <w:gridCol w:w="6237"/>
      </w:tblGrid>
      <w:tr w:rsidR="001D08E1" w:rsidRPr="00511BC3" w14:paraId="3963D9E4" w14:textId="77777777">
        <w:trPr>
          <w:cantSplit/>
          <w:jc w:val="center"/>
        </w:trPr>
        <w:tc>
          <w:tcPr>
            <w:tcW w:w="3552" w:type="dxa"/>
            <w:shd w:val="clear" w:color="auto" w:fill="E7E6E6"/>
            <w:tcMar>
              <w:top w:w="90" w:type="dxa"/>
              <w:left w:w="110" w:type="dxa"/>
              <w:bottom w:w="90" w:type="dxa"/>
              <w:right w:w="110" w:type="dxa"/>
            </w:tcMar>
            <w:vAlign w:val="center"/>
          </w:tcPr>
          <w:p w14:paraId="71D4F4C9" w14:textId="77777777" w:rsidR="001D08E1" w:rsidRDefault="001D08E1">
            <w:pPr>
              <w:spacing w:after="0" w:line="240" w:lineRule="auto"/>
              <w:rPr>
                <w:b/>
                <w:color w:val="auto"/>
                <w:sz w:val="22"/>
              </w:rPr>
            </w:pPr>
            <w:r w:rsidRPr="00511BC3">
              <w:rPr>
                <w:b/>
                <w:color w:val="auto"/>
                <w:sz w:val="22"/>
              </w:rPr>
              <w:t>Current available cash balance</w:t>
            </w:r>
          </w:p>
          <w:p w14:paraId="11BFA4CE" w14:textId="7BAC46E9" w:rsidR="001D08E1" w:rsidRPr="00511BC3" w:rsidRDefault="001D08E1">
            <w:pPr>
              <w:spacing w:after="0" w:line="240" w:lineRule="auto"/>
              <w:rPr>
                <w:color w:val="auto"/>
                <w:sz w:val="22"/>
              </w:rPr>
            </w:pPr>
            <w:r w:rsidRPr="009D32E0">
              <w:rPr>
                <w:color w:val="000000" w:themeColor="text1"/>
                <w:sz w:val="16"/>
                <w:szCs w:val="16"/>
              </w:rPr>
              <w:t xml:space="preserve">[INSERT </w:t>
            </w:r>
            <w:r>
              <w:rPr>
                <w:color w:val="000000" w:themeColor="text1"/>
                <w:sz w:val="16"/>
                <w:szCs w:val="16"/>
              </w:rPr>
              <w:t>‘AS OF’ DATE</w:t>
            </w:r>
            <w:r w:rsidR="00595224">
              <w:rPr>
                <w:color w:val="000000" w:themeColor="text1"/>
                <w:sz w:val="16"/>
                <w:szCs w:val="16"/>
              </w:rPr>
              <w:t xml:space="preserve"> HERE</w:t>
            </w:r>
            <w:r w:rsidRPr="009D32E0">
              <w:rPr>
                <w:color w:val="000000" w:themeColor="text1"/>
                <w:sz w:val="16"/>
                <w:szCs w:val="16"/>
              </w:rPr>
              <w:t>]</w:t>
            </w:r>
          </w:p>
        </w:tc>
        <w:tc>
          <w:tcPr>
            <w:tcW w:w="6237" w:type="dxa"/>
            <w:shd w:val="clear" w:color="auto" w:fill="FFFFFF"/>
            <w:tcMar>
              <w:top w:w="90" w:type="dxa"/>
              <w:left w:w="110" w:type="dxa"/>
              <w:bottom w:w="90" w:type="dxa"/>
              <w:right w:w="110" w:type="dxa"/>
            </w:tcMar>
            <w:vAlign w:val="center"/>
          </w:tcPr>
          <w:p w14:paraId="002227F7" w14:textId="77777777" w:rsidR="001D08E1" w:rsidRPr="00511BC3" w:rsidRDefault="001D08E1">
            <w:pPr>
              <w:spacing w:after="0" w:line="240" w:lineRule="auto"/>
              <w:rPr>
                <w:color w:val="auto"/>
                <w:sz w:val="22"/>
              </w:rPr>
            </w:pPr>
            <w:r w:rsidRPr="00511BC3">
              <w:rPr>
                <w:color w:val="auto"/>
                <w:sz w:val="22"/>
              </w:rPr>
              <w:t>£</w:t>
            </w:r>
          </w:p>
        </w:tc>
      </w:tr>
      <w:tr w:rsidR="001D08E1" w:rsidRPr="00511BC3" w14:paraId="59155804" w14:textId="77777777">
        <w:trPr>
          <w:cantSplit/>
          <w:jc w:val="center"/>
        </w:trPr>
        <w:tc>
          <w:tcPr>
            <w:tcW w:w="3552" w:type="dxa"/>
            <w:shd w:val="clear" w:color="auto" w:fill="E7E6E6"/>
            <w:tcMar>
              <w:top w:w="90" w:type="dxa"/>
              <w:left w:w="110" w:type="dxa"/>
              <w:bottom w:w="90" w:type="dxa"/>
              <w:right w:w="110" w:type="dxa"/>
            </w:tcMar>
            <w:vAlign w:val="center"/>
          </w:tcPr>
          <w:p w14:paraId="46AACB48" w14:textId="77777777" w:rsidR="001D08E1" w:rsidRDefault="001D08E1">
            <w:pPr>
              <w:spacing w:after="0" w:line="240" w:lineRule="auto"/>
              <w:rPr>
                <w:b/>
                <w:color w:val="auto"/>
                <w:sz w:val="22"/>
              </w:rPr>
            </w:pPr>
            <w:r w:rsidRPr="00511BC3">
              <w:rPr>
                <w:b/>
                <w:color w:val="auto"/>
                <w:sz w:val="22"/>
              </w:rPr>
              <w:t>Unrestricted free reserves</w:t>
            </w:r>
          </w:p>
          <w:p w14:paraId="21456E03" w14:textId="542BACF5" w:rsidR="001D08E1" w:rsidRPr="00511BC3" w:rsidRDefault="001D08E1">
            <w:pPr>
              <w:spacing w:after="0" w:line="240" w:lineRule="auto"/>
              <w:rPr>
                <w:color w:val="auto"/>
                <w:sz w:val="22"/>
              </w:rPr>
            </w:pPr>
            <w:r>
              <w:rPr>
                <w:color w:val="000000" w:themeColor="text1"/>
                <w:sz w:val="16"/>
                <w:szCs w:val="16"/>
              </w:rPr>
              <w:t>[</w:t>
            </w:r>
            <w:r w:rsidRPr="009D32E0">
              <w:rPr>
                <w:color w:val="000000" w:themeColor="text1"/>
                <w:sz w:val="16"/>
                <w:szCs w:val="16"/>
              </w:rPr>
              <w:t xml:space="preserve">INSERT </w:t>
            </w:r>
            <w:r>
              <w:rPr>
                <w:color w:val="000000" w:themeColor="text1"/>
                <w:sz w:val="16"/>
                <w:szCs w:val="16"/>
              </w:rPr>
              <w:t>‘AS OF’ DATE</w:t>
            </w:r>
            <w:r w:rsidR="00595224">
              <w:rPr>
                <w:color w:val="000000" w:themeColor="text1"/>
                <w:sz w:val="16"/>
                <w:szCs w:val="16"/>
              </w:rPr>
              <w:t xml:space="preserve"> HERE</w:t>
            </w:r>
            <w:r w:rsidRPr="009D32E0">
              <w:rPr>
                <w:color w:val="000000" w:themeColor="text1"/>
                <w:sz w:val="16"/>
                <w:szCs w:val="16"/>
              </w:rPr>
              <w:t>]</w:t>
            </w:r>
          </w:p>
        </w:tc>
        <w:tc>
          <w:tcPr>
            <w:tcW w:w="6237" w:type="dxa"/>
            <w:shd w:val="clear" w:color="auto" w:fill="FFFFFF"/>
            <w:tcMar>
              <w:top w:w="90" w:type="dxa"/>
              <w:left w:w="110" w:type="dxa"/>
              <w:bottom w:w="90" w:type="dxa"/>
              <w:right w:w="110" w:type="dxa"/>
            </w:tcMar>
            <w:vAlign w:val="center"/>
          </w:tcPr>
          <w:p w14:paraId="7F9A2F4B" w14:textId="77777777" w:rsidR="001D08E1" w:rsidRPr="00511BC3" w:rsidRDefault="001D08E1">
            <w:pPr>
              <w:spacing w:after="0" w:line="240" w:lineRule="auto"/>
              <w:rPr>
                <w:color w:val="auto"/>
                <w:sz w:val="22"/>
              </w:rPr>
            </w:pPr>
            <w:r w:rsidRPr="00511BC3">
              <w:rPr>
                <w:color w:val="auto"/>
                <w:sz w:val="22"/>
              </w:rPr>
              <w:t>£</w:t>
            </w:r>
          </w:p>
        </w:tc>
      </w:tr>
      <w:tr w:rsidR="001D08E1" w:rsidRPr="00511BC3" w14:paraId="3A564A54" w14:textId="77777777">
        <w:trPr>
          <w:cantSplit/>
          <w:jc w:val="center"/>
        </w:trPr>
        <w:tc>
          <w:tcPr>
            <w:tcW w:w="3552" w:type="dxa"/>
            <w:shd w:val="clear" w:color="auto" w:fill="E7E6E6"/>
            <w:tcMar>
              <w:top w:w="90" w:type="dxa"/>
              <w:left w:w="110" w:type="dxa"/>
              <w:bottom w:w="90" w:type="dxa"/>
              <w:right w:w="110" w:type="dxa"/>
            </w:tcMar>
            <w:vAlign w:val="center"/>
          </w:tcPr>
          <w:p w14:paraId="22DE7064" w14:textId="77777777" w:rsidR="001D08E1" w:rsidRPr="00511BC3" w:rsidRDefault="001D08E1">
            <w:pPr>
              <w:spacing w:after="0" w:line="240" w:lineRule="auto"/>
              <w:rPr>
                <w:color w:val="auto"/>
                <w:sz w:val="22"/>
              </w:rPr>
            </w:pPr>
            <w:r w:rsidRPr="00511BC3">
              <w:rPr>
                <w:b/>
                <w:color w:val="auto"/>
                <w:sz w:val="22"/>
              </w:rPr>
              <w:t>Months of operating costs covered by unrestricted free reserves</w:t>
            </w:r>
          </w:p>
        </w:tc>
        <w:tc>
          <w:tcPr>
            <w:tcW w:w="6237" w:type="dxa"/>
            <w:shd w:val="clear" w:color="auto" w:fill="FFFFFF"/>
            <w:tcMar>
              <w:top w:w="90" w:type="dxa"/>
              <w:left w:w="110" w:type="dxa"/>
              <w:bottom w:w="90" w:type="dxa"/>
              <w:right w:w="110" w:type="dxa"/>
            </w:tcMar>
            <w:vAlign w:val="center"/>
          </w:tcPr>
          <w:p w14:paraId="4A8A6520" w14:textId="77777777" w:rsidR="001D08E1" w:rsidRPr="00511BC3" w:rsidRDefault="001D08E1">
            <w:pPr>
              <w:spacing w:after="0" w:line="240" w:lineRule="auto"/>
              <w:rPr>
                <w:color w:val="auto"/>
                <w:sz w:val="22"/>
              </w:rPr>
            </w:pPr>
          </w:p>
        </w:tc>
      </w:tr>
      <w:tr w:rsidR="001D08E1" w:rsidRPr="00511BC3" w14:paraId="2F342314" w14:textId="77777777">
        <w:trPr>
          <w:cantSplit/>
          <w:jc w:val="center"/>
        </w:trPr>
        <w:tc>
          <w:tcPr>
            <w:tcW w:w="3552" w:type="dxa"/>
            <w:shd w:val="clear" w:color="auto" w:fill="E7E6E6"/>
            <w:tcMar>
              <w:top w:w="90" w:type="dxa"/>
              <w:left w:w="110" w:type="dxa"/>
              <w:bottom w:w="90" w:type="dxa"/>
              <w:right w:w="110" w:type="dxa"/>
            </w:tcMar>
            <w:vAlign w:val="center"/>
          </w:tcPr>
          <w:p w14:paraId="1B6E39DB" w14:textId="77777777" w:rsidR="001D08E1" w:rsidRPr="00511BC3" w:rsidRDefault="001D08E1">
            <w:pPr>
              <w:spacing w:after="0" w:line="240" w:lineRule="auto"/>
              <w:rPr>
                <w:color w:val="auto"/>
                <w:sz w:val="22"/>
              </w:rPr>
            </w:pPr>
            <w:r w:rsidRPr="00511BC3">
              <w:rPr>
                <w:b/>
                <w:color w:val="auto"/>
                <w:sz w:val="22"/>
              </w:rPr>
              <w:t>Current reserves policy target</w:t>
            </w:r>
          </w:p>
        </w:tc>
        <w:tc>
          <w:tcPr>
            <w:tcW w:w="6237" w:type="dxa"/>
            <w:shd w:val="clear" w:color="auto" w:fill="FFFFFF"/>
            <w:tcMar>
              <w:top w:w="90" w:type="dxa"/>
              <w:left w:w="110" w:type="dxa"/>
              <w:bottom w:w="90" w:type="dxa"/>
              <w:right w:w="110" w:type="dxa"/>
            </w:tcMar>
            <w:vAlign w:val="center"/>
          </w:tcPr>
          <w:p w14:paraId="6EAE4904" w14:textId="77777777" w:rsidR="001D08E1" w:rsidRPr="00511BC3" w:rsidRDefault="001D08E1">
            <w:pPr>
              <w:spacing w:after="0" w:line="240" w:lineRule="auto"/>
              <w:rPr>
                <w:color w:val="auto"/>
                <w:sz w:val="22"/>
              </w:rPr>
            </w:pPr>
          </w:p>
        </w:tc>
      </w:tr>
      <w:tr w:rsidR="001D08E1" w:rsidRPr="00511BC3" w14:paraId="613390D8" w14:textId="77777777">
        <w:trPr>
          <w:cantSplit/>
          <w:jc w:val="center"/>
        </w:trPr>
        <w:tc>
          <w:tcPr>
            <w:tcW w:w="3552" w:type="dxa"/>
            <w:shd w:val="clear" w:color="auto" w:fill="E7E6E6"/>
            <w:tcMar>
              <w:top w:w="90" w:type="dxa"/>
              <w:left w:w="110" w:type="dxa"/>
              <w:bottom w:w="90" w:type="dxa"/>
              <w:right w:w="110" w:type="dxa"/>
            </w:tcMar>
            <w:vAlign w:val="center"/>
          </w:tcPr>
          <w:p w14:paraId="7E327D12" w14:textId="02DCA93A" w:rsidR="001D08E1" w:rsidRPr="00511BC3" w:rsidRDefault="001D08E1">
            <w:pPr>
              <w:spacing w:after="0" w:line="240" w:lineRule="auto"/>
              <w:rPr>
                <w:color w:val="auto"/>
                <w:sz w:val="22"/>
              </w:rPr>
            </w:pPr>
            <w:r w:rsidRPr="00511BC3">
              <w:rPr>
                <w:b/>
                <w:color w:val="auto"/>
                <w:sz w:val="22"/>
              </w:rPr>
              <w:t>Forecast result for current financial year</w:t>
            </w:r>
            <w:r>
              <w:rPr>
                <w:b/>
                <w:color w:val="auto"/>
                <w:sz w:val="22"/>
              </w:rPr>
              <w:br/>
            </w:r>
            <w:r>
              <w:rPr>
                <w:color w:val="000000" w:themeColor="text1"/>
                <w:sz w:val="16"/>
                <w:szCs w:val="16"/>
              </w:rPr>
              <w:t>[</w:t>
            </w:r>
            <w:r w:rsidRPr="009D32E0">
              <w:rPr>
                <w:color w:val="000000" w:themeColor="text1"/>
                <w:sz w:val="16"/>
                <w:szCs w:val="16"/>
              </w:rPr>
              <w:t xml:space="preserve">INSERT </w:t>
            </w:r>
            <w:r>
              <w:rPr>
                <w:color w:val="000000" w:themeColor="text1"/>
                <w:sz w:val="16"/>
                <w:szCs w:val="16"/>
              </w:rPr>
              <w:t>FINANCIAL YEAR</w:t>
            </w:r>
            <w:r w:rsidR="00595224">
              <w:rPr>
                <w:color w:val="000000" w:themeColor="text1"/>
                <w:sz w:val="16"/>
                <w:szCs w:val="16"/>
              </w:rPr>
              <w:t xml:space="preserve"> HERE</w:t>
            </w:r>
            <w:r w:rsidRPr="009D32E0">
              <w:rPr>
                <w:color w:val="000000" w:themeColor="text1"/>
                <w:sz w:val="16"/>
                <w:szCs w:val="16"/>
              </w:rPr>
              <w:t>]</w:t>
            </w:r>
          </w:p>
        </w:tc>
        <w:tc>
          <w:tcPr>
            <w:tcW w:w="6237" w:type="dxa"/>
            <w:shd w:val="clear" w:color="auto" w:fill="FFFFFF"/>
            <w:tcMar>
              <w:top w:w="90" w:type="dxa"/>
              <w:left w:w="110" w:type="dxa"/>
              <w:bottom w:w="90" w:type="dxa"/>
              <w:right w:w="110" w:type="dxa"/>
            </w:tcMar>
            <w:vAlign w:val="center"/>
          </w:tcPr>
          <w:p w14:paraId="71F50E54" w14:textId="77777777" w:rsidR="001D08E1" w:rsidRPr="00511BC3" w:rsidRDefault="001D08E1">
            <w:pPr>
              <w:spacing w:after="0" w:line="240" w:lineRule="auto"/>
              <w:rPr>
                <w:color w:val="auto"/>
                <w:sz w:val="22"/>
              </w:rPr>
            </w:pPr>
          </w:p>
        </w:tc>
      </w:tr>
      <w:tr w:rsidR="001D08E1" w:rsidRPr="00511BC3" w14:paraId="3A2939A8" w14:textId="77777777">
        <w:trPr>
          <w:cantSplit/>
          <w:jc w:val="center"/>
        </w:trPr>
        <w:tc>
          <w:tcPr>
            <w:tcW w:w="3552" w:type="dxa"/>
            <w:shd w:val="clear" w:color="auto" w:fill="E7E6E6"/>
            <w:tcMar>
              <w:top w:w="90" w:type="dxa"/>
              <w:left w:w="110" w:type="dxa"/>
              <w:bottom w:w="90" w:type="dxa"/>
              <w:right w:w="110" w:type="dxa"/>
            </w:tcMar>
            <w:vAlign w:val="center"/>
          </w:tcPr>
          <w:p w14:paraId="124890B4" w14:textId="77777777" w:rsidR="001D08E1" w:rsidRPr="00511BC3" w:rsidRDefault="001D08E1">
            <w:pPr>
              <w:spacing w:after="0" w:line="240" w:lineRule="auto"/>
              <w:rPr>
                <w:color w:val="auto"/>
                <w:sz w:val="22"/>
              </w:rPr>
            </w:pPr>
            <w:r w:rsidRPr="00511BC3">
              <w:rPr>
                <w:b/>
                <w:color w:val="auto"/>
                <w:sz w:val="22"/>
              </w:rPr>
              <w:t>Any going-concern qualification or material uncertainty?</w:t>
            </w:r>
          </w:p>
        </w:tc>
        <w:tc>
          <w:tcPr>
            <w:tcW w:w="6237" w:type="dxa"/>
            <w:shd w:val="clear" w:color="auto" w:fill="FFFFFF"/>
            <w:tcMar>
              <w:top w:w="90" w:type="dxa"/>
              <w:left w:w="110" w:type="dxa"/>
              <w:bottom w:w="90" w:type="dxa"/>
              <w:right w:w="110" w:type="dxa"/>
            </w:tcMar>
            <w:vAlign w:val="center"/>
          </w:tcPr>
          <w:p w14:paraId="04E401E4" w14:textId="77777777" w:rsidR="001D08E1" w:rsidRPr="00511BC3" w:rsidRDefault="001D08E1">
            <w:pPr>
              <w:spacing w:after="0" w:line="240" w:lineRule="auto"/>
              <w:rPr>
                <w:color w:val="auto"/>
                <w:sz w:val="22"/>
              </w:rPr>
            </w:pPr>
          </w:p>
        </w:tc>
      </w:tr>
    </w:tbl>
    <w:p w14:paraId="5A95B3DA" w14:textId="77777777" w:rsidR="001D08E1" w:rsidRPr="00511BC3" w:rsidRDefault="001D08E1" w:rsidP="001D08E1">
      <w:pPr>
        <w:spacing w:after="0" w:line="240" w:lineRule="auto"/>
        <w:rPr>
          <w:color w:val="auto"/>
          <w:sz w:val="22"/>
        </w:rPr>
      </w:pPr>
    </w:p>
    <w:p w14:paraId="3C219986" w14:textId="77777777" w:rsidR="001D08E1" w:rsidRPr="00511BC3" w:rsidRDefault="001D08E1" w:rsidP="001D08E1">
      <w:pPr>
        <w:keepNext/>
        <w:spacing w:after="0" w:line="240" w:lineRule="auto"/>
        <w:rPr>
          <w:color w:val="auto"/>
          <w:sz w:val="22"/>
        </w:rPr>
      </w:pPr>
      <w:r w:rsidRPr="00511BC3">
        <w:rPr>
          <w:b/>
          <w:color w:val="auto"/>
          <w:sz w:val="22"/>
        </w:rPr>
        <w:lastRenderedPageBreak/>
        <w:t>What does this information tell us about your financial health and resilience?</w:t>
      </w:r>
    </w:p>
    <w:p w14:paraId="700B6FA9" w14:textId="77777777" w:rsidR="001D08E1" w:rsidRPr="00595224" w:rsidRDefault="001D08E1" w:rsidP="001D08E1">
      <w:pPr>
        <w:keepNext/>
        <w:spacing w:after="0" w:line="240" w:lineRule="auto"/>
        <w:rPr>
          <w:iCs/>
          <w:color w:val="595959" w:themeColor="text1" w:themeTint="A6"/>
          <w:sz w:val="22"/>
        </w:rPr>
      </w:pPr>
      <w:r w:rsidRPr="00595224">
        <w:rPr>
          <w:iCs/>
          <w:color w:val="595959" w:themeColor="text1" w:themeTint="A6"/>
          <w:sz w:val="22"/>
        </w:rPr>
        <w:t xml:space="preserve">Explain significant trends, deficits or surpluses, cash-flow pressure, reserves below or above policy, restricted or designated funds, liabilities, and action being taken. </w:t>
      </w:r>
    </w:p>
    <w:p w14:paraId="01C79944" w14:textId="77777777" w:rsidR="001D08E1" w:rsidRPr="00F8725D" w:rsidRDefault="001D08E1" w:rsidP="001D08E1">
      <w:pPr>
        <w:keepNext/>
        <w:spacing w:after="0" w:line="240" w:lineRule="auto"/>
        <w:rPr>
          <w:iCs/>
          <w:color w:val="auto"/>
          <w:sz w:val="22"/>
        </w:rPr>
      </w:pPr>
    </w:p>
    <w:tbl>
      <w:tblPr>
        <w:tblW w:w="986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9866"/>
      </w:tblGrid>
      <w:tr w:rsidR="001D08E1" w:rsidRPr="00511BC3" w14:paraId="31AB52B9" w14:textId="77777777">
        <w:trPr>
          <w:cantSplit/>
          <w:jc w:val="center"/>
        </w:trPr>
        <w:tc>
          <w:tcPr>
            <w:tcW w:w="9866" w:type="dxa"/>
            <w:shd w:val="clear" w:color="auto" w:fill="FFFFFF"/>
            <w:tcMar>
              <w:top w:w="130" w:type="dxa"/>
              <w:left w:w="140" w:type="dxa"/>
              <w:bottom w:w="130" w:type="dxa"/>
              <w:right w:w="140" w:type="dxa"/>
            </w:tcMar>
            <w:vAlign w:val="center"/>
          </w:tcPr>
          <w:p w14:paraId="614F6459" w14:textId="77777777" w:rsidR="001D08E1" w:rsidRDefault="001D08E1">
            <w:pPr>
              <w:spacing w:after="0" w:line="240" w:lineRule="auto"/>
              <w:rPr>
                <w:color w:val="auto"/>
                <w:sz w:val="22"/>
              </w:rPr>
            </w:pPr>
            <w:r w:rsidRPr="00511BC3">
              <w:rPr>
                <w:color w:val="auto"/>
                <w:sz w:val="22"/>
              </w:rPr>
              <w:t xml:space="preserve"> </w:t>
            </w:r>
          </w:p>
          <w:p w14:paraId="3DC98F57" w14:textId="77777777" w:rsidR="001D08E1" w:rsidRDefault="001D08E1">
            <w:pPr>
              <w:spacing w:after="0" w:line="240" w:lineRule="auto"/>
              <w:rPr>
                <w:color w:val="auto"/>
                <w:sz w:val="22"/>
              </w:rPr>
            </w:pPr>
          </w:p>
          <w:p w14:paraId="788CC163" w14:textId="77777777" w:rsidR="001D08E1" w:rsidRDefault="001D08E1">
            <w:pPr>
              <w:spacing w:after="0" w:line="240" w:lineRule="auto"/>
              <w:rPr>
                <w:color w:val="auto"/>
                <w:sz w:val="22"/>
              </w:rPr>
            </w:pPr>
          </w:p>
          <w:p w14:paraId="4AE3E96D" w14:textId="77777777" w:rsidR="001D08E1" w:rsidRDefault="001D08E1">
            <w:pPr>
              <w:spacing w:after="0" w:line="240" w:lineRule="auto"/>
              <w:rPr>
                <w:color w:val="auto"/>
                <w:sz w:val="22"/>
              </w:rPr>
            </w:pPr>
          </w:p>
          <w:p w14:paraId="247EDB2F" w14:textId="77777777" w:rsidR="001D08E1" w:rsidRPr="00511BC3" w:rsidRDefault="001D08E1">
            <w:pPr>
              <w:spacing w:after="0" w:line="240" w:lineRule="auto"/>
              <w:rPr>
                <w:color w:val="auto"/>
                <w:sz w:val="22"/>
              </w:rPr>
            </w:pPr>
          </w:p>
        </w:tc>
      </w:tr>
    </w:tbl>
    <w:p w14:paraId="2E3D91DF" w14:textId="1829F0EC" w:rsidR="001D08E1" w:rsidRDefault="001D08E1">
      <w:pPr>
        <w:keepNext/>
        <w:keepLines/>
        <w:spacing w:before="100" w:after="20" w:line="240" w:lineRule="auto"/>
        <w:rPr>
          <w:rFonts w:eastAsia="Arial"/>
          <w:b/>
          <w:color w:val="000000"/>
          <w:sz w:val="22"/>
        </w:rPr>
      </w:pPr>
      <w:r w:rsidRPr="00595224">
        <w:rPr>
          <w:iCs/>
          <w:color w:val="595959" w:themeColor="text1" w:themeTint="A6"/>
          <w:sz w:val="22"/>
        </w:rPr>
        <w:t>Maximum 300 words.</w:t>
      </w:r>
    </w:p>
    <w:p w14:paraId="08D88874" w14:textId="4EA515AE" w:rsidR="00BD7720" w:rsidRPr="001D08E1" w:rsidRDefault="005E545F">
      <w:pPr>
        <w:keepNext/>
        <w:keepLines/>
        <w:spacing w:before="100" w:after="20" w:line="240" w:lineRule="auto"/>
        <w:rPr>
          <w:sz w:val="22"/>
        </w:rPr>
      </w:pPr>
      <w:r w:rsidRPr="001D08E1">
        <w:rPr>
          <w:rFonts w:eastAsia="Arial"/>
          <w:b/>
          <w:color w:val="000000"/>
          <w:sz w:val="22"/>
        </w:rPr>
        <w:t>Why is Bradford Council investment needed?</w:t>
      </w:r>
    </w:p>
    <w:p w14:paraId="75F77093" w14:textId="77777777" w:rsidR="00BD7720" w:rsidRPr="00595224" w:rsidRDefault="005E545F">
      <w:pPr>
        <w:keepNext/>
        <w:keepLines/>
        <w:spacing w:after="40" w:line="240" w:lineRule="auto"/>
        <w:rPr>
          <w:color w:val="595959" w:themeColor="text1" w:themeTint="A6"/>
          <w:sz w:val="22"/>
        </w:rPr>
      </w:pPr>
      <w:r w:rsidRPr="00595224">
        <w:rPr>
          <w:rFonts w:eastAsia="Arial"/>
          <w:color w:val="595959" w:themeColor="text1" w:themeTint="A6"/>
          <w:sz w:val="22"/>
        </w:rPr>
        <w:t>Explain your access to unrestricted reserves and other funding, your capacity to raise income, and the additional benefit that Council investment would enable.</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9865"/>
      </w:tblGrid>
      <w:tr w:rsidR="00BD7720" w:rsidRPr="001D08E1" w14:paraId="07E9DAF5" w14:textId="77777777">
        <w:trPr>
          <w:cantSplit/>
          <w:trHeight w:val="1200"/>
          <w:jc w:val="center"/>
        </w:trPr>
        <w:tc>
          <w:tcPr>
            <w:tcW w:w="9865" w:type="dxa"/>
            <w:tcMar>
              <w:top w:w="110" w:type="dxa"/>
              <w:left w:w="110" w:type="dxa"/>
              <w:bottom w:w="110" w:type="dxa"/>
              <w:right w:w="110" w:type="dxa"/>
            </w:tcMar>
          </w:tcPr>
          <w:p w14:paraId="30A6BE93" w14:textId="77777777" w:rsidR="00BD7720" w:rsidRPr="001D08E1" w:rsidRDefault="00BD7720">
            <w:pPr>
              <w:spacing w:after="0" w:line="240" w:lineRule="auto"/>
              <w:rPr>
                <w:sz w:val="22"/>
              </w:rPr>
            </w:pPr>
          </w:p>
        </w:tc>
      </w:tr>
    </w:tbl>
    <w:p w14:paraId="31819C68" w14:textId="77777777" w:rsidR="00BD7720" w:rsidRPr="00595224" w:rsidRDefault="005E545F">
      <w:pPr>
        <w:keepNext/>
        <w:keepLines/>
        <w:spacing w:after="80" w:line="240" w:lineRule="auto"/>
        <w:rPr>
          <w:color w:val="595959" w:themeColor="text1" w:themeTint="A6"/>
          <w:sz w:val="22"/>
        </w:rPr>
      </w:pPr>
      <w:r w:rsidRPr="00595224">
        <w:rPr>
          <w:rFonts w:eastAsia="Arial"/>
          <w:color w:val="595959" w:themeColor="text1" w:themeTint="A6"/>
          <w:sz w:val="22"/>
        </w:rPr>
        <w:t>Maximum 250 words.</w:t>
      </w:r>
    </w:p>
    <w:p w14:paraId="1D9DCE8F" w14:textId="0315CBAF" w:rsidR="00BD7720" w:rsidRPr="001D08E1" w:rsidRDefault="001D08E1">
      <w:pPr>
        <w:keepNext/>
        <w:keepLines/>
        <w:spacing w:before="160" w:after="140" w:line="240" w:lineRule="auto"/>
        <w:rPr>
          <w:sz w:val="22"/>
          <w:szCs w:val="24"/>
        </w:rPr>
      </w:pPr>
      <w:r>
        <w:rPr>
          <w:rFonts w:eastAsia="Arial"/>
          <w:b/>
          <w:color w:val="000000"/>
          <w:sz w:val="32"/>
          <w:szCs w:val="24"/>
        </w:rPr>
        <w:t>9</w:t>
      </w:r>
      <w:r w:rsidR="005E545F" w:rsidRPr="001D08E1">
        <w:rPr>
          <w:rFonts w:eastAsia="Arial"/>
          <w:b/>
          <w:color w:val="000000"/>
          <w:sz w:val="32"/>
          <w:szCs w:val="24"/>
        </w:rPr>
        <w:t>: Delivery Outcomes and Risk</w:t>
      </w:r>
    </w:p>
    <w:p w14:paraId="0E4279E0" w14:textId="77777777" w:rsidR="00BD7720" w:rsidRPr="001D08E1" w:rsidRDefault="005E545F">
      <w:pPr>
        <w:keepNext/>
        <w:keepLines/>
        <w:spacing w:before="120" w:after="40" w:line="240" w:lineRule="auto"/>
        <w:rPr>
          <w:color w:val="984806" w:themeColor="accent6" w:themeShade="80"/>
          <w:sz w:val="22"/>
        </w:rPr>
      </w:pPr>
      <w:r w:rsidRPr="001D08E1">
        <w:rPr>
          <w:rFonts w:eastAsia="Arial"/>
          <w:b/>
          <w:color w:val="984806" w:themeColor="accent6" w:themeShade="80"/>
          <w:sz w:val="22"/>
        </w:rPr>
        <w:t>PRIORITY OUTCOMES</w:t>
      </w:r>
    </w:p>
    <w:p w14:paraId="274A4877" w14:textId="031729DF" w:rsidR="00BD7720" w:rsidRPr="00A61989" w:rsidRDefault="005E545F">
      <w:pPr>
        <w:keepNext/>
        <w:keepLines/>
        <w:spacing w:after="60" w:line="240" w:lineRule="auto"/>
        <w:rPr>
          <w:color w:val="595959" w:themeColor="text1" w:themeTint="A6"/>
          <w:sz w:val="22"/>
        </w:rPr>
      </w:pPr>
      <w:r w:rsidRPr="00A61989">
        <w:rPr>
          <w:rFonts w:eastAsia="Arial"/>
          <w:color w:val="595959" w:themeColor="text1" w:themeTint="A6"/>
          <w:sz w:val="22"/>
        </w:rPr>
        <w:t xml:space="preserve">Identify up to </w:t>
      </w:r>
      <w:r w:rsidR="001D08E1" w:rsidRPr="00A61989">
        <w:rPr>
          <w:rFonts w:eastAsia="Arial"/>
          <w:color w:val="595959" w:themeColor="text1" w:themeTint="A6"/>
          <w:sz w:val="22"/>
        </w:rPr>
        <w:t>five</w:t>
      </w:r>
      <w:r w:rsidRPr="00A61989">
        <w:rPr>
          <w:rFonts w:eastAsia="Arial"/>
          <w:color w:val="595959" w:themeColor="text1" w:themeTint="A6"/>
          <w:sz w:val="22"/>
        </w:rPr>
        <w:t xml:space="preserve"> of the most important outcomes you expect to achieve, or make significant progress towards, by March 2033.</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466"/>
        <w:gridCol w:w="2466"/>
        <w:gridCol w:w="2466"/>
        <w:gridCol w:w="2520"/>
      </w:tblGrid>
      <w:tr w:rsidR="00BD7720" w:rsidRPr="001D08E1" w14:paraId="11A09296" w14:textId="77777777" w:rsidTr="001D08E1">
        <w:trPr>
          <w:cantSplit/>
          <w:tblHeader/>
          <w:jc w:val="center"/>
        </w:trPr>
        <w:tc>
          <w:tcPr>
            <w:tcW w:w="2466" w:type="dxa"/>
            <w:tcBorders>
              <w:bottom w:val="single" w:sz="6" w:space="0" w:color="D9D9D9"/>
            </w:tcBorders>
            <w:shd w:val="clear" w:color="auto" w:fill="000000"/>
            <w:tcMar>
              <w:top w:w="80" w:type="dxa"/>
              <w:left w:w="85" w:type="dxa"/>
              <w:bottom w:w="80" w:type="dxa"/>
              <w:right w:w="85" w:type="dxa"/>
            </w:tcMar>
            <w:vAlign w:val="center"/>
          </w:tcPr>
          <w:p w14:paraId="67CAB8A6" w14:textId="77777777" w:rsidR="00BD7720" w:rsidRPr="001D08E1" w:rsidRDefault="005E545F">
            <w:pPr>
              <w:spacing w:after="0" w:line="240" w:lineRule="auto"/>
              <w:rPr>
                <w:sz w:val="22"/>
              </w:rPr>
            </w:pPr>
            <w:r w:rsidRPr="001D08E1">
              <w:rPr>
                <w:rFonts w:eastAsia="Arial"/>
                <w:b/>
                <w:color w:val="FFFFFF"/>
                <w:sz w:val="22"/>
              </w:rPr>
              <w:t>Outcome</w:t>
            </w:r>
          </w:p>
        </w:tc>
        <w:tc>
          <w:tcPr>
            <w:tcW w:w="2466" w:type="dxa"/>
            <w:tcBorders>
              <w:bottom w:val="single" w:sz="6" w:space="0" w:color="D9D9D9"/>
            </w:tcBorders>
            <w:shd w:val="clear" w:color="auto" w:fill="000000"/>
            <w:tcMar>
              <w:top w:w="80" w:type="dxa"/>
              <w:left w:w="85" w:type="dxa"/>
              <w:bottom w:w="80" w:type="dxa"/>
              <w:right w:w="85" w:type="dxa"/>
            </w:tcMar>
            <w:vAlign w:val="center"/>
          </w:tcPr>
          <w:p w14:paraId="671A93B7" w14:textId="77777777" w:rsidR="00BD7720" w:rsidRPr="001D08E1" w:rsidRDefault="005E545F">
            <w:pPr>
              <w:spacing w:after="0" w:line="240" w:lineRule="auto"/>
              <w:rPr>
                <w:sz w:val="22"/>
              </w:rPr>
            </w:pPr>
            <w:r w:rsidRPr="001D08E1">
              <w:rPr>
                <w:rFonts w:eastAsia="Arial"/>
                <w:b/>
                <w:color w:val="FFFFFF"/>
                <w:sz w:val="22"/>
              </w:rPr>
              <w:t>Who or what will benefit</w:t>
            </w:r>
          </w:p>
        </w:tc>
        <w:tc>
          <w:tcPr>
            <w:tcW w:w="2466" w:type="dxa"/>
            <w:tcBorders>
              <w:bottom w:val="single" w:sz="6" w:space="0" w:color="D9D9D9"/>
            </w:tcBorders>
            <w:shd w:val="clear" w:color="auto" w:fill="000000"/>
            <w:tcMar>
              <w:top w:w="80" w:type="dxa"/>
              <w:left w:w="85" w:type="dxa"/>
              <w:bottom w:w="80" w:type="dxa"/>
              <w:right w:w="85" w:type="dxa"/>
            </w:tcMar>
            <w:vAlign w:val="center"/>
          </w:tcPr>
          <w:p w14:paraId="01A1C467" w14:textId="77777777" w:rsidR="00BD7720" w:rsidRPr="001D08E1" w:rsidRDefault="005E545F">
            <w:pPr>
              <w:spacing w:after="0" w:line="240" w:lineRule="auto"/>
              <w:rPr>
                <w:sz w:val="22"/>
              </w:rPr>
            </w:pPr>
            <w:r w:rsidRPr="001D08E1">
              <w:rPr>
                <w:rFonts w:eastAsia="Arial"/>
                <w:b/>
                <w:color w:val="FFFFFF"/>
                <w:sz w:val="22"/>
              </w:rPr>
              <w:t>Baseline or starting point</w:t>
            </w:r>
          </w:p>
        </w:tc>
        <w:tc>
          <w:tcPr>
            <w:tcW w:w="2466" w:type="dxa"/>
            <w:tcBorders>
              <w:bottom w:val="single" w:sz="6" w:space="0" w:color="D9D9D9"/>
            </w:tcBorders>
            <w:shd w:val="clear" w:color="auto" w:fill="000000"/>
            <w:tcMar>
              <w:top w:w="80" w:type="dxa"/>
              <w:left w:w="85" w:type="dxa"/>
              <w:bottom w:w="80" w:type="dxa"/>
              <w:right w:w="85" w:type="dxa"/>
            </w:tcMar>
            <w:vAlign w:val="center"/>
          </w:tcPr>
          <w:p w14:paraId="35F84CA1" w14:textId="77777777" w:rsidR="00BD7720" w:rsidRPr="001D08E1" w:rsidRDefault="005E545F">
            <w:pPr>
              <w:spacing w:after="0" w:line="240" w:lineRule="auto"/>
              <w:rPr>
                <w:sz w:val="22"/>
              </w:rPr>
            </w:pPr>
            <w:r w:rsidRPr="001D08E1">
              <w:rPr>
                <w:rFonts w:eastAsia="Arial"/>
                <w:b/>
                <w:color w:val="FFFFFF"/>
                <w:sz w:val="22"/>
              </w:rPr>
              <w:t>How progress will be measured</w:t>
            </w:r>
          </w:p>
        </w:tc>
      </w:tr>
      <w:tr w:rsidR="00BD7720" w:rsidRPr="001D08E1" w14:paraId="70AC825E" w14:textId="77777777" w:rsidTr="001D08E1">
        <w:trPr>
          <w:cantSplit/>
          <w:trHeight w:val="409"/>
          <w:jc w:val="center"/>
        </w:trPr>
        <w:tc>
          <w:tcPr>
            <w:tcW w:w="2448"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5824381E" w14:textId="77777777" w:rsidR="00BD7720" w:rsidRPr="001D08E1" w:rsidRDefault="00BD7720">
            <w:pPr>
              <w:spacing w:after="0" w:line="240" w:lineRule="auto"/>
              <w:rPr>
                <w:sz w:val="22"/>
              </w:rPr>
            </w:pPr>
          </w:p>
        </w:tc>
        <w:tc>
          <w:tcPr>
            <w:tcW w:w="2448"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0089B683" w14:textId="77777777" w:rsidR="00BD7720" w:rsidRPr="001D08E1" w:rsidRDefault="00BD7720">
            <w:pPr>
              <w:spacing w:after="0" w:line="240" w:lineRule="auto"/>
              <w:rPr>
                <w:sz w:val="22"/>
              </w:rPr>
            </w:pPr>
          </w:p>
        </w:tc>
        <w:tc>
          <w:tcPr>
            <w:tcW w:w="2304"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3E2B6A60" w14:textId="77777777" w:rsidR="00BD7720" w:rsidRPr="001D08E1" w:rsidRDefault="00BD7720">
            <w:pPr>
              <w:spacing w:after="0" w:line="240" w:lineRule="auto"/>
              <w:rPr>
                <w:sz w:val="22"/>
              </w:rPr>
            </w:pPr>
          </w:p>
        </w:tc>
        <w:tc>
          <w:tcPr>
            <w:tcW w:w="2520"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229CB3DA" w14:textId="77777777" w:rsidR="00BD7720" w:rsidRPr="001D08E1" w:rsidRDefault="00BD7720">
            <w:pPr>
              <w:spacing w:after="0" w:line="240" w:lineRule="auto"/>
              <w:rPr>
                <w:sz w:val="22"/>
              </w:rPr>
            </w:pPr>
          </w:p>
        </w:tc>
      </w:tr>
      <w:tr w:rsidR="00BD7720" w:rsidRPr="001D08E1" w14:paraId="62D2CE9B" w14:textId="77777777" w:rsidTr="001D08E1">
        <w:trPr>
          <w:cantSplit/>
          <w:trHeight w:val="377"/>
          <w:jc w:val="center"/>
        </w:trPr>
        <w:tc>
          <w:tcPr>
            <w:tcW w:w="2448"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251237A0" w14:textId="77777777" w:rsidR="00BD7720" w:rsidRPr="001D08E1" w:rsidRDefault="00BD7720">
            <w:pPr>
              <w:spacing w:after="0" w:line="240" w:lineRule="auto"/>
              <w:rPr>
                <w:sz w:val="22"/>
              </w:rPr>
            </w:pPr>
          </w:p>
        </w:tc>
        <w:tc>
          <w:tcPr>
            <w:tcW w:w="2448"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46ECC91F" w14:textId="77777777" w:rsidR="00BD7720" w:rsidRPr="001D08E1" w:rsidRDefault="00BD7720">
            <w:pPr>
              <w:spacing w:after="0" w:line="240" w:lineRule="auto"/>
              <w:rPr>
                <w:sz w:val="22"/>
              </w:rPr>
            </w:pPr>
          </w:p>
        </w:tc>
        <w:tc>
          <w:tcPr>
            <w:tcW w:w="2304"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04EC757E" w14:textId="77777777" w:rsidR="00BD7720" w:rsidRPr="001D08E1" w:rsidRDefault="00BD7720">
            <w:pPr>
              <w:spacing w:after="0" w:line="240" w:lineRule="auto"/>
              <w:rPr>
                <w:sz w:val="22"/>
              </w:rPr>
            </w:pPr>
          </w:p>
        </w:tc>
        <w:tc>
          <w:tcPr>
            <w:tcW w:w="2520"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7E642455" w14:textId="77777777" w:rsidR="00BD7720" w:rsidRPr="001D08E1" w:rsidRDefault="00BD7720">
            <w:pPr>
              <w:spacing w:after="0" w:line="240" w:lineRule="auto"/>
              <w:rPr>
                <w:sz w:val="22"/>
              </w:rPr>
            </w:pPr>
          </w:p>
        </w:tc>
      </w:tr>
      <w:tr w:rsidR="00BD7720" w:rsidRPr="001D08E1" w14:paraId="482A5189" w14:textId="77777777" w:rsidTr="001D08E1">
        <w:trPr>
          <w:cantSplit/>
          <w:trHeight w:val="397"/>
          <w:jc w:val="center"/>
        </w:trPr>
        <w:tc>
          <w:tcPr>
            <w:tcW w:w="2448"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4C4D0891" w14:textId="77777777" w:rsidR="00BD7720" w:rsidRPr="001D08E1" w:rsidRDefault="00BD7720">
            <w:pPr>
              <w:spacing w:after="0" w:line="240" w:lineRule="auto"/>
              <w:rPr>
                <w:sz w:val="22"/>
              </w:rPr>
            </w:pPr>
          </w:p>
        </w:tc>
        <w:tc>
          <w:tcPr>
            <w:tcW w:w="2448"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424E90F8" w14:textId="77777777" w:rsidR="00BD7720" w:rsidRPr="001D08E1" w:rsidRDefault="00BD7720">
            <w:pPr>
              <w:spacing w:after="0" w:line="240" w:lineRule="auto"/>
              <w:rPr>
                <w:sz w:val="22"/>
              </w:rPr>
            </w:pPr>
          </w:p>
        </w:tc>
        <w:tc>
          <w:tcPr>
            <w:tcW w:w="2304"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5B1C6251" w14:textId="77777777" w:rsidR="00BD7720" w:rsidRPr="001D08E1" w:rsidRDefault="00BD7720">
            <w:pPr>
              <w:spacing w:after="0" w:line="240" w:lineRule="auto"/>
              <w:rPr>
                <w:sz w:val="22"/>
              </w:rPr>
            </w:pPr>
          </w:p>
        </w:tc>
        <w:tc>
          <w:tcPr>
            <w:tcW w:w="2520"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6AF4B0AA" w14:textId="77777777" w:rsidR="00BD7720" w:rsidRPr="001D08E1" w:rsidRDefault="00BD7720">
            <w:pPr>
              <w:spacing w:after="0" w:line="240" w:lineRule="auto"/>
              <w:rPr>
                <w:sz w:val="22"/>
              </w:rPr>
            </w:pPr>
          </w:p>
        </w:tc>
      </w:tr>
      <w:tr w:rsidR="001D08E1" w:rsidRPr="001D08E1" w14:paraId="346C62B6" w14:textId="77777777" w:rsidTr="001D08E1">
        <w:trPr>
          <w:cantSplit/>
          <w:trHeight w:val="405"/>
          <w:jc w:val="center"/>
        </w:trPr>
        <w:tc>
          <w:tcPr>
            <w:tcW w:w="2448"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75EB3033" w14:textId="77777777" w:rsidR="001D08E1" w:rsidRPr="001D08E1" w:rsidRDefault="001D08E1">
            <w:pPr>
              <w:spacing w:after="0" w:line="240" w:lineRule="auto"/>
              <w:rPr>
                <w:sz w:val="22"/>
              </w:rPr>
            </w:pPr>
          </w:p>
        </w:tc>
        <w:tc>
          <w:tcPr>
            <w:tcW w:w="2448"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5AA513D4" w14:textId="77777777" w:rsidR="001D08E1" w:rsidRPr="001D08E1" w:rsidRDefault="001D08E1">
            <w:pPr>
              <w:spacing w:after="0" w:line="240" w:lineRule="auto"/>
              <w:rPr>
                <w:sz w:val="22"/>
              </w:rPr>
            </w:pPr>
          </w:p>
        </w:tc>
        <w:tc>
          <w:tcPr>
            <w:tcW w:w="2304"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09F69D3C" w14:textId="77777777" w:rsidR="001D08E1" w:rsidRPr="001D08E1" w:rsidRDefault="001D08E1">
            <w:pPr>
              <w:spacing w:after="0" w:line="240" w:lineRule="auto"/>
              <w:rPr>
                <w:sz w:val="22"/>
              </w:rPr>
            </w:pPr>
          </w:p>
        </w:tc>
        <w:tc>
          <w:tcPr>
            <w:tcW w:w="2520"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54FACBE1" w14:textId="77777777" w:rsidR="001D08E1" w:rsidRPr="001D08E1" w:rsidRDefault="001D08E1">
            <w:pPr>
              <w:spacing w:after="0" w:line="240" w:lineRule="auto"/>
              <w:rPr>
                <w:sz w:val="22"/>
              </w:rPr>
            </w:pPr>
          </w:p>
        </w:tc>
      </w:tr>
      <w:tr w:rsidR="001D08E1" w:rsidRPr="001D08E1" w14:paraId="1B0EABDF" w14:textId="77777777" w:rsidTr="001D08E1">
        <w:trPr>
          <w:cantSplit/>
          <w:trHeight w:val="360"/>
          <w:jc w:val="center"/>
        </w:trPr>
        <w:tc>
          <w:tcPr>
            <w:tcW w:w="2448"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3A127D74" w14:textId="77777777" w:rsidR="001D08E1" w:rsidRPr="001D08E1" w:rsidRDefault="001D08E1">
            <w:pPr>
              <w:spacing w:after="0" w:line="240" w:lineRule="auto"/>
              <w:rPr>
                <w:sz w:val="22"/>
              </w:rPr>
            </w:pPr>
          </w:p>
        </w:tc>
        <w:tc>
          <w:tcPr>
            <w:tcW w:w="2448"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7263ABF3" w14:textId="77777777" w:rsidR="001D08E1" w:rsidRPr="001D08E1" w:rsidRDefault="001D08E1">
            <w:pPr>
              <w:spacing w:after="0" w:line="240" w:lineRule="auto"/>
              <w:rPr>
                <w:sz w:val="22"/>
              </w:rPr>
            </w:pPr>
          </w:p>
        </w:tc>
        <w:tc>
          <w:tcPr>
            <w:tcW w:w="2304"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74C86DD4" w14:textId="77777777" w:rsidR="001D08E1" w:rsidRPr="001D08E1" w:rsidRDefault="001D08E1">
            <w:pPr>
              <w:spacing w:after="0" w:line="240" w:lineRule="auto"/>
              <w:rPr>
                <w:sz w:val="22"/>
              </w:rPr>
            </w:pPr>
          </w:p>
        </w:tc>
        <w:tc>
          <w:tcPr>
            <w:tcW w:w="2520"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482A5514" w14:textId="77777777" w:rsidR="001D08E1" w:rsidRPr="001D08E1" w:rsidRDefault="001D08E1">
            <w:pPr>
              <w:spacing w:after="0" w:line="240" w:lineRule="auto"/>
              <w:rPr>
                <w:sz w:val="22"/>
              </w:rPr>
            </w:pPr>
          </w:p>
        </w:tc>
      </w:tr>
    </w:tbl>
    <w:p w14:paraId="1A86BE47" w14:textId="77777777" w:rsidR="00BD7720" w:rsidRPr="001D08E1" w:rsidRDefault="00BD7720">
      <w:pPr>
        <w:spacing w:after="40" w:line="240" w:lineRule="auto"/>
        <w:rPr>
          <w:sz w:val="22"/>
        </w:rPr>
      </w:pPr>
    </w:p>
    <w:p w14:paraId="3E3E648A" w14:textId="77777777" w:rsidR="00BD7720" w:rsidRPr="001D08E1" w:rsidRDefault="005E545F">
      <w:pPr>
        <w:keepNext/>
        <w:keepLines/>
        <w:spacing w:before="120" w:after="40" w:line="240" w:lineRule="auto"/>
        <w:rPr>
          <w:color w:val="984806" w:themeColor="accent6" w:themeShade="80"/>
          <w:sz w:val="22"/>
        </w:rPr>
      </w:pPr>
      <w:r w:rsidRPr="001D08E1">
        <w:rPr>
          <w:rFonts w:eastAsia="Arial"/>
          <w:b/>
          <w:color w:val="984806" w:themeColor="accent6" w:themeShade="80"/>
          <w:sz w:val="22"/>
        </w:rPr>
        <w:t>PRINCIPAL RISKS</w:t>
      </w:r>
    </w:p>
    <w:p w14:paraId="7AA3C531" w14:textId="3B4B992D" w:rsidR="00BD7720" w:rsidRPr="00A61989" w:rsidRDefault="005E545F">
      <w:pPr>
        <w:keepNext/>
        <w:keepLines/>
        <w:spacing w:after="60" w:line="240" w:lineRule="auto"/>
        <w:rPr>
          <w:color w:val="595959" w:themeColor="text1" w:themeTint="A6"/>
          <w:sz w:val="22"/>
        </w:rPr>
      </w:pPr>
      <w:r w:rsidRPr="00A61989">
        <w:rPr>
          <w:rFonts w:eastAsia="Arial"/>
          <w:color w:val="595959" w:themeColor="text1" w:themeTint="A6"/>
          <w:sz w:val="22"/>
        </w:rPr>
        <w:t>Provide the most significant strategic risks that could affect the proposal or your organisation's ability to deliver it.</w:t>
      </w:r>
    </w:p>
    <w:tbl>
      <w:tblPr>
        <w:tblW w:w="9926" w:type="dxa"/>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837"/>
        <w:gridCol w:w="1849"/>
        <w:gridCol w:w="1706"/>
        <w:gridCol w:w="2561"/>
        <w:gridCol w:w="1973"/>
      </w:tblGrid>
      <w:tr w:rsidR="00BD7720" w:rsidRPr="001D08E1" w14:paraId="5792F4CF" w14:textId="77777777" w:rsidTr="001D08E1">
        <w:trPr>
          <w:cantSplit/>
          <w:tblHeader/>
          <w:jc w:val="center"/>
        </w:trPr>
        <w:tc>
          <w:tcPr>
            <w:tcW w:w="1837" w:type="dxa"/>
            <w:tcBorders>
              <w:bottom w:val="single" w:sz="6" w:space="0" w:color="D9D9D9"/>
            </w:tcBorders>
            <w:shd w:val="clear" w:color="auto" w:fill="000000"/>
            <w:tcMar>
              <w:top w:w="80" w:type="dxa"/>
              <w:left w:w="85" w:type="dxa"/>
              <w:bottom w:w="80" w:type="dxa"/>
              <w:right w:w="85" w:type="dxa"/>
            </w:tcMar>
            <w:vAlign w:val="center"/>
          </w:tcPr>
          <w:p w14:paraId="77D0D871" w14:textId="77777777" w:rsidR="00BD7720" w:rsidRPr="001D08E1" w:rsidRDefault="005E545F">
            <w:pPr>
              <w:spacing w:after="0" w:line="240" w:lineRule="auto"/>
              <w:rPr>
                <w:sz w:val="22"/>
              </w:rPr>
            </w:pPr>
            <w:r w:rsidRPr="001D08E1">
              <w:rPr>
                <w:rFonts w:eastAsia="Arial"/>
                <w:b/>
                <w:color w:val="FFFFFF"/>
                <w:sz w:val="22"/>
              </w:rPr>
              <w:t>Risk</w:t>
            </w:r>
          </w:p>
        </w:tc>
        <w:tc>
          <w:tcPr>
            <w:tcW w:w="1849" w:type="dxa"/>
            <w:tcBorders>
              <w:bottom w:val="single" w:sz="6" w:space="0" w:color="D9D9D9"/>
            </w:tcBorders>
            <w:shd w:val="clear" w:color="auto" w:fill="000000"/>
            <w:tcMar>
              <w:top w:w="80" w:type="dxa"/>
              <w:left w:w="85" w:type="dxa"/>
              <w:bottom w:w="80" w:type="dxa"/>
              <w:right w:w="85" w:type="dxa"/>
            </w:tcMar>
            <w:vAlign w:val="center"/>
          </w:tcPr>
          <w:p w14:paraId="220C599E" w14:textId="60860644" w:rsidR="00BD7720" w:rsidRPr="001D08E1" w:rsidRDefault="005E545F">
            <w:pPr>
              <w:spacing w:after="0" w:line="240" w:lineRule="auto"/>
              <w:rPr>
                <w:sz w:val="22"/>
              </w:rPr>
            </w:pPr>
            <w:r w:rsidRPr="001D08E1">
              <w:rPr>
                <w:rFonts w:eastAsia="Arial"/>
                <w:b/>
                <w:color w:val="FFFFFF"/>
                <w:sz w:val="22"/>
              </w:rPr>
              <w:t>Likelihood</w:t>
            </w:r>
            <w:r w:rsidR="001D08E1">
              <w:rPr>
                <w:rFonts w:eastAsia="Arial"/>
                <w:b/>
                <w:color w:val="FFFFFF"/>
                <w:sz w:val="22"/>
              </w:rPr>
              <w:br/>
            </w:r>
            <w:r w:rsidR="001D08E1" w:rsidRPr="001D08E1">
              <w:rPr>
                <w:rFonts w:eastAsia="Arial"/>
                <w:bCs/>
                <w:color w:val="FFFFFF"/>
                <w:sz w:val="16"/>
                <w:szCs w:val="16"/>
              </w:rPr>
              <w:t>[Low / Medium / High]</w:t>
            </w:r>
          </w:p>
        </w:tc>
        <w:tc>
          <w:tcPr>
            <w:tcW w:w="1706" w:type="dxa"/>
            <w:tcBorders>
              <w:bottom w:val="single" w:sz="6" w:space="0" w:color="D9D9D9"/>
            </w:tcBorders>
            <w:shd w:val="clear" w:color="auto" w:fill="000000"/>
            <w:tcMar>
              <w:top w:w="80" w:type="dxa"/>
              <w:left w:w="85" w:type="dxa"/>
              <w:bottom w:w="80" w:type="dxa"/>
              <w:right w:w="85" w:type="dxa"/>
            </w:tcMar>
            <w:vAlign w:val="center"/>
          </w:tcPr>
          <w:p w14:paraId="4ED6D1E6" w14:textId="41764F40" w:rsidR="00BD7720" w:rsidRPr="001D08E1" w:rsidRDefault="005E545F">
            <w:pPr>
              <w:spacing w:after="0" w:line="240" w:lineRule="auto"/>
              <w:rPr>
                <w:sz w:val="22"/>
              </w:rPr>
            </w:pPr>
            <w:r w:rsidRPr="001D08E1">
              <w:rPr>
                <w:rFonts w:eastAsia="Arial"/>
                <w:b/>
                <w:color w:val="FFFFFF"/>
                <w:sz w:val="22"/>
              </w:rPr>
              <w:t>Impact</w:t>
            </w:r>
            <w:r w:rsidR="001D08E1">
              <w:rPr>
                <w:rFonts w:eastAsia="Arial"/>
                <w:b/>
                <w:color w:val="FFFFFF"/>
                <w:sz w:val="22"/>
              </w:rPr>
              <w:br/>
            </w:r>
            <w:r w:rsidR="001D08E1" w:rsidRPr="001D08E1">
              <w:rPr>
                <w:rFonts w:eastAsia="Arial"/>
                <w:bCs/>
                <w:color w:val="FFFFFF"/>
                <w:sz w:val="16"/>
                <w:szCs w:val="16"/>
              </w:rPr>
              <w:t>[Low / Medium / High]</w:t>
            </w:r>
          </w:p>
        </w:tc>
        <w:tc>
          <w:tcPr>
            <w:tcW w:w="2561" w:type="dxa"/>
            <w:tcBorders>
              <w:bottom w:val="single" w:sz="6" w:space="0" w:color="D9D9D9"/>
            </w:tcBorders>
            <w:shd w:val="clear" w:color="auto" w:fill="000000"/>
            <w:tcMar>
              <w:top w:w="80" w:type="dxa"/>
              <w:left w:w="85" w:type="dxa"/>
              <w:bottom w:w="80" w:type="dxa"/>
              <w:right w:w="85" w:type="dxa"/>
            </w:tcMar>
            <w:vAlign w:val="center"/>
          </w:tcPr>
          <w:p w14:paraId="223F33AE" w14:textId="77777777" w:rsidR="00BD7720" w:rsidRPr="001D08E1" w:rsidRDefault="005E545F">
            <w:pPr>
              <w:spacing w:after="0" w:line="240" w:lineRule="auto"/>
              <w:rPr>
                <w:sz w:val="22"/>
              </w:rPr>
            </w:pPr>
            <w:r w:rsidRPr="001D08E1">
              <w:rPr>
                <w:rFonts w:eastAsia="Arial"/>
                <w:b/>
                <w:color w:val="FFFFFF"/>
                <w:sz w:val="22"/>
              </w:rPr>
              <w:t>Current controls and planned action</w:t>
            </w:r>
          </w:p>
        </w:tc>
        <w:tc>
          <w:tcPr>
            <w:tcW w:w="1973" w:type="dxa"/>
            <w:tcBorders>
              <w:bottom w:val="single" w:sz="6" w:space="0" w:color="D9D9D9"/>
            </w:tcBorders>
            <w:shd w:val="clear" w:color="auto" w:fill="000000"/>
            <w:tcMar>
              <w:top w:w="80" w:type="dxa"/>
              <w:left w:w="85" w:type="dxa"/>
              <w:bottom w:w="80" w:type="dxa"/>
              <w:right w:w="85" w:type="dxa"/>
            </w:tcMar>
            <w:vAlign w:val="center"/>
          </w:tcPr>
          <w:p w14:paraId="6DAE6CDB" w14:textId="77777777" w:rsidR="00BD7720" w:rsidRPr="001D08E1" w:rsidRDefault="005E545F">
            <w:pPr>
              <w:spacing w:after="0" w:line="240" w:lineRule="auto"/>
              <w:rPr>
                <w:sz w:val="22"/>
              </w:rPr>
            </w:pPr>
            <w:r w:rsidRPr="001D08E1">
              <w:rPr>
                <w:rFonts w:eastAsia="Arial"/>
                <w:b/>
                <w:color w:val="FFFFFF"/>
                <w:sz w:val="22"/>
              </w:rPr>
              <w:t>Owner</w:t>
            </w:r>
          </w:p>
        </w:tc>
      </w:tr>
      <w:tr w:rsidR="00BD7720" w:rsidRPr="001D08E1" w14:paraId="24AEDCDB" w14:textId="77777777" w:rsidTr="001D08E1">
        <w:trPr>
          <w:cantSplit/>
          <w:trHeight w:val="384"/>
          <w:jc w:val="center"/>
        </w:trPr>
        <w:tc>
          <w:tcPr>
            <w:tcW w:w="1837"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3BC68E94" w14:textId="77777777" w:rsidR="00BD7720" w:rsidRPr="001D08E1" w:rsidRDefault="00BD7720">
            <w:pPr>
              <w:spacing w:after="0" w:line="240" w:lineRule="auto"/>
              <w:rPr>
                <w:sz w:val="22"/>
              </w:rPr>
            </w:pPr>
          </w:p>
        </w:tc>
        <w:tc>
          <w:tcPr>
            <w:tcW w:w="1849"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4B589463" w14:textId="78288186" w:rsidR="00BD7720" w:rsidRPr="001D08E1" w:rsidRDefault="00BD7720">
            <w:pPr>
              <w:spacing w:after="0" w:line="240" w:lineRule="auto"/>
              <w:rPr>
                <w:sz w:val="22"/>
              </w:rPr>
            </w:pPr>
          </w:p>
        </w:tc>
        <w:tc>
          <w:tcPr>
            <w:tcW w:w="1706"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204184E4" w14:textId="72CB3120" w:rsidR="00BD7720" w:rsidRPr="001D08E1" w:rsidRDefault="00BD7720">
            <w:pPr>
              <w:spacing w:after="0" w:line="240" w:lineRule="auto"/>
              <w:rPr>
                <w:sz w:val="22"/>
              </w:rPr>
            </w:pPr>
          </w:p>
        </w:tc>
        <w:tc>
          <w:tcPr>
            <w:tcW w:w="256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0C93DA06" w14:textId="77777777" w:rsidR="00BD7720" w:rsidRPr="001D08E1" w:rsidRDefault="00BD7720">
            <w:pPr>
              <w:spacing w:after="0" w:line="240" w:lineRule="auto"/>
              <w:rPr>
                <w:sz w:val="22"/>
              </w:rPr>
            </w:pPr>
          </w:p>
        </w:tc>
        <w:tc>
          <w:tcPr>
            <w:tcW w:w="1973"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1F1FDEB1" w14:textId="77777777" w:rsidR="00BD7720" w:rsidRPr="001D08E1" w:rsidRDefault="00BD7720">
            <w:pPr>
              <w:spacing w:after="0" w:line="240" w:lineRule="auto"/>
              <w:rPr>
                <w:sz w:val="22"/>
              </w:rPr>
            </w:pPr>
          </w:p>
        </w:tc>
      </w:tr>
      <w:tr w:rsidR="00BD7720" w:rsidRPr="001D08E1" w14:paraId="6CF24CBA" w14:textId="77777777" w:rsidTr="001D08E1">
        <w:trPr>
          <w:cantSplit/>
          <w:trHeight w:val="380"/>
          <w:jc w:val="center"/>
        </w:trPr>
        <w:tc>
          <w:tcPr>
            <w:tcW w:w="1837"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635B8C02" w14:textId="77777777" w:rsidR="00BD7720" w:rsidRPr="001D08E1" w:rsidRDefault="00BD7720">
            <w:pPr>
              <w:spacing w:after="0" w:line="240" w:lineRule="auto"/>
              <w:rPr>
                <w:sz w:val="22"/>
              </w:rPr>
            </w:pPr>
          </w:p>
        </w:tc>
        <w:tc>
          <w:tcPr>
            <w:tcW w:w="1849"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4A170962" w14:textId="592A6B68" w:rsidR="00BD7720" w:rsidRPr="001D08E1" w:rsidRDefault="00BD7720">
            <w:pPr>
              <w:spacing w:after="0" w:line="240" w:lineRule="auto"/>
              <w:rPr>
                <w:sz w:val="22"/>
              </w:rPr>
            </w:pPr>
          </w:p>
        </w:tc>
        <w:tc>
          <w:tcPr>
            <w:tcW w:w="1706"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70CFDA94" w14:textId="44FDD6E8" w:rsidR="00BD7720" w:rsidRPr="001D08E1" w:rsidRDefault="00BD7720">
            <w:pPr>
              <w:spacing w:after="0" w:line="240" w:lineRule="auto"/>
              <w:rPr>
                <w:sz w:val="22"/>
              </w:rPr>
            </w:pPr>
          </w:p>
        </w:tc>
        <w:tc>
          <w:tcPr>
            <w:tcW w:w="256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710141C5" w14:textId="77777777" w:rsidR="00BD7720" w:rsidRPr="001D08E1" w:rsidRDefault="00BD7720">
            <w:pPr>
              <w:spacing w:after="0" w:line="240" w:lineRule="auto"/>
              <w:rPr>
                <w:sz w:val="22"/>
              </w:rPr>
            </w:pPr>
          </w:p>
        </w:tc>
        <w:tc>
          <w:tcPr>
            <w:tcW w:w="1973"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584512E2" w14:textId="77777777" w:rsidR="00BD7720" w:rsidRPr="001D08E1" w:rsidRDefault="00BD7720">
            <w:pPr>
              <w:spacing w:after="0" w:line="240" w:lineRule="auto"/>
              <w:rPr>
                <w:sz w:val="22"/>
              </w:rPr>
            </w:pPr>
          </w:p>
        </w:tc>
      </w:tr>
      <w:tr w:rsidR="00BD7720" w:rsidRPr="001D08E1" w14:paraId="2EF05F06" w14:textId="77777777" w:rsidTr="001D08E1">
        <w:trPr>
          <w:cantSplit/>
          <w:trHeight w:val="417"/>
          <w:jc w:val="center"/>
        </w:trPr>
        <w:tc>
          <w:tcPr>
            <w:tcW w:w="1837"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2676799A" w14:textId="77777777" w:rsidR="00BD7720" w:rsidRPr="001D08E1" w:rsidRDefault="00BD7720">
            <w:pPr>
              <w:spacing w:after="0" w:line="240" w:lineRule="auto"/>
              <w:rPr>
                <w:sz w:val="22"/>
              </w:rPr>
            </w:pPr>
          </w:p>
        </w:tc>
        <w:tc>
          <w:tcPr>
            <w:tcW w:w="1849"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2A23D05B" w14:textId="545725E8" w:rsidR="00BD7720" w:rsidRPr="001D08E1" w:rsidRDefault="00BD7720">
            <w:pPr>
              <w:spacing w:after="0" w:line="240" w:lineRule="auto"/>
              <w:rPr>
                <w:sz w:val="22"/>
              </w:rPr>
            </w:pPr>
          </w:p>
        </w:tc>
        <w:tc>
          <w:tcPr>
            <w:tcW w:w="1706"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3AFCEA82" w14:textId="4B67488D" w:rsidR="00BD7720" w:rsidRPr="001D08E1" w:rsidRDefault="00BD7720">
            <w:pPr>
              <w:spacing w:after="0" w:line="240" w:lineRule="auto"/>
              <w:rPr>
                <w:sz w:val="22"/>
              </w:rPr>
            </w:pPr>
          </w:p>
        </w:tc>
        <w:tc>
          <w:tcPr>
            <w:tcW w:w="256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13BD4097" w14:textId="77777777" w:rsidR="00BD7720" w:rsidRPr="001D08E1" w:rsidRDefault="00BD7720">
            <w:pPr>
              <w:spacing w:after="0" w:line="240" w:lineRule="auto"/>
              <w:rPr>
                <w:sz w:val="22"/>
              </w:rPr>
            </w:pPr>
          </w:p>
        </w:tc>
        <w:tc>
          <w:tcPr>
            <w:tcW w:w="1973"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5E639FA5" w14:textId="77777777" w:rsidR="00BD7720" w:rsidRPr="001D08E1" w:rsidRDefault="00BD7720">
            <w:pPr>
              <w:spacing w:after="0" w:line="240" w:lineRule="auto"/>
              <w:rPr>
                <w:sz w:val="22"/>
              </w:rPr>
            </w:pPr>
          </w:p>
        </w:tc>
      </w:tr>
      <w:tr w:rsidR="001D08E1" w:rsidRPr="001D08E1" w14:paraId="0FC223C9" w14:textId="77777777" w:rsidTr="001D08E1">
        <w:trPr>
          <w:cantSplit/>
          <w:trHeight w:val="417"/>
          <w:jc w:val="center"/>
        </w:trPr>
        <w:tc>
          <w:tcPr>
            <w:tcW w:w="1837"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5F186C4B" w14:textId="77777777" w:rsidR="001D08E1" w:rsidRPr="001D08E1" w:rsidRDefault="001D08E1">
            <w:pPr>
              <w:spacing w:after="0" w:line="240" w:lineRule="auto"/>
              <w:rPr>
                <w:sz w:val="22"/>
              </w:rPr>
            </w:pPr>
          </w:p>
        </w:tc>
        <w:tc>
          <w:tcPr>
            <w:tcW w:w="1849"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46FF70C2" w14:textId="77777777" w:rsidR="001D08E1" w:rsidRPr="001D08E1" w:rsidRDefault="001D08E1">
            <w:pPr>
              <w:spacing w:after="0" w:line="240" w:lineRule="auto"/>
              <w:rPr>
                <w:sz w:val="22"/>
              </w:rPr>
            </w:pPr>
          </w:p>
        </w:tc>
        <w:tc>
          <w:tcPr>
            <w:tcW w:w="1706"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50959173" w14:textId="77777777" w:rsidR="001D08E1" w:rsidRPr="001D08E1" w:rsidRDefault="001D08E1">
            <w:pPr>
              <w:spacing w:after="0" w:line="240" w:lineRule="auto"/>
              <w:rPr>
                <w:sz w:val="22"/>
              </w:rPr>
            </w:pPr>
          </w:p>
        </w:tc>
        <w:tc>
          <w:tcPr>
            <w:tcW w:w="256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14F9D3DA" w14:textId="77777777" w:rsidR="001D08E1" w:rsidRPr="001D08E1" w:rsidRDefault="001D08E1">
            <w:pPr>
              <w:spacing w:after="0" w:line="240" w:lineRule="auto"/>
              <w:rPr>
                <w:sz w:val="22"/>
              </w:rPr>
            </w:pPr>
          </w:p>
        </w:tc>
        <w:tc>
          <w:tcPr>
            <w:tcW w:w="1973"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14:paraId="4F411B53" w14:textId="77777777" w:rsidR="001D08E1" w:rsidRPr="001D08E1" w:rsidRDefault="001D08E1">
            <w:pPr>
              <w:spacing w:after="0" w:line="240" w:lineRule="auto"/>
              <w:rPr>
                <w:sz w:val="22"/>
              </w:rPr>
            </w:pPr>
          </w:p>
        </w:tc>
      </w:tr>
    </w:tbl>
    <w:p w14:paraId="2A13D7E1" w14:textId="77777777" w:rsidR="00BD7720" w:rsidRPr="001D08E1" w:rsidRDefault="005E545F">
      <w:pPr>
        <w:keepNext/>
        <w:keepLines/>
        <w:spacing w:before="100" w:after="20" w:line="240" w:lineRule="auto"/>
        <w:rPr>
          <w:sz w:val="22"/>
        </w:rPr>
      </w:pPr>
      <w:r w:rsidRPr="001D08E1">
        <w:rPr>
          <w:rFonts w:eastAsia="Arial"/>
          <w:b/>
          <w:color w:val="000000"/>
          <w:sz w:val="22"/>
        </w:rPr>
        <w:t>Are there any significant current or recent organisational issues Bradford Council should know about?</w:t>
      </w:r>
    </w:p>
    <w:p w14:paraId="564DA3CF" w14:textId="77777777" w:rsidR="00BD7720" w:rsidRPr="00A61989" w:rsidRDefault="005E545F">
      <w:pPr>
        <w:keepNext/>
        <w:keepLines/>
        <w:spacing w:after="40" w:line="240" w:lineRule="auto"/>
        <w:rPr>
          <w:color w:val="595959" w:themeColor="text1" w:themeTint="A6"/>
          <w:sz w:val="22"/>
        </w:rPr>
      </w:pPr>
      <w:r w:rsidRPr="00A61989">
        <w:rPr>
          <w:rFonts w:eastAsia="Arial"/>
          <w:color w:val="595959" w:themeColor="text1" w:themeTint="A6"/>
          <w:sz w:val="22"/>
        </w:rPr>
        <w:t>This may include serious incidents, investigations, regulatory matters, safeguarding concerns, major disputes, legal action or other issues that could affect the organisation or proposal. Do not provide personal data or legally privileged information. Enter No if none.</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9865"/>
      </w:tblGrid>
      <w:tr w:rsidR="00BD7720" w:rsidRPr="001D08E1" w14:paraId="3177EBDF" w14:textId="77777777">
        <w:trPr>
          <w:cantSplit/>
          <w:trHeight w:val="1200"/>
          <w:jc w:val="center"/>
        </w:trPr>
        <w:tc>
          <w:tcPr>
            <w:tcW w:w="9865" w:type="dxa"/>
            <w:tcMar>
              <w:top w:w="110" w:type="dxa"/>
              <w:left w:w="110" w:type="dxa"/>
              <w:bottom w:w="110" w:type="dxa"/>
              <w:right w:w="110" w:type="dxa"/>
            </w:tcMar>
          </w:tcPr>
          <w:p w14:paraId="7B922A91" w14:textId="77777777" w:rsidR="00BD7720" w:rsidRPr="001D08E1" w:rsidRDefault="00BD7720">
            <w:pPr>
              <w:spacing w:after="0" w:line="240" w:lineRule="auto"/>
              <w:rPr>
                <w:sz w:val="22"/>
              </w:rPr>
            </w:pPr>
          </w:p>
        </w:tc>
      </w:tr>
    </w:tbl>
    <w:p w14:paraId="60A092C4" w14:textId="77777777" w:rsidR="00BD7720" w:rsidRPr="00A61989" w:rsidRDefault="005E545F">
      <w:pPr>
        <w:keepNext/>
        <w:keepLines/>
        <w:spacing w:after="80" w:line="240" w:lineRule="auto"/>
        <w:rPr>
          <w:color w:val="595959" w:themeColor="text1" w:themeTint="A6"/>
          <w:sz w:val="22"/>
        </w:rPr>
      </w:pPr>
      <w:r w:rsidRPr="00A61989">
        <w:rPr>
          <w:rFonts w:eastAsia="Arial"/>
          <w:color w:val="595959" w:themeColor="text1" w:themeTint="A6"/>
          <w:sz w:val="22"/>
        </w:rPr>
        <w:t>Maximum 250 words.</w:t>
      </w:r>
    </w:p>
    <w:p w14:paraId="35AF3536" w14:textId="31483CA7" w:rsidR="00BD7720" w:rsidRPr="001D08E1" w:rsidRDefault="001D08E1" w:rsidP="001D08E1">
      <w:pPr>
        <w:keepNext/>
        <w:keepLines/>
        <w:spacing w:before="160" w:after="140" w:line="240" w:lineRule="auto"/>
        <w:rPr>
          <w:rFonts w:eastAsia="Arial"/>
          <w:b/>
          <w:color w:val="000000"/>
          <w:sz w:val="32"/>
          <w:szCs w:val="24"/>
        </w:rPr>
      </w:pPr>
      <w:r w:rsidRPr="001D08E1">
        <w:rPr>
          <w:rFonts w:eastAsia="Arial"/>
          <w:b/>
          <w:color w:val="000000"/>
          <w:sz w:val="32"/>
          <w:szCs w:val="24"/>
        </w:rPr>
        <w:t>10</w:t>
      </w:r>
      <w:r w:rsidR="005E545F" w:rsidRPr="001D08E1">
        <w:rPr>
          <w:rFonts w:eastAsia="Arial"/>
          <w:b/>
          <w:color w:val="000000"/>
          <w:sz w:val="32"/>
          <w:szCs w:val="24"/>
        </w:rPr>
        <w:t xml:space="preserve">: Responsibility and </w:t>
      </w:r>
      <w:r w:rsidRPr="001D08E1">
        <w:rPr>
          <w:rFonts w:eastAsia="Arial"/>
          <w:b/>
          <w:color w:val="000000"/>
          <w:sz w:val="32"/>
          <w:szCs w:val="24"/>
        </w:rPr>
        <w:t>Compliance</w:t>
      </w:r>
    </w:p>
    <w:p w14:paraId="625EFB53" w14:textId="77777777" w:rsidR="001D08E1" w:rsidRPr="004F2CD2" w:rsidRDefault="001D08E1" w:rsidP="001D08E1">
      <w:pPr>
        <w:spacing w:after="0" w:line="240" w:lineRule="auto"/>
        <w:rPr>
          <w:iCs/>
          <w:color w:val="auto"/>
          <w:sz w:val="22"/>
        </w:rPr>
      </w:pPr>
      <w:r>
        <w:rPr>
          <w:iCs/>
          <w:color w:val="auto"/>
          <w:sz w:val="22"/>
        </w:rPr>
        <w:t>For e</w:t>
      </w:r>
      <w:r w:rsidRPr="004F2CD2">
        <w:rPr>
          <w:iCs/>
          <w:color w:val="auto"/>
          <w:sz w:val="22"/>
        </w:rPr>
        <w:t xml:space="preserve">ach statement, select Yes, No or Not applicable. </w:t>
      </w:r>
    </w:p>
    <w:p w14:paraId="70DC8919" w14:textId="77777777" w:rsidR="001D08E1" w:rsidRPr="004F2CD2" w:rsidRDefault="001D08E1" w:rsidP="001D08E1">
      <w:pPr>
        <w:spacing w:after="0" w:line="240" w:lineRule="auto"/>
        <w:rPr>
          <w:iCs/>
          <w:color w:val="auto"/>
          <w:sz w:val="22"/>
        </w:rPr>
      </w:pPr>
    </w:p>
    <w:p w14:paraId="57847E24" w14:textId="77777777" w:rsidR="001D08E1" w:rsidRPr="00000AAA" w:rsidRDefault="001D08E1" w:rsidP="001D08E1">
      <w:pPr>
        <w:spacing w:after="0" w:line="240" w:lineRule="auto"/>
        <w:rPr>
          <w:iCs/>
          <w:color w:val="595959" w:themeColor="text1" w:themeTint="A6"/>
          <w:sz w:val="22"/>
        </w:rPr>
      </w:pPr>
      <w:r w:rsidRPr="00000AAA">
        <w:rPr>
          <w:iCs/>
          <w:color w:val="595959" w:themeColor="text1" w:themeTint="A6"/>
          <w:sz w:val="22"/>
        </w:rPr>
        <w:t>Bradford Council may ask you to provide supporting evidence during assessment or monitoring.</w:t>
      </w:r>
    </w:p>
    <w:p w14:paraId="10E800E0" w14:textId="77777777" w:rsidR="001D08E1" w:rsidRPr="00511BC3" w:rsidRDefault="001D08E1" w:rsidP="001D08E1">
      <w:pPr>
        <w:spacing w:after="0" w:line="240" w:lineRule="auto"/>
        <w:rPr>
          <w:color w:val="auto"/>
          <w:sz w:val="22"/>
        </w:rPr>
      </w:pPr>
    </w:p>
    <w:tbl>
      <w:tblPr>
        <w:tblW w:w="9915"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6938"/>
        <w:gridCol w:w="2977"/>
      </w:tblGrid>
      <w:tr w:rsidR="001D08E1" w:rsidRPr="00511BC3" w14:paraId="4E25013D" w14:textId="77777777">
        <w:trPr>
          <w:cantSplit/>
          <w:trHeight w:val="249"/>
          <w:tblHeader/>
        </w:trPr>
        <w:tc>
          <w:tcPr>
            <w:tcW w:w="6938" w:type="dxa"/>
            <w:tcBorders>
              <w:bottom w:val="single" w:sz="6" w:space="0" w:color="D9D9D9"/>
            </w:tcBorders>
            <w:shd w:val="clear" w:color="auto" w:fill="000000"/>
            <w:tcMar>
              <w:top w:w="110" w:type="dxa"/>
              <w:left w:w="100" w:type="dxa"/>
              <w:bottom w:w="110" w:type="dxa"/>
              <w:right w:w="100" w:type="dxa"/>
            </w:tcMar>
            <w:vAlign w:val="center"/>
          </w:tcPr>
          <w:p w14:paraId="2F764407" w14:textId="77777777" w:rsidR="001D08E1" w:rsidRPr="00511BC3" w:rsidRDefault="001D08E1">
            <w:pPr>
              <w:spacing w:after="0" w:line="240" w:lineRule="auto"/>
              <w:rPr>
                <w:color w:val="auto"/>
                <w:sz w:val="22"/>
              </w:rPr>
            </w:pPr>
            <w:r w:rsidRPr="00511BC3">
              <w:rPr>
                <w:b/>
                <w:color w:val="auto"/>
                <w:sz w:val="22"/>
              </w:rPr>
              <w:t>Standard</w:t>
            </w:r>
          </w:p>
        </w:tc>
        <w:tc>
          <w:tcPr>
            <w:tcW w:w="2977" w:type="dxa"/>
            <w:tcBorders>
              <w:bottom w:val="single" w:sz="6" w:space="0" w:color="D9D9D9"/>
            </w:tcBorders>
            <w:shd w:val="clear" w:color="auto" w:fill="000000"/>
            <w:tcMar>
              <w:top w:w="110" w:type="dxa"/>
              <w:left w:w="100" w:type="dxa"/>
              <w:bottom w:w="110" w:type="dxa"/>
              <w:right w:w="100" w:type="dxa"/>
            </w:tcMar>
            <w:vAlign w:val="center"/>
          </w:tcPr>
          <w:p w14:paraId="671C924A" w14:textId="77777777" w:rsidR="001D08E1" w:rsidRPr="00511BC3" w:rsidRDefault="001D08E1">
            <w:pPr>
              <w:spacing w:after="0" w:line="240" w:lineRule="auto"/>
              <w:rPr>
                <w:color w:val="auto"/>
                <w:sz w:val="22"/>
              </w:rPr>
            </w:pPr>
            <w:r w:rsidRPr="00511BC3">
              <w:rPr>
                <w:b/>
                <w:color w:val="auto"/>
                <w:sz w:val="22"/>
              </w:rPr>
              <w:t>Response</w:t>
            </w:r>
          </w:p>
        </w:tc>
      </w:tr>
      <w:tr w:rsidR="001D08E1" w:rsidRPr="00511BC3" w14:paraId="3230EADB" w14:textId="77777777">
        <w:trPr>
          <w:cantSplit/>
          <w:trHeight w:val="21"/>
        </w:trPr>
        <w:tc>
          <w:tcPr>
            <w:tcW w:w="6938" w:type="dxa"/>
            <w:tcMar>
              <w:top w:w="90" w:type="dxa"/>
              <w:left w:w="110" w:type="dxa"/>
              <w:bottom w:w="90" w:type="dxa"/>
              <w:right w:w="110" w:type="dxa"/>
            </w:tcMar>
            <w:vAlign w:val="center"/>
          </w:tcPr>
          <w:p w14:paraId="7CAD71A0" w14:textId="77777777" w:rsidR="001D08E1" w:rsidRPr="00511BC3" w:rsidRDefault="001D08E1">
            <w:pPr>
              <w:spacing w:after="0" w:line="240" w:lineRule="auto"/>
              <w:rPr>
                <w:color w:val="auto"/>
                <w:sz w:val="22"/>
              </w:rPr>
            </w:pPr>
            <w:r w:rsidRPr="00511BC3">
              <w:rPr>
                <w:color w:val="auto"/>
                <w:sz w:val="22"/>
              </w:rPr>
              <w:t>Current governing document and operation in line with it</w:t>
            </w:r>
          </w:p>
        </w:tc>
        <w:tc>
          <w:tcPr>
            <w:tcW w:w="2977" w:type="dxa"/>
            <w:tcMar>
              <w:top w:w="90" w:type="dxa"/>
              <w:left w:w="110" w:type="dxa"/>
              <w:bottom w:w="90" w:type="dxa"/>
              <w:right w:w="110" w:type="dxa"/>
            </w:tcMar>
            <w:vAlign w:val="center"/>
          </w:tcPr>
          <w:p w14:paraId="24ECF99E" w14:textId="77777777" w:rsidR="001D08E1" w:rsidRPr="00511BC3" w:rsidRDefault="003560A8">
            <w:pPr>
              <w:spacing w:after="0" w:line="240" w:lineRule="auto"/>
              <w:rPr>
                <w:color w:val="auto"/>
                <w:sz w:val="22"/>
              </w:rPr>
            </w:pPr>
            <w:sdt>
              <w:sdtPr>
                <w:rPr>
                  <w:color w:val="auto"/>
                  <w:sz w:val="22"/>
                </w:rPr>
                <w:alias w:val="Select an option"/>
                <w:tag w:val="dropdown"/>
                <w:id w:val="1320"/>
                <w:dropDownList>
                  <w:listItem w:displayText="Select" w:value="Select"/>
                  <w:listItem w:displayText="Yes" w:value="Yes"/>
                  <w:listItem w:displayText="No" w:value="No"/>
                  <w:listItem w:displayText="Not applicable" w:value="Not applicable"/>
                </w:dropDownList>
              </w:sdtPr>
              <w:sdtEndPr/>
              <w:sdtContent>
                <w:r w:rsidR="001D08E1" w:rsidRPr="00511BC3">
                  <w:rPr>
                    <w:color w:val="auto"/>
                    <w:sz w:val="22"/>
                  </w:rPr>
                  <w:t>Select</w:t>
                </w:r>
              </w:sdtContent>
            </w:sdt>
          </w:p>
        </w:tc>
      </w:tr>
      <w:tr w:rsidR="001D08E1" w:rsidRPr="00511BC3" w14:paraId="5B5021C0" w14:textId="77777777">
        <w:trPr>
          <w:cantSplit/>
          <w:trHeight w:val="95"/>
        </w:trPr>
        <w:tc>
          <w:tcPr>
            <w:tcW w:w="6938" w:type="dxa"/>
            <w:tcMar>
              <w:top w:w="90" w:type="dxa"/>
              <w:left w:w="110" w:type="dxa"/>
              <w:bottom w:w="90" w:type="dxa"/>
              <w:right w:w="110" w:type="dxa"/>
            </w:tcMar>
            <w:vAlign w:val="center"/>
          </w:tcPr>
          <w:p w14:paraId="19AE9FD7" w14:textId="77777777" w:rsidR="001D08E1" w:rsidRPr="00511BC3" w:rsidRDefault="001D08E1">
            <w:pPr>
              <w:spacing w:after="0" w:line="240" w:lineRule="auto"/>
              <w:rPr>
                <w:color w:val="auto"/>
                <w:sz w:val="22"/>
              </w:rPr>
            </w:pPr>
            <w:r w:rsidRPr="00511BC3">
              <w:rPr>
                <w:color w:val="auto"/>
                <w:sz w:val="22"/>
              </w:rPr>
              <w:t>Appropriate board or governing body oversight and documented meetings</w:t>
            </w:r>
          </w:p>
        </w:tc>
        <w:tc>
          <w:tcPr>
            <w:tcW w:w="2977" w:type="dxa"/>
            <w:tcMar>
              <w:top w:w="90" w:type="dxa"/>
              <w:left w:w="110" w:type="dxa"/>
              <w:bottom w:w="90" w:type="dxa"/>
              <w:right w:w="110" w:type="dxa"/>
            </w:tcMar>
            <w:vAlign w:val="center"/>
          </w:tcPr>
          <w:p w14:paraId="5B36AB22" w14:textId="77777777" w:rsidR="001D08E1" w:rsidRPr="00511BC3" w:rsidRDefault="003560A8">
            <w:pPr>
              <w:spacing w:after="0" w:line="240" w:lineRule="auto"/>
              <w:rPr>
                <w:color w:val="auto"/>
                <w:sz w:val="22"/>
              </w:rPr>
            </w:pPr>
            <w:sdt>
              <w:sdtPr>
                <w:rPr>
                  <w:color w:val="auto"/>
                  <w:sz w:val="22"/>
                </w:rPr>
                <w:alias w:val="Select an option"/>
                <w:tag w:val="dropdown"/>
                <w:id w:val="1322"/>
                <w:dropDownList>
                  <w:listItem w:displayText="Select" w:value="Select"/>
                  <w:listItem w:displayText="Yes" w:value="Yes"/>
                  <w:listItem w:displayText="No" w:value="No"/>
                  <w:listItem w:displayText="Not applicable" w:value="Not applicable"/>
                </w:dropDownList>
              </w:sdtPr>
              <w:sdtEndPr/>
              <w:sdtContent>
                <w:r w:rsidR="001D08E1" w:rsidRPr="00511BC3">
                  <w:rPr>
                    <w:color w:val="auto"/>
                    <w:sz w:val="22"/>
                  </w:rPr>
                  <w:t>Select</w:t>
                </w:r>
              </w:sdtContent>
            </w:sdt>
          </w:p>
        </w:tc>
      </w:tr>
      <w:tr w:rsidR="001D08E1" w:rsidRPr="00511BC3" w14:paraId="7C70165D" w14:textId="77777777">
        <w:trPr>
          <w:cantSplit/>
          <w:trHeight w:val="21"/>
        </w:trPr>
        <w:tc>
          <w:tcPr>
            <w:tcW w:w="6938" w:type="dxa"/>
            <w:tcMar>
              <w:top w:w="90" w:type="dxa"/>
              <w:left w:w="110" w:type="dxa"/>
              <w:bottom w:w="90" w:type="dxa"/>
              <w:right w:w="110" w:type="dxa"/>
            </w:tcMar>
            <w:vAlign w:val="center"/>
          </w:tcPr>
          <w:p w14:paraId="2C2B99E5" w14:textId="77777777" w:rsidR="001D08E1" w:rsidRPr="00511BC3" w:rsidRDefault="001D08E1">
            <w:pPr>
              <w:spacing w:after="0" w:line="240" w:lineRule="auto"/>
              <w:rPr>
                <w:color w:val="auto"/>
                <w:sz w:val="22"/>
              </w:rPr>
            </w:pPr>
            <w:r w:rsidRPr="00511BC3">
              <w:rPr>
                <w:color w:val="auto"/>
                <w:sz w:val="22"/>
              </w:rPr>
              <w:t>Latest annual accounts completed and filed where required</w:t>
            </w:r>
          </w:p>
        </w:tc>
        <w:tc>
          <w:tcPr>
            <w:tcW w:w="2977" w:type="dxa"/>
            <w:tcMar>
              <w:top w:w="90" w:type="dxa"/>
              <w:left w:w="110" w:type="dxa"/>
              <w:bottom w:w="90" w:type="dxa"/>
              <w:right w:w="110" w:type="dxa"/>
            </w:tcMar>
            <w:vAlign w:val="center"/>
          </w:tcPr>
          <w:p w14:paraId="1FBBA32F" w14:textId="77777777" w:rsidR="001D08E1" w:rsidRPr="00511BC3" w:rsidRDefault="003560A8">
            <w:pPr>
              <w:spacing w:after="0" w:line="240" w:lineRule="auto"/>
              <w:rPr>
                <w:color w:val="auto"/>
                <w:sz w:val="22"/>
              </w:rPr>
            </w:pPr>
            <w:sdt>
              <w:sdtPr>
                <w:rPr>
                  <w:color w:val="auto"/>
                  <w:sz w:val="22"/>
                </w:rPr>
                <w:alias w:val="Select an option"/>
                <w:tag w:val="dropdown"/>
                <w:id w:val="1324"/>
                <w:dropDownList>
                  <w:listItem w:displayText="Select" w:value="Select"/>
                  <w:listItem w:displayText="Yes" w:value="Yes"/>
                  <w:listItem w:displayText="No" w:value="No"/>
                  <w:listItem w:displayText="Not applicable" w:value="Not applicable"/>
                </w:dropDownList>
              </w:sdtPr>
              <w:sdtEndPr/>
              <w:sdtContent>
                <w:r w:rsidR="001D08E1" w:rsidRPr="00511BC3">
                  <w:rPr>
                    <w:color w:val="auto"/>
                    <w:sz w:val="22"/>
                  </w:rPr>
                  <w:t>Select</w:t>
                </w:r>
              </w:sdtContent>
            </w:sdt>
          </w:p>
        </w:tc>
      </w:tr>
      <w:tr w:rsidR="001D08E1" w:rsidRPr="00511BC3" w14:paraId="5FFB683D" w14:textId="77777777">
        <w:trPr>
          <w:cantSplit/>
          <w:trHeight w:val="82"/>
        </w:trPr>
        <w:tc>
          <w:tcPr>
            <w:tcW w:w="6938" w:type="dxa"/>
            <w:tcMar>
              <w:top w:w="90" w:type="dxa"/>
              <w:left w:w="110" w:type="dxa"/>
              <w:bottom w:w="90" w:type="dxa"/>
              <w:right w:w="110" w:type="dxa"/>
            </w:tcMar>
            <w:vAlign w:val="center"/>
          </w:tcPr>
          <w:p w14:paraId="7316FB3F" w14:textId="77777777" w:rsidR="001D08E1" w:rsidRPr="00511BC3" w:rsidRDefault="001D08E1">
            <w:pPr>
              <w:spacing w:after="0" w:line="240" w:lineRule="auto"/>
              <w:rPr>
                <w:color w:val="auto"/>
                <w:sz w:val="22"/>
              </w:rPr>
            </w:pPr>
            <w:r w:rsidRPr="00511BC3">
              <w:rPr>
                <w:color w:val="auto"/>
                <w:sz w:val="22"/>
              </w:rPr>
              <w:t>Annual budget and regular management accounts reviewed by the board</w:t>
            </w:r>
          </w:p>
        </w:tc>
        <w:tc>
          <w:tcPr>
            <w:tcW w:w="2977" w:type="dxa"/>
            <w:tcMar>
              <w:top w:w="90" w:type="dxa"/>
              <w:left w:w="110" w:type="dxa"/>
              <w:bottom w:w="90" w:type="dxa"/>
              <w:right w:w="110" w:type="dxa"/>
            </w:tcMar>
            <w:vAlign w:val="center"/>
          </w:tcPr>
          <w:p w14:paraId="53B19DB1" w14:textId="77777777" w:rsidR="001D08E1" w:rsidRPr="00511BC3" w:rsidRDefault="003560A8">
            <w:pPr>
              <w:spacing w:after="0" w:line="240" w:lineRule="auto"/>
              <w:rPr>
                <w:color w:val="auto"/>
                <w:sz w:val="22"/>
              </w:rPr>
            </w:pPr>
            <w:sdt>
              <w:sdtPr>
                <w:rPr>
                  <w:color w:val="auto"/>
                  <w:sz w:val="22"/>
                </w:rPr>
                <w:alias w:val="Select an option"/>
                <w:tag w:val="dropdown"/>
                <w:id w:val="1326"/>
                <w:dropDownList>
                  <w:listItem w:displayText="Select" w:value="Select"/>
                  <w:listItem w:displayText="Yes" w:value="Yes"/>
                  <w:listItem w:displayText="No" w:value="No"/>
                  <w:listItem w:displayText="Not applicable" w:value="Not applicable"/>
                </w:dropDownList>
              </w:sdtPr>
              <w:sdtEndPr/>
              <w:sdtContent>
                <w:r w:rsidR="001D08E1" w:rsidRPr="00511BC3">
                  <w:rPr>
                    <w:color w:val="auto"/>
                    <w:sz w:val="22"/>
                  </w:rPr>
                  <w:t>Select</w:t>
                </w:r>
              </w:sdtContent>
            </w:sdt>
          </w:p>
        </w:tc>
      </w:tr>
      <w:tr w:rsidR="001D08E1" w:rsidRPr="00511BC3" w14:paraId="5152A6DF" w14:textId="77777777">
        <w:trPr>
          <w:cantSplit/>
          <w:trHeight w:val="21"/>
        </w:trPr>
        <w:tc>
          <w:tcPr>
            <w:tcW w:w="6938" w:type="dxa"/>
            <w:tcMar>
              <w:top w:w="90" w:type="dxa"/>
              <w:left w:w="110" w:type="dxa"/>
              <w:bottom w:w="90" w:type="dxa"/>
              <w:right w:w="110" w:type="dxa"/>
            </w:tcMar>
            <w:vAlign w:val="center"/>
          </w:tcPr>
          <w:p w14:paraId="4ADADD4D" w14:textId="77777777" w:rsidR="001D08E1" w:rsidRPr="00A96194" w:rsidRDefault="001D08E1">
            <w:pPr>
              <w:rPr>
                <w:sz w:val="22"/>
              </w:rPr>
            </w:pPr>
            <w:r w:rsidRPr="00A96194">
              <w:rPr>
                <w:color w:val="auto"/>
                <w:sz w:val="22"/>
              </w:rPr>
              <w:t>Financial controls, including delegated authority, appropriate bank arrangements, fraud prevention and separation of financial duties where practicable.</w:t>
            </w:r>
          </w:p>
        </w:tc>
        <w:tc>
          <w:tcPr>
            <w:tcW w:w="2977" w:type="dxa"/>
            <w:tcMar>
              <w:top w:w="90" w:type="dxa"/>
              <w:left w:w="110" w:type="dxa"/>
              <w:bottom w:w="90" w:type="dxa"/>
              <w:right w:w="110" w:type="dxa"/>
            </w:tcMar>
            <w:vAlign w:val="center"/>
          </w:tcPr>
          <w:p w14:paraId="4968B774" w14:textId="77777777" w:rsidR="001D08E1" w:rsidRPr="00511BC3" w:rsidRDefault="003560A8">
            <w:pPr>
              <w:spacing w:after="0" w:line="240" w:lineRule="auto"/>
              <w:rPr>
                <w:color w:val="auto"/>
                <w:sz w:val="22"/>
              </w:rPr>
            </w:pPr>
            <w:sdt>
              <w:sdtPr>
                <w:rPr>
                  <w:color w:val="auto"/>
                  <w:sz w:val="22"/>
                </w:rPr>
                <w:alias w:val="Select an option"/>
                <w:tag w:val="dropdown"/>
                <w:id w:val="1328"/>
                <w:dropDownList>
                  <w:listItem w:displayText="Select" w:value="Select"/>
                  <w:listItem w:displayText="Yes" w:value="Yes"/>
                  <w:listItem w:displayText="No" w:value="No"/>
                  <w:listItem w:displayText="Not applicable" w:value="Not applicable"/>
                </w:dropDownList>
              </w:sdtPr>
              <w:sdtEndPr/>
              <w:sdtContent>
                <w:r w:rsidR="001D08E1" w:rsidRPr="00511BC3">
                  <w:rPr>
                    <w:color w:val="auto"/>
                    <w:sz w:val="22"/>
                  </w:rPr>
                  <w:t>Select</w:t>
                </w:r>
              </w:sdtContent>
            </w:sdt>
          </w:p>
        </w:tc>
      </w:tr>
      <w:tr w:rsidR="001D08E1" w:rsidRPr="00511BC3" w14:paraId="5B888AE8" w14:textId="77777777">
        <w:trPr>
          <w:cantSplit/>
          <w:trHeight w:val="102"/>
        </w:trPr>
        <w:tc>
          <w:tcPr>
            <w:tcW w:w="6938" w:type="dxa"/>
            <w:tcMar>
              <w:top w:w="90" w:type="dxa"/>
              <w:left w:w="110" w:type="dxa"/>
              <w:bottom w:w="90" w:type="dxa"/>
              <w:right w:w="110" w:type="dxa"/>
            </w:tcMar>
            <w:vAlign w:val="center"/>
          </w:tcPr>
          <w:p w14:paraId="6AD888A9" w14:textId="77777777" w:rsidR="001D08E1" w:rsidRPr="00511BC3" w:rsidRDefault="001D08E1">
            <w:pPr>
              <w:spacing w:after="0" w:line="240" w:lineRule="auto"/>
              <w:rPr>
                <w:color w:val="auto"/>
                <w:sz w:val="22"/>
              </w:rPr>
            </w:pPr>
            <w:r w:rsidRPr="00511BC3">
              <w:rPr>
                <w:color w:val="auto"/>
                <w:sz w:val="22"/>
              </w:rPr>
              <w:t>Appropriate insurance including public and employers’ liability where relevant</w:t>
            </w:r>
          </w:p>
        </w:tc>
        <w:tc>
          <w:tcPr>
            <w:tcW w:w="2977" w:type="dxa"/>
            <w:tcMar>
              <w:top w:w="90" w:type="dxa"/>
              <w:left w:w="110" w:type="dxa"/>
              <w:bottom w:w="90" w:type="dxa"/>
              <w:right w:w="110" w:type="dxa"/>
            </w:tcMar>
            <w:vAlign w:val="center"/>
          </w:tcPr>
          <w:p w14:paraId="0FFF9875" w14:textId="77777777" w:rsidR="001D08E1" w:rsidRPr="00511BC3" w:rsidRDefault="003560A8">
            <w:pPr>
              <w:spacing w:after="0" w:line="240" w:lineRule="auto"/>
              <w:rPr>
                <w:color w:val="auto"/>
                <w:sz w:val="22"/>
              </w:rPr>
            </w:pPr>
            <w:sdt>
              <w:sdtPr>
                <w:rPr>
                  <w:color w:val="auto"/>
                  <w:sz w:val="22"/>
                </w:rPr>
                <w:alias w:val="Select an option"/>
                <w:tag w:val="dropdown"/>
                <w:id w:val="1330"/>
                <w:dropDownList>
                  <w:listItem w:displayText="Select" w:value="Select"/>
                  <w:listItem w:displayText="Yes" w:value="Yes"/>
                  <w:listItem w:displayText="No" w:value="No"/>
                  <w:listItem w:displayText="Not applicable" w:value="Not applicable"/>
                </w:dropDownList>
              </w:sdtPr>
              <w:sdtEndPr/>
              <w:sdtContent>
                <w:r w:rsidR="001D08E1" w:rsidRPr="00511BC3">
                  <w:rPr>
                    <w:color w:val="auto"/>
                    <w:sz w:val="22"/>
                  </w:rPr>
                  <w:t>Select</w:t>
                </w:r>
              </w:sdtContent>
            </w:sdt>
          </w:p>
        </w:tc>
      </w:tr>
      <w:tr w:rsidR="001D08E1" w:rsidRPr="00511BC3" w14:paraId="078C758E" w14:textId="77777777">
        <w:trPr>
          <w:cantSplit/>
          <w:trHeight w:val="98"/>
        </w:trPr>
        <w:tc>
          <w:tcPr>
            <w:tcW w:w="6938" w:type="dxa"/>
            <w:tcMar>
              <w:top w:w="90" w:type="dxa"/>
              <w:left w:w="110" w:type="dxa"/>
              <w:bottom w:w="90" w:type="dxa"/>
              <w:right w:w="110" w:type="dxa"/>
            </w:tcMar>
            <w:vAlign w:val="center"/>
          </w:tcPr>
          <w:p w14:paraId="2045CE49" w14:textId="77777777" w:rsidR="001D08E1" w:rsidRPr="00511BC3" w:rsidRDefault="001D08E1">
            <w:pPr>
              <w:spacing w:after="0" w:line="240" w:lineRule="auto"/>
              <w:rPr>
                <w:color w:val="auto"/>
                <w:sz w:val="22"/>
              </w:rPr>
            </w:pPr>
            <w:r w:rsidRPr="00511BC3">
              <w:rPr>
                <w:color w:val="auto"/>
                <w:sz w:val="22"/>
              </w:rPr>
              <w:t>Compliance with employment law and fair contracts for staff and freelancers</w:t>
            </w:r>
          </w:p>
        </w:tc>
        <w:tc>
          <w:tcPr>
            <w:tcW w:w="2977" w:type="dxa"/>
            <w:tcMar>
              <w:top w:w="90" w:type="dxa"/>
              <w:left w:w="110" w:type="dxa"/>
              <w:bottom w:w="90" w:type="dxa"/>
              <w:right w:w="110" w:type="dxa"/>
            </w:tcMar>
            <w:vAlign w:val="center"/>
          </w:tcPr>
          <w:p w14:paraId="31077E7E" w14:textId="77777777" w:rsidR="001D08E1" w:rsidRPr="00511BC3" w:rsidRDefault="003560A8">
            <w:pPr>
              <w:spacing w:after="0" w:line="240" w:lineRule="auto"/>
              <w:rPr>
                <w:color w:val="auto"/>
                <w:sz w:val="22"/>
              </w:rPr>
            </w:pPr>
            <w:sdt>
              <w:sdtPr>
                <w:rPr>
                  <w:color w:val="auto"/>
                  <w:sz w:val="22"/>
                </w:rPr>
                <w:alias w:val="Select an option"/>
                <w:tag w:val="dropdown"/>
                <w:id w:val="1332"/>
                <w:dropDownList>
                  <w:listItem w:displayText="Select" w:value="Select"/>
                  <w:listItem w:displayText="Yes" w:value="Yes"/>
                  <w:listItem w:displayText="No" w:value="No"/>
                  <w:listItem w:displayText="Not applicable" w:value="Not applicable"/>
                </w:dropDownList>
              </w:sdtPr>
              <w:sdtEndPr/>
              <w:sdtContent>
                <w:r w:rsidR="001D08E1" w:rsidRPr="00511BC3">
                  <w:rPr>
                    <w:color w:val="auto"/>
                    <w:sz w:val="22"/>
                  </w:rPr>
                  <w:t>Select</w:t>
                </w:r>
              </w:sdtContent>
            </w:sdt>
          </w:p>
        </w:tc>
      </w:tr>
      <w:tr w:rsidR="001D08E1" w:rsidRPr="00511BC3" w14:paraId="5E96FB05" w14:textId="77777777">
        <w:trPr>
          <w:cantSplit/>
          <w:trHeight w:val="21"/>
        </w:trPr>
        <w:tc>
          <w:tcPr>
            <w:tcW w:w="6938" w:type="dxa"/>
            <w:tcMar>
              <w:top w:w="90" w:type="dxa"/>
              <w:left w:w="110" w:type="dxa"/>
              <w:bottom w:w="90" w:type="dxa"/>
              <w:right w:w="110" w:type="dxa"/>
            </w:tcMar>
            <w:vAlign w:val="center"/>
          </w:tcPr>
          <w:p w14:paraId="32866A88" w14:textId="77777777" w:rsidR="001D08E1" w:rsidRPr="00511BC3" w:rsidRDefault="001D08E1">
            <w:pPr>
              <w:spacing w:after="0" w:line="240" w:lineRule="auto"/>
              <w:rPr>
                <w:color w:val="auto"/>
                <w:sz w:val="22"/>
              </w:rPr>
            </w:pPr>
            <w:r w:rsidRPr="00511BC3">
              <w:rPr>
                <w:color w:val="auto"/>
                <w:sz w:val="22"/>
              </w:rPr>
              <w:t>Equality, diversity and inclusion policy and active implementation</w:t>
            </w:r>
          </w:p>
        </w:tc>
        <w:tc>
          <w:tcPr>
            <w:tcW w:w="2977" w:type="dxa"/>
            <w:tcMar>
              <w:top w:w="90" w:type="dxa"/>
              <w:left w:w="110" w:type="dxa"/>
              <w:bottom w:w="90" w:type="dxa"/>
              <w:right w:w="110" w:type="dxa"/>
            </w:tcMar>
            <w:vAlign w:val="center"/>
          </w:tcPr>
          <w:p w14:paraId="69B1A1BF" w14:textId="77777777" w:rsidR="001D08E1" w:rsidRPr="00511BC3" w:rsidRDefault="003560A8">
            <w:pPr>
              <w:spacing w:after="0" w:line="240" w:lineRule="auto"/>
              <w:rPr>
                <w:color w:val="auto"/>
                <w:sz w:val="22"/>
              </w:rPr>
            </w:pPr>
            <w:sdt>
              <w:sdtPr>
                <w:rPr>
                  <w:color w:val="auto"/>
                  <w:sz w:val="22"/>
                </w:rPr>
                <w:alias w:val="Select an option"/>
                <w:tag w:val="dropdown"/>
                <w:id w:val="1334"/>
                <w:dropDownList>
                  <w:listItem w:displayText="Select" w:value="Select"/>
                  <w:listItem w:displayText="Yes" w:value="Yes"/>
                  <w:listItem w:displayText="No" w:value="No"/>
                  <w:listItem w:displayText="Not applicable" w:value="Not applicable"/>
                </w:dropDownList>
              </w:sdtPr>
              <w:sdtEndPr/>
              <w:sdtContent>
                <w:r w:rsidR="001D08E1" w:rsidRPr="00511BC3">
                  <w:rPr>
                    <w:color w:val="auto"/>
                    <w:sz w:val="22"/>
                  </w:rPr>
                  <w:t>Select</w:t>
                </w:r>
              </w:sdtContent>
            </w:sdt>
          </w:p>
        </w:tc>
      </w:tr>
      <w:tr w:rsidR="001D08E1" w:rsidRPr="00511BC3" w14:paraId="1C5F67B6" w14:textId="77777777">
        <w:trPr>
          <w:cantSplit/>
          <w:trHeight w:val="86"/>
        </w:trPr>
        <w:tc>
          <w:tcPr>
            <w:tcW w:w="6938" w:type="dxa"/>
            <w:tcMar>
              <w:top w:w="90" w:type="dxa"/>
              <w:left w:w="110" w:type="dxa"/>
              <w:bottom w:w="90" w:type="dxa"/>
              <w:right w:w="110" w:type="dxa"/>
            </w:tcMar>
            <w:vAlign w:val="center"/>
          </w:tcPr>
          <w:p w14:paraId="6128D877" w14:textId="77777777" w:rsidR="001D08E1" w:rsidRPr="00511BC3" w:rsidRDefault="001D08E1">
            <w:pPr>
              <w:spacing w:after="0" w:line="240" w:lineRule="auto"/>
              <w:rPr>
                <w:color w:val="auto"/>
                <w:sz w:val="22"/>
              </w:rPr>
            </w:pPr>
            <w:r w:rsidRPr="00C63A57">
              <w:rPr>
                <w:color w:val="auto"/>
                <w:sz w:val="22"/>
              </w:rPr>
              <w:t>Safeguarding policies, reporting procedures, appropriate checks and role-specific safeguarding training where relevant.</w:t>
            </w:r>
          </w:p>
        </w:tc>
        <w:tc>
          <w:tcPr>
            <w:tcW w:w="2977" w:type="dxa"/>
            <w:tcMar>
              <w:top w:w="90" w:type="dxa"/>
              <w:left w:w="110" w:type="dxa"/>
              <w:bottom w:w="90" w:type="dxa"/>
              <w:right w:w="110" w:type="dxa"/>
            </w:tcMar>
            <w:vAlign w:val="center"/>
          </w:tcPr>
          <w:p w14:paraId="77052B6A" w14:textId="77777777" w:rsidR="001D08E1" w:rsidRPr="00511BC3" w:rsidRDefault="003560A8">
            <w:pPr>
              <w:spacing w:after="0" w:line="240" w:lineRule="auto"/>
              <w:rPr>
                <w:color w:val="auto"/>
                <w:sz w:val="22"/>
              </w:rPr>
            </w:pPr>
            <w:sdt>
              <w:sdtPr>
                <w:rPr>
                  <w:color w:val="auto"/>
                  <w:sz w:val="22"/>
                </w:rPr>
                <w:alias w:val="Select an option"/>
                <w:tag w:val="dropdown"/>
                <w:id w:val="1336"/>
                <w:dropDownList>
                  <w:listItem w:displayText="Select" w:value="Select"/>
                  <w:listItem w:displayText="Yes" w:value="Yes"/>
                  <w:listItem w:displayText="No" w:value="No"/>
                  <w:listItem w:displayText="Not applicable" w:value="Not applicable"/>
                </w:dropDownList>
              </w:sdtPr>
              <w:sdtEndPr/>
              <w:sdtContent>
                <w:r w:rsidR="001D08E1" w:rsidRPr="00511BC3">
                  <w:rPr>
                    <w:color w:val="auto"/>
                    <w:sz w:val="22"/>
                  </w:rPr>
                  <w:t>Select</w:t>
                </w:r>
              </w:sdtContent>
            </w:sdt>
          </w:p>
        </w:tc>
      </w:tr>
      <w:tr w:rsidR="001D08E1" w:rsidRPr="00511BC3" w14:paraId="79F23DCB" w14:textId="77777777">
        <w:trPr>
          <w:cantSplit/>
          <w:trHeight w:val="21"/>
        </w:trPr>
        <w:tc>
          <w:tcPr>
            <w:tcW w:w="6938" w:type="dxa"/>
            <w:tcMar>
              <w:top w:w="90" w:type="dxa"/>
              <w:left w:w="110" w:type="dxa"/>
              <w:bottom w:w="90" w:type="dxa"/>
              <w:right w:w="110" w:type="dxa"/>
            </w:tcMar>
            <w:vAlign w:val="center"/>
          </w:tcPr>
          <w:p w14:paraId="131A81AB" w14:textId="77777777" w:rsidR="001D08E1" w:rsidRPr="00511BC3" w:rsidRDefault="001D08E1">
            <w:pPr>
              <w:spacing w:after="0" w:line="240" w:lineRule="auto"/>
              <w:rPr>
                <w:color w:val="auto"/>
                <w:sz w:val="22"/>
              </w:rPr>
            </w:pPr>
            <w:r w:rsidRPr="00F12286">
              <w:rPr>
                <w:color w:val="auto"/>
                <w:sz w:val="22"/>
              </w:rPr>
              <w:t>Regular, role-appropriate training for staff, freelancers and board members, including safeguarding, equality and inclusion, health and safety, data protection and cyber security where relevant</w:t>
            </w:r>
          </w:p>
        </w:tc>
        <w:tc>
          <w:tcPr>
            <w:tcW w:w="2977" w:type="dxa"/>
            <w:tcMar>
              <w:top w:w="90" w:type="dxa"/>
              <w:left w:w="110" w:type="dxa"/>
              <w:bottom w:w="90" w:type="dxa"/>
              <w:right w:w="110" w:type="dxa"/>
            </w:tcMar>
            <w:vAlign w:val="center"/>
          </w:tcPr>
          <w:p w14:paraId="7AED3AB5" w14:textId="77777777" w:rsidR="001D08E1" w:rsidRPr="00511BC3" w:rsidRDefault="003560A8">
            <w:pPr>
              <w:spacing w:after="0" w:line="240" w:lineRule="auto"/>
              <w:rPr>
                <w:color w:val="auto"/>
                <w:sz w:val="22"/>
              </w:rPr>
            </w:pPr>
            <w:sdt>
              <w:sdtPr>
                <w:rPr>
                  <w:color w:val="auto"/>
                  <w:sz w:val="22"/>
                </w:rPr>
                <w:alias w:val="Select an option"/>
                <w:tag w:val="dropdown"/>
                <w:id w:val="1571621967"/>
                <w:dropDownList>
                  <w:listItem w:displayText="Select" w:value="Select"/>
                  <w:listItem w:displayText="Yes" w:value="Yes"/>
                  <w:listItem w:displayText="No" w:value="No"/>
                  <w:listItem w:displayText="Not applicable" w:value="Not applicable"/>
                </w:dropDownList>
              </w:sdtPr>
              <w:sdtEndPr/>
              <w:sdtContent>
                <w:r w:rsidR="001D08E1" w:rsidRPr="00511BC3">
                  <w:rPr>
                    <w:color w:val="auto"/>
                    <w:sz w:val="22"/>
                  </w:rPr>
                  <w:t>Select</w:t>
                </w:r>
              </w:sdtContent>
            </w:sdt>
          </w:p>
        </w:tc>
      </w:tr>
      <w:tr w:rsidR="001D08E1" w:rsidRPr="00511BC3" w14:paraId="0F416730" w14:textId="77777777">
        <w:trPr>
          <w:cantSplit/>
          <w:trHeight w:val="21"/>
        </w:trPr>
        <w:tc>
          <w:tcPr>
            <w:tcW w:w="6938" w:type="dxa"/>
            <w:tcMar>
              <w:top w:w="90" w:type="dxa"/>
              <w:left w:w="110" w:type="dxa"/>
              <w:bottom w:w="90" w:type="dxa"/>
              <w:right w:w="110" w:type="dxa"/>
            </w:tcMar>
            <w:vAlign w:val="center"/>
          </w:tcPr>
          <w:p w14:paraId="5D398151" w14:textId="77777777" w:rsidR="001D08E1" w:rsidRPr="00511BC3" w:rsidRDefault="001D08E1">
            <w:pPr>
              <w:spacing w:after="0" w:line="240" w:lineRule="auto"/>
              <w:rPr>
                <w:color w:val="auto"/>
                <w:sz w:val="22"/>
              </w:rPr>
            </w:pPr>
            <w:r w:rsidRPr="00F12286">
              <w:rPr>
                <w:color w:val="auto"/>
                <w:sz w:val="22"/>
              </w:rPr>
              <w:t>Conflicts-of-interest policy, with interests declared, recorded and managed</w:t>
            </w:r>
          </w:p>
        </w:tc>
        <w:tc>
          <w:tcPr>
            <w:tcW w:w="2977" w:type="dxa"/>
            <w:tcMar>
              <w:top w:w="90" w:type="dxa"/>
              <w:left w:w="110" w:type="dxa"/>
              <w:bottom w:w="90" w:type="dxa"/>
              <w:right w:w="110" w:type="dxa"/>
            </w:tcMar>
            <w:vAlign w:val="center"/>
          </w:tcPr>
          <w:p w14:paraId="0222E1E9" w14:textId="77777777" w:rsidR="001D08E1" w:rsidRPr="00511BC3" w:rsidRDefault="003560A8">
            <w:pPr>
              <w:spacing w:after="0" w:line="240" w:lineRule="auto"/>
              <w:rPr>
                <w:color w:val="auto"/>
                <w:sz w:val="22"/>
              </w:rPr>
            </w:pPr>
            <w:sdt>
              <w:sdtPr>
                <w:rPr>
                  <w:color w:val="auto"/>
                  <w:sz w:val="22"/>
                </w:rPr>
                <w:alias w:val="Select an option"/>
                <w:tag w:val="dropdown"/>
                <w:id w:val="-2021619982"/>
                <w:dropDownList>
                  <w:listItem w:displayText="Select" w:value="Select"/>
                  <w:listItem w:displayText="Yes" w:value="Yes"/>
                  <w:listItem w:displayText="No" w:value="No"/>
                  <w:listItem w:displayText="Not applicable" w:value="Not applicable"/>
                </w:dropDownList>
              </w:sdtPr>
              <w:sdtEndPr/>
              <w:sdtContent>
                <w:r w:rsidR="001D08E1" w:rsidRPr="00511BC3">
                  <w:rPr>
                    <w:color w:val="auto"/>
                    <w:sz w:val="22"/>
                  </w:rPr>
                  <w:t>Select</w:t>
                </w:r>
              </w:sdtContent>
            </w:sdt>
          </w:p>
        </w:tc>
      </w:tr>
      <w:tr w:rsidR="001D08E1" w:rsidRPr="00511BC3" w14:paraId="56A22426" w14:textId="77777777">
        <w:trPr>
          <w:cantSplit/>
          <w:trHeight w:val="21"/>
        </w:trPr>
        <w:tc>
          <w:tcPr>
            <w:tcW w:w="6938" w:type="dxa"/>
            <w:tcMar>
              <w:top w:w="90" w:type="dxa"/>
              <w:left w:w="110" w:type="dxa"/>
              <w:bottom w:w="90" w:type="dxa"/>
              <w:right w:w="110" w:type="dxa"/>
            </w:tcMar>
            <w:vAlign w:val="center"/>
          </w:tcPr>
          <w:p w14:paraId="5B20511D" w14:textId="77777777" w:rsidR="001D08E1" w:rsidRPr="00F12286" w:rsidRDefault="001D08E1">
            <w:pPr>
              <w:spacing w:after="0" w:line="240" w:lineRule="auto"/>
              <w:rPr>
                <w:color w:val="auto"/>
                <w:sz w:val="22"/>
              </w:rPr>
            </w:pPr>
            <w:r w:rsidRPr="00F12286">
              <w:rPr>
                <w:color w:val="auto"/>
                <w:sz w:val="22"/>
              </w:rPr>
              <w:lastRenderedPageBreak/>
              <w:t>Complaints, whistleblowing and serious-incident reporting procedures</w:t>
            </w:r>
          </w:p>
        </w:tc>
        <w:tc>
          <w:tcPr>
            <w:tcW w:w="2977" w:type="dxa"/>
            <w:tcMar>
              <w:top w:w="90" w:type="dxa"/>
              <w:left w:w="110" w:type="dxa"/>
              <w:bottom w:w="90" w:type="dxa"/>
              <w:right w:w="110" w:type="dxa"/>
            </w:tcMar>
            <w:vAlign w:val="center"/>
          </w:tcPr>
          <w:p w14:paraId="01D4AA9E" w14:textId="77777777" w:rsidR="001D08E1" w:rsidRPr="00511BC3" w:rsidRDefault="003560A8">
            <w:pPr>
              <w:spacing w:after="0" w:line="240" w:lineRule="auto"/>
              <w:rPr>
                <w:color w:val="auto"/>
                <w:sz w:val="22"/>
              </w:rPr>
            </w:pPr>
            <w:sdt>
              <w:sdtPr>
                <w:rPr>
                  <w:color w:val="auto"/>
                  <w:sz w:val="22"/>
                </w:rPr>
                <w:alias w:val="Select an option"/>
                <w:tag w:val="dropdown"/>
                <w:id w:val="-2082288389"/>
                <w:dropDownList>
                  <w:listItem w:displayText="Select" w:value="Select"/>
                  <w:listItem w:displayText="Yes" w:value="Yes"/>
                  <w:listItem w:displayText="No" w:value="No"/>
                  <w:listItem w:displayText="Not applicable" w:value="Not applicable"/>
                </w:dropDownList>
              </w:sdtPr>
              <w:sdtEndPr/>
              <w:sdtContent>
                <w:r w:rsidR="001D08E1" w:rsidRPr="00511BC3">
                  <w:rPr>
                    <w:color w:val="auto"/>
                    <w:sz w:val="22"/>
                  </w:rPr>
                  <w:t>Select</w:t>
                </w:r>
              </w:sdtContent>
            </w:sdt>
          </w:p>
        </w:tc>
      </w:tr>
      <w:tr w:rsidR="001D08E1" w:rsidRPr="00511BC3" w14:paraId="2CBAB5B8" w14:textId="77777777">
        <w:trPr>
          <w:cantSplit/>
          <w:trHeight w:val="21"/>
        </w:trPr>
        <w:tc>
          <w:tcPr>
            <w:tcW w:w="6938" w:type="dxa"/>
            <w:tcMar>
              <w:top w:w="90" w:type="dxa"/>
              <w:left w:w="110" w:type="dxa"/>
              <w:bottom w:w="90" w:type="dxa"/>
              <w:right w:w="110" w:type="dxa"/>
            </w:tcMar>
            <w:vAlign w:val="center"/>
          </w:tcPr>
          <w:p w14:paraId="25519ADA" w14:textId="77777777" w:rsidR="001D08E1" w:rsidRPr="007155DC" w:rsidRDefault="001D08E1">
            <w:pPr>
              <w:spacing w:after="0" w:line="240" w:lineRule="auto"/>
              <w:rPr>
                <w:color w:val="auto"/>
                <w:sz w:val="22"/>
              </w:rPr>
            </w:pPr>
            <w:r w:rsidRPr="007155DC">
              <w:rPr>
                <w:color w:val="auto"/>
                <w:sz w:val="22"/>
              </w:rPr>
              <w:t>Cybersecurity, data backup and business-continuity arrangements</w:t>
            </w:r>
          </w:p>
        </w:tc>
        <w:tc>
          <w:tcPr>
            <w:tcW w:w="2977" w:type="dxa"/>
            <w:tcMar>
              <w:top w:w="90" w:type="dxa"/>
              <w:left w:w="110" w:type="dxa"/>
              <w:bottom w:w="90" w:type="dxa"/>
              <w:right w:w="110" w:type="dxa"/>
            </w:tcMar>
            <w:vAlign w:val="center"/>
          </w:tcPr>
          <w:p w14:paraId="46AE6DE5" w14:textId="77777777" w:rsidR="001D08E1" w:rsidRPr="00511BC3" w:rsidRDefault="003560A8">
            <w:pPr>
              <w:spacing w:after="0" w:line="240" w:lineRule="auto"/>
              <w:rPr>
                <w:color w:val="auto"/>
                <w:sz w:val="22"/>
              </w:rPr>
            </w:pPr>
            <w:sdt>
              <w:sdtPr>
                <w:rPr>
                  <w:color w:val="auto"/>
                  <w:sz w:val="22"/>
                </w:rPr>
                <w:alias w:val="Select an option"/>
                <w:tag w:val="dropdown"/>
                <w:id w:val="-1592007384"/>
                <w:dropDownList>
                  <w:listItem w:displayText="Select" w:value="Select"/>
                  <w:listItem w:displayText="Yes" w:value="Yes"/>
                  <w:listItem w:displayText="No" w:value="No"/>
                  <w:listItem w:displayText="Not applicable" w:value="Not applicable"/>
                </w:dropDownList>
              </w:sdtPr>
              <w:sdtEndPr/>
              <w:sdtContent>
                <w:r w:rsidR="001D08E1" w:rsidRPr="00511BC3">
                  <w:rPr>
                    <w:color w:val="auto"/>
                    <w:sz w:val="22"/>
                  </w:rPr>
                  <w:t>Select</w:t>
                </w:r>
              </w:sdtContent>
            </w:sdt>
          </w:p>
        </w:tc>
      </w:tr>
      <w:tr w:rsidR="001D08E1" w:rsidRPr="00511BC3" w14:paraId="1BA17908" w14:textId="77777777">
        <w:trPr>
          <w:cantSplit/>
          <w:trHeight w:val="21"/>
        </w:trPr>
        <w:tc>
          <w:tcPr>
            <w:tcW w:w="6938" w:type="dxa"/>
            <w:tcMar>
              <w:top w:w="90" w:type="dxa"/>
              <w:left w:w="110" w:type="dxa"/>
              <w:bottom w:w="90" w:type="dxa"/>
              <w:right w:w="110" w:type="dxa"/>
            </w:tcMar>
            <w:vAlign w:val="center"/>
          </w:tcPr>
          <w:p w14:paraId="11DA3148" w14:textId="77777777" w:rsidR="001D08E1" w:rsidRPr="007155DC" w:rsidRDefault="001D08E1">
            <w:pPr>
              <w:spacing w:after="0" w:line="240" w:lineRule="auto"/>
              <w:rPr>
                <w:color w:val="auto"/>
                <w:sz w:val="22"/>
                <w:lang w:val="en-GB"/>
              </w:rPr>
            </w:pPr>
            <w:r w:rsidRPr="007155DC">
              <w:rPr>
                <w:color w:val="auto"/>
                <w:sz w:val="22"/>
                <w:lang w:val="en-GB"/>
              </w:rPr>
              <w:t>Policies and procedures reviewed and updated at appropriate intervals, with approval by board or governing body</w:t>
            </w:r>
          </w:p>
        </w:tc>
        <w:tc>
          <w:tcPr>
            <w:tcW w:w="2977" w:type="dxa"/>
            <w:tcMar>
              <w:top w:w="90" w:type="dxa"/>
              <w:left w:w="110" w:type="dxa"/>
              <w:bottom w:w="90" w:type="dxa"/>
              <w:right w:w="110" w:type="dxa"/>
            </w:tcMar>
            <w:vAlign w:val="center"/>
          </w:tcPr>
          <w:p w14:paraId="7AA15E09" w14:textId="77777777" w:rsidR="001D08E1" w:rsidRPr="00511BC3" w:rsidRDefault="003560A8">
            <w:pPr>
              <w:spacing w:after="0" w:line="240" w:lineRule="auto"/>
              <w:rPr>
                <w:color w:val="auto"/>
                <w:sz w:val="22"/>
              </w:rPr>
            </w:pPr>
            <w:sdt>
              <w:sdtPr>
                <w:rPr>
                  <w:color w:val="auto"/>
                  <w:sz w:val="22"/>
                </w:rPr>
                <w:alias w:val="Select an option"/>
                <w:tag w:val="dropdown"/>
                <w:id w:val="-151444862"/>
                <w:dropDownList>
                  <w:listItem w:displayText="Select" w:value="Select"/>
                  <w:listItem w:displayText="Yes" w:value="Yes"/>
                  <w:listItem w:displayText="No" w:value="No"/>
                  <w:listItem w:displayText="Not applicable" w:value="Not applicable"/>
                </w:dropDownList>
              </w:sdtPr>
              <w:sdtEndPr/>
              <w:sdtContent>
                <w:r w:rsidR="001D08E1" w:rsidRPr="00511BC3">
                  <w:rPr>
                    <w:color w:val="auto"/>
                    <w:sz w:val="22"/>
                  </w:rPr>
                  <w:t>Select</w:t>
                </w:r>
              </w:sdtContent>
            </w:sdt>
          </w:p>
        </w:tc>
      </w:tr>
      <w:tr w:rsidR="001D08E1" w:rsidRPr="00511BC3" w14:paraId="1B49B96B" w14:textId="77777777">
        <w:trPr>
          <w:cantSplit/>
          <w:trHeight w:val="21"/>
        </w:trPr>
        <w:tc>
          <w:tcPr>
            <w:tcW w:w="6938" w:type="dxa"/>
            <w:tcMar>
              <w:top w:w="90" w:type="dxa"/>
              <w:left w:w="110" w:type="dxa"/>
              <w:bottom w:w="90" w:type="dxa"/>
              <w:right w:w="110" w:type="dxa"/>
            </w:tcMar>
            <w:vAlign w:val="center"/>
          </w:tcPr>
          <w:p w14:paraId="1CACE1D4" w14:textId="77777777" w:rsidR="001D08E1" w:rsidRPr="00511BC3" w:rsidRDefault="001D08E1">
            <w:pPr>
              <w:spacing w:after="0" w:line="240" w:lineRule="auto"/>
              <w:rPr>
                <w:color w:val="auto"/>
                <w:sz w:val="22"/>
              </w:rPr>
            </w:pPr>
            <w:r w:rsidRPr="00511BC3">
              <w:rPr>
                <w:color w:val="auto"/>
                <w:sz w:val="22"/>
              </w:rPr>
              <w:t>Data protection and UK GDPR arrangements</w:t>
            </w:r>
          </w:p>
        </w:tc>
        <w:tc>
          <w:tcPr>
            <w:tcW w:w="2977" w:type="dxa"/>
            <w:tcMar>
              <w:top w:w="90" w:type="dxa"/>
              <w:left w:w="110" w:type="dxa"/>
              <w:bottom w:w="90" w:type="dxa"/>
              <w:right w:w="110" w:type="dxa"/>
            </w:tcMar>
            <w:vAlign w:val="center"/>
          </w:tcPr>
          <w:p w14:paraId="2F604527" w14:textId="77777777" w:rsidR="001D08E1" w:rsidRPr="00511BC3" w:rsidRDefault="003560A8">
            <w:pPr>
              <w:spacing w:after="0" w:line="240" w:lineRule="auto"/>
              <w:rPr>
                <w:color w:val="auto"/>
                <w:sz w:val="22"/>
              </w:rPr>
            </w:pPr>
            <w:sdt>
              <w:sdtPr>
                <w:rPr>
                  <w:color w:val="auto"/>
                  <w:sz w:val="22"/>
                </w:rPr>
                <w:alias w:val="Select an option"/>
                <w:tag w:val="dropdown"/>
                <w:id w:val="1338"/>
                <w:dropDownList>
                  <w:listItem w:displayText="Select" w:value="Select"/>
                  <w:listItem w:displayText="Yes" w:value="Yes"/>
                  <w:listItem w:displayText="No" w:value="No"/>
                  <w:listItem w:displayText="Not applicable" w:value="Not applicable"/>
                </w:dropDownList>
              </w:sdtPr>
              <w:sdtEndPr/>
              <w:sdtContent>
                <w:r w:rsidR="001D08E1" w:rsidRPr="00511BC3">
                  <w:rPr>
                    <w:color w:val="auto"/>
                    <w:sz w:val="22"/>
                  </w:rPr>
                  <w:t>Select</w:t>
                </w:r>
              </w:sdtContent>
            </w:sdt>
          </w:p>
        </w:tc>
      </w:tr>
      <w:tr w:rsidR="001D08E1" w:rsidRPr="00511BC3" w14:paraId="2B7580C3" w14:textId="77777777">
        <w:trPr>
          <w:cantSplit/>
          <w:trHeight w:val="21"/>
        </w:trPr>
        <w:tc>
          <w:tcPr>
            <w:tcW w:w="6938" w:type="dxa"/>
            <w:tcMar>
              <w:top w:w="90" w:type="dxa"/>
              <w:left w:w="110" w:type="dxa"/>
              <w:bottom w:w="90" w:type="dxa"/>
              <w:right w:w="110" w:type="dxa"/>
            </w:tcMar>
            <w:vAlign w:val="center"/>
          </w:tcPr>
          <w:p w14:paraId="765B05F3" w14:textId="77777777" w:rsidR="001D08E1" w:rsidRPr="00511BC3" w:rsidRDefault="001D08E1">
            <w:pPr>
              <w:spacing w:after="0" w:line="240" w:lineRule="auto"/>
              <w:rPr>
                <w:color w:val="auto"/>
                <w:sz w:val="22"/>
              </w:rPr>
            </w:pPr>
            <w:r w:rsidRPr="00511BC3">
              <w:rPr>
                <w:color w:val="auto"/>
                <w:sz w:val="22"/>
              </w:rPr>
              <w:t>Health and safety arrangements and risk assessments</w:t>
            </w:r>
          </w:p>
        </w:tc>
        <w:tc>
          <w:tcPr>
            <w:tcW w:w="2977" w:type="dxa"/>
            <w:tcMar>
              <w:top w:w="90" w:type="dxa"/>
              <w:left w:w="110" w:type="dxa"/>
              <w:bottom w:w="90" w:type="dxa"/>
              <w:right w:w="110" w:type="dxa"/>
            </w:tcMar>
            <w:vAlign w:val="center"/>
          </w:tcPr>
          <w:p w14:paraId="1D003171" w14:textId="77777777" w:rsidR="001D08E1" w:rsidRPr="00511BC3" w:rsidRDefault="003560A8">
            <w:pPr>
              <w:spacing w:after="0" w:line="240" w:lineRule="auto"/>
              <w:rPr>
                <w:color w:val="auto"/>
                <w:sz w:val="22"/>
              </w:rPr>
            </w:pPr>
            <w:sdt>
              <w:sdtPr>
                <w:rPr>
                  <w:color w:val="auto"/>
                  <w:sz w:val="22"/>
                </w:rPr>
                <w:alias w:val="Select an option"/>
                <w:tag w:val="dropdown"/>
                <w:id w:val="1340"/>
                <w:dropDownList>
                  <w:listItem w:displayText="Select" w:value="Select"/>
                  <w:listItem w:displayText="Yes" w:value="Yes"/>
                  <w:listItem w:displayText="No" w:value="No"/>
                  <w:listItem w:displayText="Not applicable" w:value="Not applicable"/>
                </w:dropDownList>
              </w:sdtPr>
              <w:sdtEndPr/>
              <w:sdtContent>
                <w:r w:rsidR="001D08E1" w:rsidRPr="00511BC3">
                  <w:rPr>
                    <w:color w:val="auto"/>
                    <w:sz w:val="22"/>
                  </w:rPr>
                  <w:t>Select</w:t>
                </w:r>
              </w:sdtContent>
            </w:sdt>
          </w:p>
        </w:tc>
      </w:tr>
      <w:tr w:rsidR="001D08E1" w:rsidRPr="00511BC3" w14:paraId="256EEFE0" w14:textId="77777777">
        <w:trPr>
          <w:cantSplit/>
          <w:trHeight w:val="21"/>
        </w:trPr>
        <w:tc>
          <w:tcPr>
            <w:tcW w:w="6938" w:type="dxa"/>
            <w:tcMar>
              <w:top w:w="90" w:type="dxa"/>
              <w:left w:w="110" w:type="dxa"/>
              <w:bottom w:w="90" w:type="dxa"/>
              <w:right w:w="110" w:type="dxa"/>
            </w:tcMar>
            <w:vAlign w:val="center"/>
          </w:tcPr>
          <w:p w14:paraId="55D981F8" w14:textId="77777777" w:rsidR="001D08E1" w:rsidRPr="00511BC3" w:rsidRDefault="001D08E1">
            <w:pPr>
              <w:spacing w:after="0" w:line="240" w:lineRule="auto"/>
              <w:rPr>
                <w:color w:val="auto"/>
                <w:sz w:val="22"/>
              </w:rPr>
            </w:pPr>
            <w:r w:rsidRPr="00511BC3">
              <w:rPr>
                <w:color w:val="auto"/>
                <w:sz w:val="22"/>
              </w:rPr>
              <w:t>Environmental responsibility policy or action plan</w:t>
            </w:r>
          </w:p>
        </w:tc>
        <w:tc>
          <w:tcPr>
            <w:tcW w:w="2977" w:type="dxa"/>
            <w:tcMar>
              <w:top w:w="90" w:type="dxa"/>
              <w:left w:w="110" w:type="dxa"/>
              <w:bottom w:w="90" w:type="dxa"/>
              <w:right w:w="110" w:type="dxa"/>
            </w:tcMar>
            <w:vAlign w:val="center"/>
          </w:tcPr>
          <w:p w14:paraId="145BEBBA" w14:textId="77777777" w:rsidR="001D08E1" w:rsidRPr="00511BC3" w:rsidRDefault="003560A8">
            <w:pPr>
              <w:spacing w:after="0" w:line="240" w:lineRule="auto"/>
              <w:rPr>
                <w:color w:val="auto"/>
                <w:sz w:val="22"/>
              </w:rPr>
            </w:pPr>
            <w:sdt>
              <w:sdtPr>
                <w:rPr>
                  <w:color w:val="auto"/>
                  <w:sz w:val="22"/>
                </w:rPr>
                <w:alias w:val="Select an option"/>
                <w:tag w:val="dropdown"/>
                <w:id w:val="1342"/>
                <w:dropDownList>
                  <w:listItem w:displayText="Select" w:value="Select"/>
                  <w:listItem w:displayText="Yes" w:value="Yes"/>
                  <w:listItem w:displayText="No" w:value="No"/>
                  <w:listItem w:displayText="Not applicable" w:value="Not applicable"/>
                </w:dropDownList>
              </w:sdtPr>
              <w:sdtEndPr/>
              <w:sdtContent>
                <w:r w:rsidR="001D08E1" w:rsidRPr="00511BC3">
                  <w:rPr>
                    <w:color w:val="auto"/>
                    <w:sz w:val="22"/>
                  </w:rPr>
                  <w:t>Select</w:t>
                </w:r>
              </w:sdtContent>
            </w:sdt>
          </w:p>
        </w:tc>
      </w:tr>
      <w:tr w:rsidR="001D08E1" w:rsidRPr="00511BC3" w14:paraId="6EB03FF4" w14:textId="77777777">
        <w:trPr>
          <w:cantSplit/>
          <w:trHeight w:val="21"/>
        </w:trPr>
        <w:tc>
          <w:tcPr>
            <w:tcW w:w="6938" w:type="dxa"/>
            <w:tcMar>
              <w:top w:w="90" w:type="dxa"/>
              <w:left w:w="110" w:type="dxa"/>
              <w:bottom w:w="90" w:type="dxa"/>
              <w:right w:w="110" w:type="dxa"/>
            </w:tcMar>
            <w:vAlign w:val="center"/>
          </w:tcPr>
          <w:p w14:paraId="2BF52BC9" w14:textId="77777777" w:rsidR="001D08E1" w:rsidRPr="00511BC3" w:rsidRDefault="001D08E1">
            <w:pPr>
              <w:spacing w:after="0" w:line="240" w:lineRule="auto"/>
              <w:rPr>
                <w:color w:val="auto"/>
                <w:sz w:val="22"/>
              </w:rPr>
            </w:pPr>
            <w:r w:rsidRPr="00511BC3">
              <w:rPr>
                <w:color w:val="auto"/>
                <w:sz w:val="22"/>
              </w:rPr>
              <w:t>Monitoring, evaluation and data collection arrangements</w:t>
            </w:r>
          </w:p>
        </w:tc>
        <w:tc>
          <w:tcPr>
            <w:tcW w:w="2977" w:type="dxa"/>
            <w:tcMar>
              <w:top w:w="90" w:type="dxa"/>
              <w:left w:w="110" w:type="dxa"/>
              <w:bottom w:w="90" w:type="dxa"/>
              <w:right w:w="110" w:type="dxa"/>
            </w:tcMar>
            <w:vAlign w:val="center"/>
          </w:tcPr>
          <w:p w14:paraId="779D7577" w14:textId="77777777" w:rsidR="001D08E1" w:rsidRPr="00511BC3" w:rsidRDefault="003560A8">
            <w:pPr>
              <w:spacing w:after="0" w:line="240" w:lineRule="auto"/>
              <w:rPr>
                <w:color w:val="auto"/>
                <w:sz w:val="22"/>
              </w:rPr>
            </w:pPr>
            <w:sdt>
              <w:sdtPr>
                <w:rPr>
                  <w:color w:val="auto"/>
                  <w:sz w:val="22"/>
                </w:rPr>
                <w:alias w:val="Select an option"/>
                <w:tag w:val="dropdown"/>
                <w:id w:val="1344"/>
                <w:dropDownList>
                  <w:listItem w:displayText="Select" w:value="Select"/>
                  <w:listItem w:displayText="Yes" w:value="Yes"/>
                  <w:listItem w:displayText="No" w:value="No"/>
                  <w:listItem w:displayText="Not applicable" w:value="Not applicable"/>
                </w:dropDownList>
              </w:sdtPr>
              <w:sdtEndPr/>
              <w:sdtContent>
                <w:r w:rsidR="001D08E1" w:rsidRPr="00511BC3">
                  <w:rPr>
                    <w:color w:val="auto"/>
                    <w:sz w:val="22"/>
                  </w:rPr>
                  <w:t>Select</w:t>
                </w:r>
              </w:sdtContent>
            </w:sdt>
          </w:p>
        </w:tc>
      </w:tr>
      <w:tr w:rsidR="001D08E1" w:rsidRPr="00511BC3" w14:paraId="457DF0C6" w14:textId="77777777">
        <w:trPr>
          <w:cantSplit/>
          <w:trHeight w:val="21"/>
        </w:trPr>
        <w:tc>
          <w:tcPr>
            <w:tcW w:w="6938" w:type="dxa"/>
            <w:tcMar>
              <w:top w:w="90" w:type="dxa"/>
              <w:left w:w="110" w:type="dxa"/>
              <w:bottom w:w="90" w:type="dxa"/>
              <w:right w:w="110" w:type="dxa"/>
            </w:tcMar>
            <w:vAlign w:val="center"/>
          </w:tcPr>
          <w:p w14:paraId="7A9258DE" w14:textId="77777777" w:rsidR="001D08E1" w:rsidRPr="00511BC3" w:rsidRDefault="001D08E1">
            <w:pPr>
              <w:spacing w:after="0" w:line="240" w:lineRule="auto"/>
              <w:rPr>
                <w:color w:val="auto"/>
                <w:sz w:val="22"/>
              </w:rPr>
            </w:pPr>
            <w:r w:rsidRPr="00511BC3">
              <w:rPr>
                <w:color w:val="auto"/>
                <w:sz w:val="22"/>
              </w:rPr>
              <w:t>Legal, regulatory, tax and licensing requirements met</w:t>
            </w:r>
          </w:p>
        </w:tc>
        <w:tc>
          <w:tcPr>
            <w:tcW w:w="2977" w:type="dxa"/>
            <w:tcMar>
              <w:top w:w="90" w:type="dxa"/>
              <w:left w:w="110" w:type="dxa"/>
              <w:bottom w:w="90" w:type="dxa"/>
              <w:right w:w="110" w:type="dxa"/>
            </w:tcMar>
            <w:vAlign w:val="center"/>
          </w:tcPr>
          <w:p w14:paraId="5B6825C6" w14:textId="77777777" w:rsidR="001D08E1" w:rsidRPr="00511BC3" w:rsidRDefault="003560A8">
            <w:pPr>
              <w:spacing w:after="0" w:line="240" w:lineRule="auto"/>
              <w:rPr>
                <w:color w:val="auto"/>
                <w:sz w:val="22"/>
              </w:rPr>
            </w:pPr>
            <w:sdt>
              <w:sdtPr>
                <w:rPr>
                  <w:color w:val="auto"/>
                  <w:sz w:val="22"/>
                </w:rPr>
                <w:alias w:val="Select an option"/>
                <w:tag w:val="dropdown"/>
                <w:id w:val="1346"/>
                <w:dropDownList>
                  <w:listItem w:displayText="Select" w:value="Select"/>
                  <w:listItem w:displayText="Yes" w:value="Yes"/>
                  <w:listItem w:displayText="No" w:value="No"/>
                  <w:listItem w:displayText="Not applicable" w:value="Not applicable"/>
                </w:dropDownList>
              </w:sdtPr>
              <w:sdtEndPr/>
              <w:sdtContent>
                <w:r w:rsidR="001D08E1" w:rsidRPr="00511BC3">
                  <w:rPr>
                    <w:color w:val="auto"/>
                    <w:sz w:val="22"/>
                  </w:rPr>
                  <w:t>Select</w:t>
                </w:r>
              </w:sdtContent>
            </w:sdt>
          </w:p>
        </w:tc>
      </w:tr>
    </w:tbl>
    <w:p w14:paraId="0B8ABF96" w14:textId="77777777" w:rsidR="001D08E1" w:rsidRPr="00511BC3" w:rsidRDefault="001D08E1" w:rsidP="001D08E1">
      <w:pPr>
        <w:spacing w:after="0" w:line="240" w:lineRule="auto"/>
        <w:rPr>
          <w:color w:val="auto"/>
          <w:sz w:val="22"/>
        </w:rPr>
      </w:pPr>
    </w:p>
    <w:p w14:paraId="64E4A74B" w14:textId="77777777" w:rsidR="001D08E1" w:rsidRPr="00511BC3" w:rsidRDefault="001D08E1" w:rsidP="001D08E1">
      <w:pPr>
        <w:keepNext/>
        <w:spacing w:after="0" w:line="240" w:lineRule="auto"/>
        <w:rPr>
          <w:color w:val="auto"/>
          <w:sz w:val="22"/>
        </w:rPr>
      </w:pPr>
      <w:r w:rsidRPr="00511BC3">
        <w:rPr>
          <w:b/>
          <w:color w:val="auto"/>
          <w:sz w:val="22"/>
        </w:rPr>
        <w:t>Explain any No response.</w:t>
      </w:r>
    </w:p>
    <w:p w14:paraId="32F2E53A" w14:textId="77777777" w:rsidR="001D08E1" w:rsidRPr="00A61989" w:rsidRDefault="001D08E1" w:rsidP="001D08E1">
      <w:pPr>
        <w:keepNext/>
        <w:spacing w:after="0" w:line="240" w:lineRule="auto"/>
        <w:rPr>
          <w:iCs/>
          <w:color w:val="595959" w:themeColor="text1" w:themeTint="A6"/>
          <w:sz w:val="22"/>
        </w:rPr>
      </w:pPr>
      <w:r w:rsidRPr="00A61989">
        <w:rPr>
          <w:iCs/>
          <w:color w:val="595959" w:themeColor="text1" w:themeTint="A6"/>
          <w:sz w:val="22"/>
        </w:rPr>
        <w:t>State the gap or issue, risk, interim control, responsible person and target date. If none, enter “Not applicable”.</w:t>
      </w:r>
    </w:p>
    <w:p w14:paraId="2B50BB03" w14:textId="77777777" w:rsidR="001D08E1" w:rsidRPr="00511BC3" w:rsidRDefault="001D08E1" w:rsidP="001D08E1">
      <w:pPr>
        <w:keepNext/>
        <w:spacing w:after="0" w:line="240" w:lineRule="auto"/>
        <w:rPr>
          <w:color w:val="auto"/>
          <w:sz w:val="22"/>
        </w:rPr>
      </w:pPr>
    </w:p>
    <w:tbl>
      <w:tblPr>
        <w:tblW w:w="986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9866"/>
      </w:tblGrid>
      <w:tr w:rsidR="001D08E1" w:rsidRPr="003A29B0" w14:paraId="0676B026" w14:textId="77777777">
        <w:trPr>
          <w:cantSplit/>
          <w:jc w:val="center"/>
        </w:trPr>
        <w:tc>
          <w:tcPr>
            <w:tcW w:w="9866" w:type="dxa"/>
            <w:shd w:val="clear" w:color="auto" w:fill="FFFFFF"/>
            <w:tcMar>
              <w:top w:w="130" w:type="dxa"/>
              <w:left w:w="140" w:type="dxa"/>
              <w:bottom w:w="130" w:type="dxa"/>
              <w:right w:w="140" w:type="dxa"/>
            </w:tcMar>
            <w:vAlign w:val="center"/>
          </w:tcPr>
          <w:p w14:paraId="53232CDE" w14:textId="77777777" w:rsidR="001D08E1" w:rsidRDefault="001D08E1">
            <w:pPr>
              <w:spacing w:after="0" w:line="240" w:lineRule="auto"/>
              <w:rPr>
                <w:color w:val="auto"/>
                <w:sz w:val="22"/>
              </w:rPr>
            </w:pPr>
            <w:r w:rsidRPr="003A29B0">
              <w:rPr>
                <w:color w:val="auto"/>
                <w:sz w:val="22"/>
              </w:rPr>
              <w:t xml:space="preserve"> </w:t>
            </w:r>
          </w:p>
          <w:p w14:paraId="077D2522" w14:textId="77777777" w:rsidR="001D08E1" w:rsidRDefault="001D08E1">
            <w:pPr>
              <w:spacing w:after="0" w:line="240" w:lineRule="auto"/>
              <w:rPr>
                <w:color w:val="auto"/>
                <w:sz w:val="22"/>
              </w:rPr>
            </w:pPr>
          </w:p>
          <w:p w14:paraId="67062CB7" w14:textId="77777777" w:rsidR="001D08E1" w:rsidRDefault="001D08E1">
            <w:pPr>
              <w:spacing w:after="0" w:line="240" w:lineRule="auto"/>
              <w:rPr>
                <w:color w:val="auto"/>
                <w:sz w:val="22"/>
              </w:rPr>
            </w:pPr>
          </w:p>
          <w:p w14:paraId="72EE5E7D" w14:textId="77777777" w:rsidR="001D08E1" w:rsidRDefault="001D08E1">
            <w:pPr>
              <w:spacing w:after="0" w:line="240" w:lineRule="auto"/>
              <w:rPr>
                <w:color w:val="auto"/>
                <w:sz w:val="22"/>
              </w:rPr>
            </w:pPr>
          </w:p>
          <w:p w14:paraId="3DABE4D6" w14:textId="77777777" w:rsidR="001D08E1" w:rsidRPr="003A29B0" w:rsidRDefault="001D08E1">
            <w:pPr>
              <w:spacing w:after="0" w:line="240" w:lineRule="auto"/>
              <w:rPr>
                <w:color w:val="auto"/>
                <w:sz w:val="22"/>
              </w:rPr>
            </w:pPr>
          </w:p>
        </w:tc>
      </w:tr>
    </w:tbl>
    <w:p w14:paraId="12506372" w14:textId="77777777" w:rsidR="001D08E1" w:rsidRPr="00A45165" w:rsidRDefault="001D08E1" w:rsidP="00A45165">
      <w:r w:rsidRPr="00A61989">
        <w:rPr>
          <w:color w:val="595959" w:themeColor="text1" w:themeTint="A6"/>
          <w:sz w:val="22"/>
        </w:rPr>
        <w:t>Maximum 350 words.</w:t>
      </w:r>
    </w:p>
    <w:p w14:paraId="5B7C9AD2" w14:textId="0664BCF4" w:rsidR="001D08E1" w:rsidRPr="00A45165" w:rsidRDefault="00A45165" w:rsidP="00A45165">
      <w:pPr>
        <w:rPr>
          <w:b/>
          <w:bCs/>
          <w:color w:val="000000" w:themeColor="text1"/>
          <w:sz w:val="32"/>
          <w:szCs w:val="32"/>
        </w:rPr>
      </w:pPr>
      <w:r w:rsidRPr="00A45165">
        <w:rPr>
          <w:b/>
          <w:bCs/>
          <w:color w:val="000000" w:themeColor="text1"/>
          <w:sz w:val="32"/>
          <w:szCs w:val="32"/>
        </w:rPr>
        <w:br/>
      </w:r>
      <w:r w:rsidR="001D08E1" w:rsidRPr="00A45165">
        <w:rPr>
          <w:b/>
          <w:bCs/>
          <w:color w:val="000000" w:themeColor="text1"/>
          <w:sz w:val="32"/>
          <w:szCs w:val="32"/>
        </w:rPr>
        <w:t>11: Supporting Documents</w:t>
      </w:r>
    </w:p>
    <w:p w14:paraId="564C5822" w14:textId="77777777" w:rsidR="001D08E1" w:rsidRPr="00A45165" w:rsidRDefault="001D08E1" w:rsidP="00A45165">
      <w:pPr>
        <w:spacing w:after="0" w:line="240" w:lineRule="auto"/>
        <w:rPr>
          <w:color w:val="000000" w:themeColor="text1"/>
          <w:lang w:val="en-GB"/>
        </w:rPr>
      </w:pPr>
      <w:r w:rsidRPr="00A45165">
        <w:br/>
      </w:r>
      <w:r w:rsidRPr="00A45165">
        <w:rPr>
          <w:color w:val="000000" w:themeColor="text1"/>
          <w:lang w:val="en-GB"/>
        </w:rPr>
        <w:t>You must submit the supporting documents listed below with your application.</w:t>
      </w:r>
      <w:r w:rsidRPr="00A45165">
        <w:rPr>
          <w:color w:val="000000" w:themeColor="text1"/>
          <w:lang w:val="en-GB"/>
        </w:rPr>
        <w:br/>
      </w:r>
    </w:p>
    <w:p w14:paraId="49DDF521" w14:textId="77777777" w:rsidR="001D08E1" w:rsidRPr="00A45165" w:rsidRDefault="001D08E1" w:rsidP="00A45165">
      <w:pPr>
        <w:spacing w:after="0" w:line="240" w:lineRule="auto"/>
        <w:rPr>
          <w:iCs/>
          <w:color w:val="000000" w:themeColor="text1"/>
          <w:sz w:val="22"/>
          <w:lang w:val="en-GB"/>
        </w:rPr>
      </w:pPr>
      <w:r w:rsidRPr="00A45165">
        <w:rPr>
          <w:color w:val="000000" w:themeColor="text1"/>
          <w:lang w:val="en-GB"/>
        </w:rPr>
        <w:t>Use clear file names beginning with your organisation’s</w:t>
      </w:r>
      <w:r w:rsidRPr="00A45165">
        <w:rPr>
          <w:iCs/>
          <w:color w:val="000000" w:themeColor="text1"/>
          <w:sz w:val="22"/>
          <w:lang w:val="en-GB"/>
        </w:rPr>
        <w:t xml:space="preserve"> name and followed by a description of the document, for example: </w:t>
      </w:r>
      <w:r w:rsidRPr="00A45165">
        <w:rPr>
          <w:b/>
          <w:bCs/>
          <w:iCs/>
          <w:color w:val="000000" w:themeColor="text1"/>
          <w:sz w:val="22"/>
          <w:lang w:val="en-GB"/>
        </w:rPr>
        <w:t>OrganisationName_AnnualAccounts2026</w:t>
      </w:r>
      <w:r w:rsidRPr="00A45165">
        <w:rPr>
          <w:iCs/>
          <w:color w:val="000000" w:themeColor="text1"/>
          <w:sz w:val="22"/>
          <w:lang w:val="en-GB"/>
        </w:rPr>
        <w:t>.</w:t>
      </w:r>
      <w:r w:rsidRPr="00A45165">
        <w:rPr>
          <w:iCs/>
          <w:color w:val="000000" w:themeColor="text1"/>
          <w:sz w:val="22"/>
          <w:lang w:val="en-GB"/>
        </w:rPr>
        <w:br/>
      </w:r>
    </w:p>
    <w:p w14:paraId="6311D897" w14:textId="77777777" w:rsidR="001D08E1" w:rsidRPr="00A45165" w:rsidRDefault="001D08E1" w:rsidP="00A45165">
      <w:pPr>
        <w:spacing w:after="0" w:line="240" w:lineRule="auto"/>
        <w:rPr>
          <w:iCs/>
          <w:color w:val="000000" w:themeColor="text1"/>
          <w:sz w:val="22"/>
          <w:lang w:val="en-GB"/>
        </w:rPr>
      </w:pPr>
      <w:r w:rsidRPr="00A45165">
        <w:rPr>
          <w:iCs/>
          <w:color w:val="000000" w:themeColor="text1"/>
          <w:sz w:val="22"/>
          <w:lang w:val="en-GB"/>
        </w:rPr>
        <w:t>Clearly identify any document or financial information that is draft, provisional or forecast.</w:t>
      </w:r>
    </w:p>
    <w:p w14:paraId="3EAEFE62" w14:textId="77777777" w:rsidR="001D08E1" w:rsidRPr="00511BC3" w:rsidRDefault="001D08E1" w:rsidP="001D08E1">
      <w:pPr>
        <w:spacing w:after="0" w:line="240" w:lineRule="auto"/>
        <w:rPr>
          <w:color w:val="auto"/>
          <w:sz w:val="22"/>
        </w:rPr>
      </w:pPr>
    </w:p>
    <w:tbl>
      <w:tblPr>
        <w:tblW w:w="9915"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6655"/>
        <w:gridCol w:w="3260"/>
      </w:tblGrid>
      <w:tr w:rsidR="001D08E1" w:rsidRPr="00511BC3" w14:paraId="2069E8B6" w14:textId="77777777">
        <w:trPr>
          <w:cantSplit/>
          <w:trHeight w:val="249"/>
          <w:tblHeader/>
        </w:trPr>
        <w:tc>
          <w:tcPr>
            <w:tcW w:w="6655" w:type="dxa"/>
            <w:tcBorders>
              <w:bottom w:val="single" w:sz="6" w:space="0" w:color="D9D9D9"/>
            </w:tcBorders>
            <w:shd w:val="clear" w:color="auto" w:fill="000000"/>
            <w:tcMar>
              <w:top w:w="110" w:type="dxa"/>
              <w:left w:w="100" w:type="dxa"/>
              <w:bottom w:w="110" w:type="dxa"/>
              <w:right w:w="100" w:type="dxa"/>
            </w:tcMar>
            <w:vAlign w:val="center"/>
          </w:tcPr>
          <w:p w14:paraId="5A61D429" w14:textId="77777777" w:rsidR="001D08E1" w:rsidRPr="00511BC3" w:rsidRDefault="001D08E1">
            <w:pPr>
              <w:spacing w:after="0" w:line="240" w:lineRule="auto"/>
              <w:rPr>
                <w:color w:val="auto"/>
                <w:sz w:val="22"/>
              </w:rPr>
            </w:pPr>
            <w:r w:rsidRPr="00511BC3">
              <w:rPr>
                <w:b/>
                <w:color w:val="auto"/>
                <w:sz w:val="22"/>
              </w:rPr>
              <w:t>Document</w:t>
            </w:r>
          </w:p>
        </w:tc>
        <w:tc>
          <w:tcPr>
            <w:tcW w:w="3260" w:type="dxa"/>
            <w:tcBorders>
              <w:bottom w:val="single" w:sz="6" w:space="0" w:color="D9D9D9"/>
            </w:tcBorders>
            <w:shd w:val="clear" w:color="auto" w:fill="000000"/>
            <w:tcMar>
              <w:top w:w="110" w:type="dxa"/>
              <w:left w:w="100" w:type="dxa"/>
              <w:bottom w:w="110" w:type="dxa"/>
              <w:right w:w="100" w:type="dxa"/>
            </w:tcMar>
            <w:vAlign w:val="center"/>
          </w:tcPr>
          <w:p w14:paraId="76150B92" w14:textId="77777777" w:rsidR="001D08E1" w:rsidRPr="00511BC3" w:rsidRDefault="001D08E1">
            <w:pPr>
              <w:spacing w:after="0" w:line="240" w:lineRule="auto"/>
              <w:rPr>
                <w:color w:val="auto"/>
                <w:sz w:val="22"/>
              </w:rPr>
            </w:pPr>
            <w:r w:rsidRPr="00511BC3">
              <w:rPr>
                <w:b/>
                <w:color w:val="auto"/>
                <w:sz w:val="22"/>
              </w:rPr>
              <w:t>Requirement</w:t>
            </w:r>
          </w:p>
        </w:tc>
      </w:tr>
      <w:tr w:rsidR="001D08E1" w:rsidRPr="00511BC3" w14:paraId="5F3873B9" w14:textId="77777777">
        <w:trPr>
          <w:cantSplit/>
          <w:trHeight w:val="21"/>
        </w:trPr>
        <w:tc>
          <w:tcPr>
            <w:tcW w:w="6655" w:type="dxa"/>
            <w:tcMar>
              <w:top w:w="90" w:type="dxa"/>
              <w:left w:w="110" w:type="dxa"/>
              <w:bottom w:w="90" w:type="dxa"/>
              <w:right w:w="110" w:type="dxa"/>
            </w:tcMar>
            <w:vAlign w:val="center"/>
          </w:tcPr>
          <w:p w14:paraId="1A114D96" w14:textId="77777777" w:rsidR="001D08E1" w:rsidRPr="00511BC3" w:rsidRDefault="001D08E1">
            <w:pPr>
              <w:spacing w:after="0" w:line="240" w:lineRule="auto"/>
              <w:rPr>
                <w:color w:val="auto"/>
                <w:sz w:val="22"/>
              </w:rPr>
            </w:pPr>
            <w:r w:rsidRPr="00511BC3">
              <w:rPr>
                <w:color w:val="auto"/>
                <w:sz w:val="22"/>
              </w:rPr>
              <w:t>Governing document</w:t>
            </w:r>
          </w:p>
        </w:tc>
        <w:tc>
          <w:tcPr>
            <w:tcW w:w="3260" w:type="dxa"/>
            <w:tcMar>
              <w:top w:w="90" w:type="dxa"/>
              <w:left w:w="110" w:type="dxa"/>
              <w:bottom w:w="90" w:type="dxa"/>
              <w:right w:w="110" w:type="dxa"/>
            </w:tcMar>
            <w:vAlign w:val="center"/>
          </w:tcPr>
          <w:p w14:paraId="24DA2133" w14:textId="77777777" w:rsidR="001D08E1" w:rsidRPr="00511BC3" w:rsidRDefault="001D08E1">
            <w:pPr>
              <w:spacing w:after="0" w:line="240" w:lineRule="auto"/>
              <w:rPr>
                <w:color w:val="auto"/>
                <w:sz w:val="22"/>
              </w:rPr>
            </w:pPr>
            <w:r w:rsidRPr="00511BC3">
              <w:rPr>
                <w:color w:val="auto"/>
                <w:sz w:val="22"/>
              </w:rPr>
              <w:t>Required</w:t>
            </w:r>
          </w:p>
        </w:tc>
      </w:tr>
      <w:tr w:rsidR="001D08E1" w:rsidRPr="00511BC3" w14:paraId="18BB1FC2" w14:textId="77777777">
        <w:trPr>
          <w:cantSplit/>
          <w:trHeight w:val="21"/>
        </w:trPr>
        <w:tc>
          <w:tcPr>
            <w:tcW w:w="6655" w:type="dxa"/>
            <w:tcMar>
              <w:top w:w="90" w:type="dxa"/>
              <w:left w:w="110" w:type="dxa"/>
              <w:bottom w:w="90" w:type="dxa"/>
              <w:right w:w="110" w:type="dxa"/>
            </w:tcMar>
            <w:vAlign w:val="center"/>
          </w:tcPr>
          <w:p w14:paraId="13BC6404" w14:textId="77777777" w:rsidR="001D08E1" w:rsidRPr="00511BC3" w:rsidRDefault="001D08E1">
            <w:pPr>
              <w:spacing w:after="0" w:line="240" w:lineRule="auto"/>
              <w:rPr>
                <w:color w:val="auto"/>
                <w:sz w:val="22"/>
              </w:rPr>
            </w:pPr>
            <w:r w:rsidRPr="00511BC3">
              <w:rPr>
                <w:color w:val="auto"/>
                <w:sz w:val="22"/>
              </w:rPr>
              <w:t>Current board or trustee list, including roles</w:t>
            </w:r>
          </w:p>
        </w:tc>
        <w:tc>
          <w:tcPr>
            <w:tcW w:w="3260" w:type="dxa"/>
            <w:tcMar>
              <w:top w:w="90" w:type="dxa"/>
              <w:left w:w="110" w:type="dxa"/>
              <w:bottom w:w="90" w:type="dxa"/>
              <w:right w:w="110" w:type="dxa"/>
            </w:tcMar>
            <w:vAlign w:val="center"/>
          </w:tcPr>
          <w:p w14:paraId="3D559ED5" w14:textId="77777777" w:rsidR="001D08E1" w:rsidRPr="00511BC3" w:rsidRDefault="001D08E1">
            <w:pPr>
              <w:spacing w:after="0" w:line="240" w:lineRule="auto"/>
              <w:rPr>
                <w:color w:val="auto"/>
                <w:sz w:val="22"/>
              </w:rPr>
            </w:pPr>
            <w:r w:rsidRPr="00511BC3">
              <w:rPr>
                <w:color w:val="auto"/>
                <w:sz w:val="22"/>
              </w:rPr>
              <w:t>Required</w:t>
            </w:r>
          </w:p>
        </w:tc>
      </w:tr>
      <w:tr w:rsidR="001D08E1" w:rsidRPr="00511BC3" w14:paraId="5224E4AB" w14:textId="77777777">
        <w:trPr>
          <w:cantSplit/>
          <w:trHeight w:val="21"/>
        </w:trPr>
        <w:tc>
          <w:tcPr>
            <w:tcW w:w="6655" w:type="dxa"/>
            <w:tcMar>
              <w:top w:w="90" w:type="dxa"/>
              <w:left w:w="110" w:type="dxa"/>
              <w:bottom w:w="90" w:type="dxa"/>
              <w:right w:w="110" w:type="dxa"/>
            </w:tcMar>
            <w:vAlign w:val="center"/>
          </w:tcPr>
          <w:p w14:paraId="5DBE08CD" w14:textId="77777777" w:rsidR="001D08E1" w:rsidRPr="00511BC3" w:rsidRDefault="001D08E1">
            <w:pPr>
              <w:spacing w:after="0" w:line="240" w:lineRule="auto"/>
              <w:rPr>
                <w:color w:val="auto"/>
                <w:sz w:val="22"/>
              </w:rPr>
            </w:pPr>
            <w:r w:rsidRPr="00511BC3">
              <w:rPr>
                <w:color w:val="auto"/>
                <w:sz w:val="22"/>
              </w:rPr>
              <w:t>Organisation chart showing board, staff and key freelance roles</w:t>
            </w:r>
          </w:p>
        </w:tc>
        <w:tc>
          <w:tcPr>
            <w:tcW w:w="3260" w:type="dxa"/>
            <w:tcMar>
              <w:top w:w="90" w:type="dxa"/>
              <w:left w:w="110" w:type="dxa"/>
              <w:bottom w:w="90" w:type="dxa"/>
              <w:right w:w="110" w:type="dxa"/>
            </w:tcMar>
            <w:vAlign w:val="center"/>
          </w:tcPr>
          <w:p w14:paraId="5E648A92" w14:textId="77777777" w:rsidR="001D08E1" w:rsidRPr="00511BC3" w:rsidRDefault="001D08E1">
            <w:pPr>
              <w:spacing w:after="0" w:line="240" w:lineRule="auto"/>
              <w:rPr>
                <w:color w:val="auto"/>
                <w:sz w:val="22"/>
              </w:rPr>
            </w:pPr>
            <w:r w:rsidRPr="00511BC3">
              <w:rPr>
                <w:color w:val="auto"/>
                <w:sz w:val="22"/>
              </w:rPr>
              <w:t>Required</w:t>
            </w:r>
          </w:p>
        </w:tc>
      </w:tr>
      <w:tr w:rsidR="001D08E1" w:rsidRPr="00511BC3" w14:paraId="2DE8E929" w14:textId="77777777">
        <w:trPr>
          <w:cantSplit/>
          <w:trHeight w:val="21"/>
        </w:trPr>
        <w:tc>
          <w:tcPr>
            <w:tcW w:w="6655" w:type="dxa"/>
            <w:tcMar>
              <w:top w:w="90" w:type="dxa"/>
              <w:left w:w="110" w:type="dxa"/>
              <w:bottom w:w="90" w:type="dxa"/>
              <w:right w:w="110" w:type="dxa"/>
            </w:tcMar>
            <w:vAlign w:val="center"/>
          </w:tcPr>
          <w:p w14:paraId="6C6567F5" w14:textId="77777777" w:rsidR="001D08E1" w:rsidRPr="00511BC3" w:rsidRDefault="001D08E1">
            <w:pPr>
              <w:spacing w:after="0" w:line="240" w:lineRule="auto"/>
              <w:rPr>
                <w:color w:val="auto"/>
                <w:sz w:val="22"/>
              </w:rPr>
            </w:pPr>
            <w:r w:rsidRPr="00511BC3">
              <w:rPr>
                <w:color w:val="auto"/>
                <w:sz w:val="22"/>
              </w:rPr>
              <w:t>Latest approved or filed annual accounts</w:t>
            </w:r>
          </w:p>
        </w:tc>
        <w:tc>
          <w:tcPr>
            <w:tcW w:w="3260" w:type="dxa"/>
            <w:tcMar>
              <w:top w:w="90" w:type="dxa"/>
              <w:left w:w="110" w:type="dxa"/>
              <w:bottom w:w="90" w:type="dxa"/>
              <w:right w:w="110" w:type="dxa"/>
            </w:tcMar>
            <w:vAlign w:val="center"/>
          </w:tcPr>
          <w:p w14:paraId="09521B2B" w14:textId="77777777" w:rsidR="001D08E1" w:rsidRPr="00511BC3" w:rsidRDefault="001D08E1">
            <w:pPr>
              <w:spacing w:after="0" w:line="240" w:lineRule="auto"/>
              <w:rPr>
                <w:color w:val="auto"/>
                <w:sz w:val="22"/>
              </w:rPr>
            </w:pPr>
            <w:r w:rsidRPr="00511BC3">
              <w:rPr>
                <w:color w:val="auto"/>
                <w:sz w:val="22"/>
              </w:rPr>
              <w:t>Required</w:t>
            </w:r>
          </w:p>
        </w:tc>
      </w:tr>
      <w:tr w:rsidR="001D08E1" w:rsidRPr="00511BC3" w14:paraId="3582CA7C" w14:textId="77777777">
        <w:trPr>
          <w:cantSplit/>
          <w:trHeight w:val="21"/>
        </w:trPr>
        <w:tc>
          <w:tcPr>
            <w:tcW w:w="6655" w:type="dxa"/>
            <w:tcMar>
              <w:top w:w="90" w:type="dxa"/>
              <w:left w:w="110" w:type="dxa"/>
              <w:bottom w:w="90" w:type="dxa"/>
              <w:right w:w="110" w:type="dxa"/>
            </w:tcMar>
            <w:vAlign w:val="center"/>
          </w:tcPr>
          <w:p w14:paraId="5B4587A2" w14:textId="77777777" w:rsidR="001D08E1" w:rsidRPr="00511BC3" w:rsidRDefault="001D08E1">
            <w:pPr>
              <w:spacing w:after="0" w:line="240" w:lineRule="auto"/>
              <w:rPr>
                <w:color w:val="auto"/>
                <w:sz w:val="22"/>
              </w:rPr>
            </w:pPr>
            <w:r w:rsidRPr="00511BC3">
              <w:rPr>
                <w:color w:val="auto"/>
                <w:sz w:val="22"/>
              </w:rPr>
              <w:t>Latest management accounts, including profit and loss and balance sheet</w:t>
            </w:r>
          </w:p>
        </w:tc>
        <w:tc>
          <w:tcPr>
            <w:tcW w:w="3260" w:type="dxa"/>
            <w:tcMar>
              <w:top w:w="90" w:type="dxa"/>
              <w:left w:w="110" w:type="dxa"/>
              <w:bottom w:w="90" w:type="dxa"/>
              <w:right w:w="110" w:type="dxa"/>
            </w:tcMar>
            <w:vAlign w:val="center"/>
          </w:tcPr>
          <w:p w14:paraId="15714578" w14:textId="77777777" w:rsidR="001D08E1" w:rsidRPr="00511BC3" w:rsidRDefault="001D08E1">
            <w:pPr>
              <w:spacing w:after="0" w:line="240" w:lineRule="auto"/>
              <w:rPr>
                <w:color w:val="auto"/>
                <w:sz w:val="22"/>
              </w:rPr>
            </w:pPr>
            <w:r w:rsidRPr="00511BC3">
              <w:rPr>
                <w:color w:val="auto"/>
                <w:sz w:val="22"/>
              </w:rPr>
              <w:t>Required</w:t>
            </w:r>
          </w:p>
        </w:tc>
      </w:tr>
      <w:tr w:rsidR="001D08E1" w:rsidRPr="00511BC3" w14:paraId="1744BF7A" w14:textId="77777777">
        <w:trPr>
          <w:cantSplit/>
          <w:trHeight w:val="21"/>
        </w:trPr>
        <w:tc>
          <w:tcPr>
            <w:tcW w:w="6655" w:type="dxa"/>
            <w:tcMar>
              <w:top w:w="90" w:type="dxa"/>
              <w:left w:w="110" w:type="dxa"/>
              <w:bottom w:w="90" w:type="dxa"/>
              <w:right w:w="110" w:type="dxa"/>
            </w:tcMar>
            <w:vAlign w:val="center"/>
          </w:tcPr>
          <w:p w14:paraId="3FEF4BAF" w14:textId="77777777" w:rsidR="001D08E1" w:rsidRPr="00511BC3" w:rsidRDefault="001D08E1">
            <w:pPr>
              <w:spacing w:after="0" w:line="240" w:lineRule="auto"/>
              <w:rPr>
                <w:color w:val="auto"/>
                <w:sz w:val="22"/>
              </w:rPr>
            </w:pPr>
            <w:r w:rsidRPr="00511BC3">
              <w:rPr>
                <w:color w:val="auto"/>
                <w:sz w:val="22"/>
              </w:rPr>
              <w:t>Reserves policy</w:t>
            </w:r>
          </w:p>
        </w:tc>
        <w:tc>
          <w:tcPr>
            <w:tcW w:w="3260" w:type="dxa"/>
            <w:tcMar>
              <w:top w:w="90" w:type="dxa"/>
              <w:left w:w="110" w:type="dxa"/>
              <w:bottom w:w="90" w:type="dxa"/>
              <w:right w:w="110" w:type="dxa"/>
            </w:tcMar>
            <w:vAlign w:val="center"/>
          </w:tcPr>
          <w:p w14:paraId="5A3751AA" w14:textId="77777777" w:rsidR="001D08E1" w:rsidRPr="00511BC3" w:rsidRDefault="001D08E1">
            <w:pPr>
              <w:spacing w:after="0" w:line="240" w:lineRule="auto"/>
              <w:rPr>
                <w:color w:val="auto"/>
                <w:sz w:val="22"/>
              </w:rPr>
            </w:pPr>
            <w:r w:rsidRPr="00511BC3">
              <w:rPr>
                <w:color w:val="auto"/>
                <w:sz w:val="22"/>
              </w:rPr>
              <w:t>Required</w:t>
            </w:r>
          </w:p>
        </w:tc>
      </w:tr>
      <w:tr w:rsidR="001D08E1" w:rsidRPr="00511BC3" w14:paraId="399ED38C" w14:textId="77777777">
        <w:trPr>
          <w:cantSplit/>
          <w:trHeight w:val="21"/>
        </w:trPr>
        <w:tc>
          <w:tcPr>
            <w:tcW w:w="6655" w:type="dxa"/>
            <w:tcMar>
              <w:top w:w="90" w:type="dxa"/>
              <w:left w:w="110" w:type="dxa"/>
              <w:bottom w:w="90" w:type="dxa"/>
              <w:right w:w="110" w:type="dxa"/>
            </w:tcMar>
            <w:vAlign w:val="center"/>
          </w:tcPr>
          <w:p w14:paraId="43726132" w14:textId="77777777" w:rsidR="001D08E1" w:rsidRPr="00511BC3" w:rsidRDefault="001D08E1">
            <w:pPr>
              <w:spacing w:after="0" w:line="240" w:lineRule="auto"/>
              <w:rPr>
                <w:color w:val="auto"/>
                <w:sz w:val="22"/>
              </w:rPr>
            </w:pPr>
            <w:r w:rsidRPr="00511BC3">
              <w:rPr>
                <w:color w:val="auto"/>
                <w:sz w:val="22"/>
              </w:rPr>
              <w:lastRenderedPageBreak/>
              <w:t>Partnership agreement or accountable-body arrangement</w:t>
            </w:r>
          </w:p>
        </w:tc>
        <w:tc>
          <w:tcPr>
            <w:tcW w:w="3260" w:type="dxa"/>
            <w:tcMar>
              <w:top w:w="90" w:type="dxa"/>
              <w:left w:w="110" w:type="dxa"/>
              <w:bottom w:w="90" w:type="dxa"/>
              <w:right w:w="110" w:type="dxa"/>
            </w:tcMar>
            <w:vAlign w:val="center"/>
          </w:tcPr>
          <w:p w14:paraId="160785A5" w14:textId="77777777" w:rsidR="001D08E1" w:rsidRPr="00511BC3" w:rsidRDefault="001D08E1">
            <w:pPr>
              <w:spacing w:after="0" w:line="240" w:lineRule="auto"/>
              <w:rPr>
                <w:color w:val="auto"/>
                <w:sz w:val="22"/>
              </w:rPr>
            </w:pPr>
            <w:r w:rsidRPr="00511BC3">
              <w:rPr>
                <w:color w:val="auto"/>
                <w:sz w:val="22"/>
              </w:rPr>
              <w:t>Required where relevant</w:t>
            </w:r>
          </w:p>
        </w:tc>
      </w:tr>
      <w:tr w:rsidR="001D08E1" w:rsidRPr="00511BC3" w14:paraId="134BE4E0" w14:textId="77777777">
        <w:trPr>
          <w:cantSplit/>
          <w:trHeight w:val="80"/>
        </w:trPr>
        <w:tc>
          <w:tcPr>
            <w:tcW w:w="6655" w:type="dxa"/>
            <w:tcMar>
              <w:top w:w="90" w:type="dxa"/>
              <w:left w:w="110" w:type="dxa"/>
              <w:bottom w:w="90" w:type="dxa"/>
              <w:right w:w="110" w:type="dxa"/>
            </w:tcMar>
            <w:vAlign w:val="center"/>
          </w:tcPr>
          <w:p w14:paraId="1D267C13" w14:textId="77777777" w:rsidR="001D08E1" w:rsidRPr="00511BC3" w:rsidRDefault="001D08E1">
            <w:pPr>
              <w:spacing w:after="0" w:line="240" w:lineRule="auto"/>
              <w:rPr>
                <w:color w:val="auto"/>
                <w:sz w:val="22"/>
              </w:rPr>
            </w:pPr>
            <w:r w:rsidRPr="00511BC3">
              <w:rPr>
                <w:color w:val="auto"/>
                <w:sz w:val="22"/>
              </w:rPr>
              <w:t>Other evidence directly relevant to the assessment</w:t>
            </w:r>
          </w:p>
        </w:tc>
        <w:tc>
          <w:tcPr>
            <w:tcW w:w="3260" w:type="dxa"/>
            <w:tcMar>
              <w:top w:w="90" w:type="dxa"/>
              <w:left w:w="110" w:type="dxa"/>
              <w:bottom w:w="90" w:type="dxa"/>
              <w:right w:w="110" w:type="dxa"/>
            </w:tcMar>
            <w:vAlign w:val="center"/>
          </w:tcPr>
          <w:p w14:paraId="6872B30D" w14:textId="77777777" w:rsidR="001D08E1" w:rsidRPr="00511BC3" w:rsidRDefault="001D08E1">
            <w:pPr>
              <w:spacing w:after="0" w:line="240" w:lineRule="auto"/>
              <w:rPr>
                <w:color w:val="auto"/>
                <w:sz w:val="22"/>
              </w:rPr>
            </w:pPr>
            <w:r w:rsidRPr="00511BC3">
              <w:rPr>
                <w:color w:val="auto"/>
                <w:sz w:val="22"/>
              </w:rPr>
              <w:t>Optional</w:t>
            </w:r>
          </w:p>
        </w:tc>
      </w:tr>
    </w:tbl>
    <w:p w14:paraId="61980F1C" w14:textId="77777777" w:rsidR="001D08E1" w:rsidRPr="00511BC3" w:rsidRDefault="001D08E1" w:rsidP="001D08E1">
      <w:pPr>
        <w:spacing w:after="0" w:line="240" w:lineRule="auto"/>
        <w:rPr>
          <w:color w:val="auto"/>
          <w:sz w:val="22"/>
        </w:rPr>
      </w:pPr>
    </w:p>
    <w:p w14:paraId="218885AF" w14:textId="77777777" w:rsidR="001D08E1" w:rsidRPr="00511BC3" w:rsidRDefault="001D08E1" w:rsidP="001D08E1">
      <w:pPr>
        <w:keepNext/>
        <w:spacing w:after="0" w:line="240" w:lineRule="auto"/>
        <w:rPr>
          <w:color w:val="auto"/>
          <w:sz w:val="22"/>
        </w:rPr>
      </w:pPr>
      <w:r w:rsidRPr="00511BC3">
        <w:rPr>
          <w:b/>
          <w:color w:val="auto"/>
          <w:sz w:val="22"/>
        </w:rPr>
        <w:t xml:space="preserve">Explain any missing, draft or </w:t>
      </w:r>
      <w:r>
        <w:rPr>
          <w:b/>
          <w:color w:val="auto"/>
          <w:sz w:val="22"/>
        </w:rPr>
        <w:t>other</w:t>
      </w:r>
      <w:r w:rsidRPr="00511BC3">
        <w:rPr>
          <w:b/>
          <w:color w:val="auto"/>
          <w:sz w:val="22"/>
        </w:rPr>
        <w:t xml:space="preserve"> supporting document.</w:t>
      </w:r>
    </w:p>
    <w:p w14:paraId="0D7D3C41" w14:textId="77777777" w:rsidR="001D08E1" w:rsidRPr="00A82BDF" w:rsidRDefault="001D08E1" w:rsidP="001D08E1">
      <w:pPr>
        <w:keepNext/>
        <w:spacing w:after="0" w:line="240" w:lineRule="auto"/>
        <w:rPr>
          <w:color w:val="7F7F7F" w:themeColor="text1" w:themeTint="80"/>
          <w:sz w:val="22"/>
        </w:rPr>
      </w:pPr>
    </w:p>
    <w:tbl>
      <w:tblPr>
        <w:tblW w:w="986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9866"/>
      </w:tblGrid>
      <w:tr w:rsidR="001D08E1" w:rsidRPr="003A29B0" w14:paraId="4E47A3CF" w14:textId="77777777">
        <w:trPr>
          <w:cantSplit/>
          <w:jc w:val="center"/>
        </w:trPr>
        <w:tc>
          <w:tcPr>
            <w:tcW w:w="9866" w:type="dxa"/>
            <w:shd w:val="clear" w:color="auto" w:fill="FFFFFF"/>
            <w:tcMar>
              <w:top w:w="130" w:type="dxa"/>
              <w:left w:w="140" w:type="dxa"/>
              <w:bottom w:w="130" w:type="dxa"/>
              <w:right w:w="140" w:type="dxa"/>
            </w:tcMar>
            <w:vAlign w:val="center"/>
          </w:tcPr>
          <w:p w14:paraId="187D4D80" w14:textId="77777777" w:rsidR="001D08E1" w:rsidRDefault="001D08E1">
            <w:pPr>
              <w:spacing w:after="0" w:line="240" w:lineRule="auto"/>
              <w:rPr>
                <w:color w:val="auto"/>
                <w:sz w:val="22"/>
              </w:rPr>
            </w:pPr>
          </w:p>
          <w:p w14:paraId="1A12F0B5" w14:textId="77777777" w:rsidR="001D08E1" w:rsidRDefault="001D08E1">
            <w:pPr>
              <w:spacing w:after="0" w:line="240" w:lineRule="auto"/>
              <w:rPr>
                <w:color w:val="auto"/>
                <w:sz w:val="22"/>
              </w:rPr>
            </w:pPr>
          </w:p>
          <w:p w14:paraId="63A914FC" w14:textId="77777777" w:rsidR="001D08E1" w:rsidRDefault="001D08E1">
            <w:pPr>
              <w:spacing w:after="0" w:line="240" w:lineRule="auto"/>
              <w:rPr>
                <w:color w:val="auto"/>
                <w:sz w:val="22"/>
              </w:rPr>
            </w:pPr>
          </w:p>
          <w:p w14:paraId="68970174" w14:textId="77777777" w:rsidR="001D08E1" w:rsidRDefault="001D08E1">
            <w:pPr>
              <w:spacing w:after="0" w:line="240" w:lineRule="auto"/>
              <w:rPr>
                <w:color w:val="auto"/>
                <w:sz w:val="22"/>
              </w:rPr>
            </w:pPr>
          </w:p>
          <w:p w14:paraId="041FAD4A" w14:textId="77777777" w:rsidR="001D08E1" w:rsidRPr="003A29B0" w:rsidRDefault="001D08E1">
            <w:pPr>
              <w:spacing w:after="0" w:line="240" w:lineRule="auto"/>
              <w:rPr>
                <w:color w:val="auto"/>
                <w:sz w:val="22"/>
              </w:rPr>
            </w:pPr>
          </w:p>
        </w:tc>
      </w:tr>
    </w:tbl>
    <w:p w14:paraId="2D641152" w14:textId="77777777" w:rsidR="001D08E1" w:rsidRPr="00000AAA" w:rsidRDefault="001D08E1" w:rsidP="001D08E1">
      <w:pPr>
        <w:spacing w:after="0" w:line="240" w:lineRule="auto"/>
        <w:rPr>
          <w:color w:val="595959" w:themeColor="text1" w:themeTint="A6"/>
          <w:sz w:val="22"/>
        </w:rPr>
      </w:pPr>
      <w:r w:rsidRPr="00000AAA">
        <w:rPr>
          <w:color w:val="595959" w:themeColor="text1" w:themeTint="A6"/>
          <w:sz w:val="22"/>
        </w:rPr>
        <w:t>Maximum 150 words.</w:t>
      </w:r>
    </w:p>
    <w:p w14:paraId="676D7DFC" w14:textId="77777777" w:rsidR="001D08E1" w:rsidRDefault="001D08E1" w:rsidP="001D08E1">
      <w:pPr>
        <w:keepNext/>
        <w:spacing w:after="0" w:line="240" w:lineRule="auto"/>
        <w:rPr>
          <w:b/>
          <w:color w:val="auto"/>
          <w:sz w:val="32"/>
          <w:szCs w:val="32"/>
        </w:rPr>
      </w:pPr>
    </w:p>
    <w:p w14:paraId="365095CE" w14:textId="52BE3411" w:rsidR="001D08E1" w:rsidRDefault="001D08E1" w:rsidP="001D08E1">
      <w:pPr>
        <w:keepNext/>
        <w:spacing w:after="0" w:line="240" w:lineRule="auto"/>
        <w:rPr>
          <w:b/>
          <w:color w:val="auto"/>
          <w:sz w:val="32"/>
          <w:szCs w:val="32"/>
        </w:rPr>
      </w:pPr>
      <w:r w:rsidRPr="00692EB0">
        <w:rPr>
          <w:b/>
          <w:color w:val="auto"/>
          <w:sz w:val="32"/>
          <w:szCs w:val="32"/>
        </w:rPr>
        <w:t>1</w:t>
      </w:r>
      <w:r>
        <w:rPr>
          <w:b/>
          <w:color w:val="auto"/>
          <w:sz w:val="32"/>
          <w:szCs w:val="32"/>
        </w:rPr>
        <w:t>2</w:t>
      </w:r>
      <w:r w:rsidRPr="00692EB0">
        <w:rPr>
          <w:b/>
          <w:color w:val="auto"/>
          <w:sz w:val="32"/>
          <w:szCs w:val="32"/>
        </w:rPr>
        <w:t xml:space="preserve">: </w:t>
      </w:r>
      <w:r>
        <w:rPr>
          <w:b/>
          <w:color w:val="auto"/>
          <w:sz w:val="32"/>
          <w:szCs w:val="32"/>
        </w:rPr>
        <w:t>Use of Information</w:t>
      </w:r>
    </w:p>
    <w:p w14:paraId="4C8FD4BB" w14:textId="77777777" w:rsidR="001D08E1" w:rsidRPr="00FC5576" w:rsidRDefault="001D08E1" w:rsidP="001D08E1">
      <w:pPr>
        <w:keepNext/>
        <w:spacing w:after="0" w:line="240" w:lineRule="auto"/>
        <w:rPr>
          <w:bCs/>
          <w:color w:val="auto"/>
          <w:sz w:val="22"/>
        </w:rPr>
      </w:pPr>
    </w:p>
    <w:p w14:paraId="44E0DC0E" w14:textId="77777777" w:rsidR="001D08E1" w:rsidRDefault="001D08E1" w:rsidP="001D08E1">
      <w:pPr>
        <w:keepNext/>
        <w:spacing w:after="0" w:line="240" w:lineRule="auto"/>
        <w:rPr>
          <w:bCs/>
          <w:color w:val="auto"/>
          <w:sz w:val="22"/>
        </w:rPr>
      </w:pPr>
      <w:r w:rsidRPr="00153DF8">
        <w:rPr>
          <w:bCs/>
          <w:color w:val="auto"/>
          <w:sz w:val="22"/>
        </w:rPr>
        <w:t>We will use this application form and the other information you give us, including any personal information, for the following purposes</w:t>
      </w:r>
      <w:r>
        <w:rPr>
          <w:bCs/>
          <w:color w:val="auto"/>
          <w:sz w:val="22"/>
        </w:rPr>
        <w:t>;</w:t>
      </w:r>
    </w:p>
    <w:p w14:paraId="0166E1ED" w14:textId="77777777" w:rsidR="001D08E1" w:rsidRPr="008B4FD5" w:rsidRDefault="001D08E1" w:rsidP="001D08E1">
      <w:pPr>
        <w:keepNext/>
        <w:spacing w:after="0" w:line="240" w:lineRule="auto"/>
        <w:rPr>
          <w:bCs/>
          <w:color w:val="auto"/>
          <w:sz w:val="22"/>
        </w:rPr>
      </w:pPr>
    </w:p>
    <w:p w14:paraId="62F5F698" w14:textId="3FA0DA39" w:rsidR="001D08E1" w:rsidRPr="00073D9D" w:rsidRDefault="001D08E1" w:rsidP="001D08E1">
      <w:pPr>
        <w:pStyle w:val="ListParagraph"/>
        <w:keepNext/>
        <w:numPr>
          <w:ilvl w:val="0"/>
          <w:numId w:val="35"/>
        </w:numPr>
        <w:spacing w:after="0" w:line="240" w:lineRule="auto"/>
        <w:rPr>
          <w:bCs/>
          <w:color w:val="auto"/>
          <w:sz w:val="22"/>
        </w:rPr>
      </w:pPr>
      <w:r w:rsidRPr="00073D9D">
        <w:rPr>
          <w:bCs/>
          <w:color w:val="auto"/>
          <w:sz w:val="22"/>
        </w:rPr>
        <w:t xml:space="preserve">To decide whether to provide </w:t>
      </w:r>
      <w:r>
        <w:rPr>
          <w:bCs/>
          <w:color w:val="auto"/>
          <w:sz w:val="22"/>
        </w:rPr>
        <w:t xml:space="preserve">funding </w:t>
      </w:r>
      <w:proofErr w:type="gramStart"/>
      <w:r>
        <w:rPr>
          <w:bCs/>
          <w:color w:val="auto"/>
          <w:sz w:val="22"/>
        </w:rPr>
        <w:t>to</w:t>
      </w:r>
      <w:proofErr w:type="gramEnd"/>
      <w:r>
        <w:rPr>
          <w:bCs/>
          <w:color w:val="auto"/>
          <w:sz w:val="22"/>
        </w:rPr>
        <w:t xml:space="preserve"> your </w:t>
      </w:r>
      <w:r w:rsidRPr="00073D9D">
        <w:rPr>
          <w:bCs/>
          <w:color w:val="auto"/>
          <w:sz w:val="22"/>
        </w:rPr>
        <w:t>organisation</w:t>
      </w:r>
      <w:r w:rsidR="00A45165">
        <w:rPr>
          <w:bCs/>
          <w:color w:val="auto"/>
          <w:sz w:val="22"/>
        </w:rPr>
        <w:t>.</w:t>
      </w:r>
    </w:p>
    <w:p w14:paraId="11021996" w14:textId="18E0A0E4" w:rsidR="001D08E1" w:rsidRPr="00FA034F" w:rsidRDefault="001D08E1" w:rsidP="001D08E1">
      <w:pPr>
        <w:pStyle w:val="ListParagraph"/>
        <w:keepNext/>
        <w:numPr>
          <w:ilvl w:val="0"/>
          <w:numId w:val="35"/>
        </w:numPr>
        <w:spacing w:after="0" w:line="240" w:lineRule="auto"/>
        <w:rPr>
          <w:bCs/>
          <w:color w:val="auto"/>
          <w:sz w:val="22"/>
        </w:rPr>
      </w:pPr>
      <w:r w:rsidRPr="00073D9D">
        <w:rPr>
          <w:bCs/>
          <w:color w:val="auto"/>
          <w:sz w:val="22"/>
        </w:rPr>
        <w:t xml:space="preserve">To provide copies to other individuals or organisations who are helping us assess and monitor funding, including local authorities, other lottery distributors and organisations that provide funding. </w:t>
      </w:r>
      <w:r w:rsidRPr="00FA034F">
        <w:rPr>
          <w:bCs/>
          <w:color w:val="auto"/>
          <w:sz w:val="22"/>
        </w:rPr>
        <w:t>After we reach a decision, we may also tell them the outcome of your application and, if appropriate, why we did not offer your organisation funding</w:t>
      </w:r>
      <w:r w:rsidR="00A45165">
        <w:rPr>
          <w:bCs/>
          <w:color w:val="auto"/>
          <w:sz w:val="22"/>
        </w:rPr>
        <w:t>.</w:t>
      </w:r>
    </w:p>
    <w:p w14:paraId="189C51CE" w14:textId="7C88F8AE" w:rsidR="001D08E1" w:rsidRPr="00073D9D" w:rsidRDefault="001D08E1" w:rsidP="001D08E1">
      <w:pPr>
        <w:pStyle w:val="ListParagraph"/>
        <w:keepNext/>
        <w:numPr>
          <w:ilvl w:val="0"/>
          <w:numId w:val="35"/>
        </w:numPr>
        <w:spacing w:after="0" w:line="240" w:lineRule="auto"/>
        <w:rPr>
          <w:bCs/>
          <w:color w:val="auto"/>
          <w:sz w:val="22"/>
        </w:rPr>
      </w:pPr>
      <w:r w:rsidRPr="00073D9D">
        <w:rPr>
          <w:bCs/>
          <w:color w:val="auto"/>
          <w:sz w:val="22"/>
        </w:rPr>
        <w:t>To hold in our database and use for statistical purposes</w:t>
      </w:r>
      <w:r w:rsidR="00A45165">
        <w:rPr>
          <w:bCs/>
          <w:color w:val="auto"/>
          <w:sz w:val="22"/>
        </w:rPr>
        <w:t>.</w:t>
      </w:r>
    </w:p>
    <w:p w14:paraId="3FFB1C29" w14:textId="2DB931B5" w:rsidR="001D08E1" w:rsidRPr="00073D9D" w:rsidRDefault="001D08E1" w:rsidP="001D08E1">
      <w:pPr>
        <w:pStyle w:val="ListParagraph"/>
        <w:keepNext/>
        <w:numPr>
          <w:ilvl w:val="0"/>
          <w:numId w:val="35"/>
        </w:numPr>
        <w:spacing w:after="0" w:line="240" w:lineRule="auto"/>
        <w:rPr>
          <w:bCs/>
          <w:color w:val="auto"/>
          <w:sz w:val="22"/>
        </w:rPr>
      </w:pPr>
      <w:r w:rsidRPr="00073D9D">
        <w:rPr>
          <w:bCs/>
          <w:color w:val="auto"/>
          <w:sz w:val="22"/>
        </w:rPr>
        <w:t>We want to ensure our funding decisions are clear and transparent. If we offer funding to your organisation, we will publish information about your</w:t>
      </w:r>
      <w:r>
        <w:rPr>
          <w:bCs/>
          <w:color w:val="auto"/>
          <w:sz w:val="22"/>
        </w:rPr>
        <w:t xml:space="preserve"> </w:t>
      </w:r>
      <w:r w:rsidRPr="00073D9D">
        <w:rPr>
          <w:bCs/>
          <w:color w:val="auto"/>
          <w:sz w:val="22"/>
        </w:rPr>
        <w:t xml:space="preserve">organisation relating to the activity we have funded, including the amount of the funding and the activity it was for via the </w:t>
      </w:r>
      <w:r>
        <w:rPr>
          <w:bCs/>
          <w:color w:val="auto"/>
          <w:sz w:val="22"/>
        </w:rPr>
        <w:t>360Giving</w:t>
      </w:r>
      <w:r w:rsidRPr="00073D9D">
        <w:rPr>
          <w:bCs/>
          <w:color w:val="auto"/>
          <w:sz w:val="22"/>
        </w:rPr>
        <w:t xml:space="preserve"> website</w:t>
      </w:r>
      <w:r w:rsidR="00A45165">
        <w:rPr>
          <w:bCs/>
          <w:color w:val="auto"/>
          <w:sz w:val="22"/>
        </w:rPr>
        <w:t>.</w:t>
      </w:r>
    </w:p>
    <w:p w14:paraId="1F741FF2" w14:textId="34B4C864" w:rsidR="001D08E1" w:rsidRDefault="001D08E1" w:rsidP="001D08E1">
      <w:pPr>
        <w:pStyle w:val="ListParagraph"/>
        <w:keepNext/>
        <w:numPr>
          <w:ilvl w:val="0"/>
          <w:numId w:val="35"/>
        </w:numPr>
        <w:spacing w:after="0" w:line="240" w:lineRule="auto"/>
        <w:rPr>
          <w:bCs/>
          <w:color w:val="auto"/>
          <w:sz w:val="22"/>
        </w:rPr>
      </w:pPr>
      <w:r w:rsidRPr="00073D9D">
        <w:rPr>
          <w:bCs/>
          <w:color w:val="auto"/>
          <w:sz w:val="22"/>
        </w:rPr>
        <w:t>This information may appear in our press releases, in our print and online publications, and in the publications or websites of any partner organisations who have co-funded activity with us</w:t>
      </w:r>
      <w:r w:rsidR="00A45165">
        <w:rPr>
          <w:bCs/>
          <w:color w:val="auto"/>
          <w:sz w:val="22"/>
        </w:rPr>
        <w:t>.</w:t>
      </w:r>
    </w:p>
    <w:p w14:paraId="44FA5297" w14:textId="77777777" w:rsidR="001D08E1" w:rsidRDefault="001D08E1" w:rsidP="001D08E1">
      <w:pPr>
        <w:keepNext/>
        <w:spacing w:after="0" w:line="240" w:lineRule="auto"/>
        <w:rPr>
          <w:bCs/>
          <w:color w:val="auto"/>
          <w:sz w:val="22"/>
        </w:rPr>
      </w:pPr>
    </w:p>
    <w:p w14:paraId="523F563A" w14:textId="77777777" w:rsidR="001D08E1" w:rsidRPr="006854C5" w:rsidRDefault="001D08E1" w:rsidP="001D08E1">
      <w:pPr>
        <w:keepNext/>
        <w:spacing w:after="0" w:line="240" w:lineRule="auto"/>
        <w:rPr>
          <w:bCs/>
          <w:color w:val="auto"/>
          <w:sz w:val="22"/>
        </w:rPr>
      </w:pPr>
      <w:r w:rsidRPr="006854C5">
        <w:rPr>
          <w:bCs/>
          <w:color w:val="auto"/>
          <w:sz w:val="22"/>
        </w:rPr>
        <w:t>Information submitted to Bradford Council may be disclosed in response to a Freedom of Information request unless a legal exemption applies.</w:t>
      </w:r>
    </w:p>
    <w:p w14:paraId="62DBD412" w14:textId="77777777" w:rsidR="001D08E1" w:rsidRDefault="001D08E1" w:rsidP="001D08E1">
      <w:pPr>
        <w:keepNext/>
        <w:spacing w:after="0" w:line="240" w:lineRule="auto"/>
        <w:rPr>
          <w:b/>
          <w:color w:val="auto"/>
          <w:sz w:val="32"/>
          <w:szCs w:val="32"/>
        </w:rPr>
      </w:pPr>
    </w:p>
    <w:p w14:paraId="2663B10C" w14:textId="6B8C6A34" w:rsidR="001D08E1" w:rsidRPr="00CC2DFA" w:rsidRDefault="001D08E1" w:rsidP="001D08E1">
      <w:pPr>
        <w:keepNext/>
        <w:spacing w:after="0" w:line="240" w:lineRule="auto"/>
        <w:rPr>
          <w:b/>
          <w:color w:val="auto"/>
          <w:sz w:val="32"/>
          <w:szCs w:val="32"/>
        </w:rPr>
      </w:pPr>
      <w:r w:rsidRPr="00692EB0">
        <w:rPr>
          <w:b/>
          <w:color w:val="auto"/>
          <w:sz w:val="32"/>
          <w:szCs w:val="32"/>
        </w:rPr>
        <w:t>1</w:t>
      </w:r>
      <w:r>
        <w:rPr>
          <w:b/>
          <w:color w:val="auto"/>
          <w:sz w:val="32"/>
          <w:szCs w:val="32"/>
        </w:rPr>
        <w:t>3</w:t>
      </w:r>
      <w:r w:rsidRPr="00692EB0">
        <w:rPr>
          <w:b/>
          <w:color w:val="auto"/>
          <w:sz w:val="32"/>
          <w:szCs w:val="32"/>
        </w:rPr>
        <w:t xml:space="preserve">: </w:t>
      </w:r>
      <w:r>
        <w:rPr>
          <w:b/>
          <w:color w:val="auto"/>
          <w:sz w:val="32"/>
          <w:szCs w:val="32"/>
        </w:rPr>
        <w:t>Declaration</w:t>
      </w:r>
    </w:p>
    <w:p w14:paraId="598BF286" w14:textId="77777777" w:rsidR="001D08E1" w:rsidRPr="00511BC3" w:rsidRDefault="001D08E1" w:rsidP="001D08E1">
      <w:pPr>
        <w:spacing w:after="0" w:line="240" w:lineRule="auto"/>
        <w:rPr>
          <w:color w:val="auto"/>
          <w:sz w:val="22"/>
        </w:rPr>
      </w:pPr>
      <w:r w:rsidRPr="00511BC3">
        <w:rPr>
          <w:color w:val="auto"/>
          <w:sz w:val="22"/>
        </w:rPr>
        <w:t>By signing this declaration, the authorised signatory confirms that:</w:t>
      </w:r>
    </w:p>
    <w:p w14:paraId="71912C4C" w14:textId="19A289BB" w:rsidR="001D08E1" w:rsidRPr="00FA588F" w:rsidRDefault="003560A8" w:rsidP="00FA588F">
      <w:pPr>
        <w:spacing w:before="100" w:beforeAutospacing="1" w:afterAutospacing="1" w:line="240" w:lineRule="auto"/>
        <w:ind w:left="360"/>
        <w:rPr>
          <w:color w:val="auto"/>
          <w:sz w:val="22"/>
        </w:rPr>
      </w:pPr>
      <w:sdt>
        <w:sdtPr>
          <w:rPr>
            <w:rFonts w:ascii="MS Gothic" w:eastAsia="MS Gothic" w:hAnsi="MS Gothic"/>
            <w:color w:val="auto"/>
            <w:sz w:val="22"/>
          </w:rPr>
          <w:id w:val="-2006355992"/>
          <w14:checkbox>
            <w14:checked w14:val="0"/>
            <w14:checkedState w14:val="2612" w14:font="MS Gothic"/>
            <w14:uncheckedState w14:val="2610" w14:font="MS Gothic"/>
          </w14:checkbox>
        </w:sdtPr>
        <w:sdtEndPr/>
        <w:sdtContent>
          <w:r w:rsidR="001D08E1" w:rsidRPr="00FA588F">
            <w:rPr>
              <w:rFonts w:ascii="MS Gothic" w:eastAsia="MS Gothic" w:hAnsi="MS Gothic" w:hint="eastAsia"/>
              <w:color w:val="auto"/>
              <w:sz w:val="22"/>
            </w:rPr>
            <w:t>☐</w:t>
          </w:r>
        </w:sdtContent>
      </w:sdt>
      <w:r w:rsidR="001D08E1" w:rsidRPr="00FA588F">
        <w:rPr>
          <w:color w:val="auto"/>
          <w:sz w:val="22"/>
        </w:rPr>
        <w:t xml:space="preserve">  </w:t>
      </w:r>
      <w:r w:rsidR="001D08E1" w:rsidRPr="00FA588F">
        <w:rPr>
          <w:rFonts w:eastAsia="Times New Roman" w:cs="Arial"/>
          <w:color w:val="auto"/>
          <w:sz w:val="22"/>
          <w:lang w:val="en-GB" w:eastAsia="en-GB"/>
        </w:rPr>
        <w:t>you confirm that you have read and understood how the information provided in this application may be used and shared</w:t>
      </w:r>
      <w:r w:rsidR="008262FD">
        <w:rPr>
          <w:rFonts w:eastAsia="Times New Roman" w:cs="Arial"/>
          <w:color w:val="auto"/>
          <w:sz w:val="22"/>
          <w:lang w:val="en-GB" w:eastAsia="en-GB"/>
        </w:rPr>
        <w:br/>
      </w:r>
      <w:r w:rsidR="00FA588F">
        <w:rPr>
          <w:rFonts w:eastAsia="Times New Roman" w:cs="Arial"/>
          <w:color w:val="auto"/>
          <w:sz w:val="22"/>
          <w:lang w:val="en-GB" w:eastAsia="en-GB"/>
        </w:rPr>
        <w:br/>
      </w:r>
      <w:sdt>
        <w:sdtPr>
          <w:rPr>
            <w:rFonts w:ascii="MS Gothic" w:eastAsia="MS Gothic" w:hAnsi="MS Gothic"/>
            <w:color w:val="auto"/>
            <w:sz w:val="22"/>
          </w:rPr>
          <w:id w:val="1398"/>
          <w14:checkbox>
            <w14:checked w14:val="0"/>
            <w14:checkedState w14:val="2612" w14:font="MS Gothic"/>
            <w14:uncheckedState w14:val="2610" w14:font="MS Gothic"/>
          </w14:checkbox>
        </w:sdtPr>
        <w:sdtEndPr/>
        <w:sdtContent>
          <w:r w:rsidR="001D08E1" w:rsidRPr="00FA588F">
            <w:rPr>
              <w:rFonts w:ascii="MS Gothic" w:eastAsia="MS Gothic" w:hAnsi="MS Gothic" w:hint="eastAsia"/>
              <w:color w:val="auto"/>
              <w:sz w:val="22"/>
            </w:rPr>
            <w:t>☐</w:t>
          </w:r>
        </w:sdtContent>
      </w:sdt>
      <w:r w:rsidR="001D08E1" w:rsidRPr="00FA588F">
        <w:rPr>
          <w:color w:val="auto"/>
          <w:sz w:val="22"/>
        </w:rPr>
        <w:t xml:space="preserve">  the information in this application and its attachments is accurate and complete to the best of their knowledge</w:t>
      </w:r>
      <w:r w:rsidR="008262FD">
        <w:rPr>
          <w:color w:val="auto"/>
          <w:sz w:val="22"/>
        </w:rPr>
        <w:br/>
      </w:r>
      <w:r w:rsidR="00FA588F">
        <w:rPr>
          <w:color w:val="auto"/>
          <w:sz w:val="22"/>
        </w:rPr>
        <w:br/>
      </w:r>
      <w:sdt>
        <w:sdtPr>
          <w:rPr>
            <w:rFonts w:ascii="Segoe UI Symbol" w:hAnsi="Segoe UI Symbol" w:cs="Segoe UI Symbol"/>
            <w:color w:val="auto"/>
            <w:sz w:val="22"/>
          </w:rPr>
          <w:id w:val="1399"/>
          <w14:checkbox>
            <w14:checked w14:val="0"/>
            <w14:checkedState w14:val="2612" w14:font="MS Gothic"/>
            <w14:uncheckedState w14:val="2610" w14:font="MS Gothic"/>
          </w14:checkbox>
        </w:sdtPr>
        <w:sdtEndPr/>
        <w:sdtContent>
          <w:r w:rsidR="001D08E1" w:rsidRPr="00FA588F">
            <w:rPr>
              <w:rFonts w:ascii="Segoe UI Symbol" w:hAnsi="Segoe UI Symbol" w:cs="Segoe UI Symbol"/>
              <w:color w:val="auto"/>
              <w:sz w:val="22"/>
            </w:rPr>
            <w:t>☐</w:t>
          </w:r>
        </w:sdtContent>
      </w:sdt>
      <w:r w:rsidR="001D08E1" w:rsidRPr="00FA588F">
        <w:rPr>
          <w:color w:val="auto"/>
          <w:sz w:val="22"/>
        </w:rPr>
        <w:t xml:space="preserve">  the organisation is eligible to apply and will notify Bradford Council promptly if its eligibility or material circumstances change</w:t>
      </w:r>
      <w:r w:rsidR="008262FD">
        <w:rPr>
          <w:color w:val="auto"/>
          <w:sz w:val="22"/>
        </w:rPr>
        <w:br/>
      </w:r>
      <w:r w:rsidR="00FA588F">
        <w:rPr>
          <w:color w:val="auto"/>
          <w:sz w:val="22"/>
        </w:rPr>
        <w:br/>
      </w:r>
      <w:sdt>
        <w:sdtPr>
          <w:rPr>
            <w:rFonts w:ascii="Segoe UI Symbol" w:hAnsi="Segoe UI Symbol" w:cs="Segoe UI Symbol"/>
            <w:color w:val="auto"/>
            <w:sz w:val="22"/>
          </w:rPr>
          <w:id w:val="1400"/>
          <w14:checkbox>
            <w14:checked w14:val="0"/>
            <w14:checkedState w14:val="2612" w14:font="MS Gothic"/>
            <w14:uncheckedState w14:val="2610" w14:font="MS Gothic"/>
          </w14:checkbox>
        </w:sdtPr>
        <w:sdtEndPr/>
        <w:sdtContent>
          <w:r w:rsidR="001D08E1" w:rsidRPr="00FA588F">
            <w:rPr>
              <w:rFonts w:ascii="Segoe UI Symbol" w:hAnsi="Segoe UI Symbol" w:cs="Segoe UI Symbol"/>
              <w:color w:val="auto"/>
              <w:sz w:val="22"/>
            </w:rPr>
            <w:t>☐</w:t>
          </w:r>
        </w:sdtContent>
      </w:sdt>
      <w:r w:rsidR="001D08E1" w:rsidRPr="00FA588F">
        <w:rPr>
          <w:color w:val="auto"/>
          <w:sz w:val="22"/>
        </w:rPr>
        <w:t xml:space="preserve">  the organisation has disclosed material financial, governance, safeguarding, legal, regulatory or organisational issues relevant to the assessment</w:t>
      </w:r>
      <w:r w:rsidR="008262FD">
        <w:rPr>
          <w:color w:val="auto"/>
          <w:sz w:val="22"/>
        </w:rPr>
        <w:br/>
      </w:r>
      <w:r w:rsidR="00FA588F">
        <w:rPr>
          <w:color w:val="auto"/>
          <w:sz w:val="22"/>
        </w:rPr>
        <w:br/>
      </w:r>
      <w:sdt>
        <w:sdtPr>
          <w:rPr>
            <w:rFonts w:ascii="Segoe UI Symbol" w:hAnsi="Segoe UI Symbol" w:cs="Segoe UI Symbol"/>
            <w:color w:val="auto"/>
            <w:sz w:val="22"/>
          </w:rPr>
          <w:id w:val="1401"/>
          <w14:checkbox>
            <w14:checked w14:val="0"/>
            <w14:checkedState w14:val="2612" w14:font="MS Gothic"/>
            <w14:uncheckedState w14:val="2610" w14:font="MS Gothic"/>
          </w14:checkbox>
        </w:sdtPr>
        <w:sdtEndPr/>
        <w:sdtContent>
          <w:r w:rsidR="001D08E1" w:rsidRPr="00FA588F">
            <w:rPr>
              <w:rFonts w:ascii="Segoe UI Symbol" w:hAnsi="Segoe UI Symbol" w:cs="Segoe UI Symbol"/>
              <w:color w:val="auto"/>
              <w:sz w:val="22"/>
            </w:rPr>
            <w:t>☐</w:t>
          </w:r>
        </w:sdtContent>
      </w:sdt>
      <w:r w:rsidR="001D08E1" w:rsidRPr="00FA588F">
        <w:rPr>
          <w:color w:val="auto"/>
          <w:sz w:val="22"/>
        </w:rPr>
        <w:t xml:space="preserve">  the governing body has approved, or formally authorised submission of, this application and </w:t>
      </w:r>
      <w:r w:rsidR="001D08E1" w:rsidRPr="00FA588F">
        <w:rPr>
          <w:color w:val="auto"/>
          <w:sz w:val="22"/>
        </w:rPr>
        <w:lastRenderedPageBreak/>
        <w:t>five-year plan</w:t>
      </w:r>
      <w:r w:rsidR="008262FD">
        <w:rPr>
          <w:color w:val="auto"/>
          <w:sz w:val="22"/>
        </w:rPr>
        <w:br/>
      </w:r>
      <w:r w:rsidR="00FA588F">
        <w:rPr>
          <w:color w:val="auto"/>
          <w:sz w:val="22"/>
        </w:rPr>
        <w:br/>
      </w:r>
      <w:sdt>
        <w:sdtPr>
          <w:rPr>
            <w:rFonts w:ascii="Segoe UI Symbol" w:hAnsi="Segoe UI Symbol" w:cs="Segoe UI Symbol"/>
            <w:color w:val="auto"/>
            <w:sz w:val="22"/>
          </w:rPr>
          <w:id w:val="1402"/>
          <w14:checkbox>
            <w14:checked w14:val="0"/>
            <w14:checkedState w14:val="2612" w14:font="MS Gothic"/>
            <w14:uncheckedState w14:val="2610" w14:font="MS Gothic"/>
          </w14:checkbox>
        </w:sdtPr>
        <w:sdtEndPr/>
        <w:sdtContent>
          <w:r w:rsidR="001D08E1" w:rsidRPr="00FA588F">
            <w:rPr>
              <w:rFonts w:ascii="Segoe UI Symbol" w:hAnsi="Segoe UI Symbol" w:cs="Segoe UI Symbol"/>
              <w:color w:val="auto"/>
              <w:sz w:val="22"/>
            </w:rPr>
            <w:t>☐</w:t>
          </w:r>
        </w:sdtContent>
      </w:sdt>
      <w:r w:rsidR="001D08E1" w:rsidRPr="00FA588F">
        <w:rPr>
          <w:color w:val="auto"/>
          <w:sz w:val="22"/>
        </w:rPr>
        <w:t xml:space="preserve">  the organisation can meet the conditions, match-funding and monitoring requirements in the published guidance and any investment agreement</w:t>
      </w:r>
      <w:r w:rsidR="008262FD">
        <w:rPr>
          <w:color w:val="auto"/>
          <w:sz w:val="22"/>
        </w:rPr>
        <w:br/>
      </w:r>
      <w:r w:rsidR="00FA588F">
        <w:rPr>
          <w:color w:val="auto"/>
          <w:sz w:val="22"/>
        </w:rPr>
        <w:br/>
      </w:r>
      <w:sdt>
        <w:sdtPr>
          <w:rPr>
            <w:rFonts w:ascii="Segoe UI Symbol" w:hAnsi="Segoe UI Symbol" w:cs="Segoe UI Symbol"/>
            <w:color w:val="auto"/>
            <w:sz w:val="22"/>
          </w:rPr>
          <w:id w:val="1403"/>
          <w14:checkbox>
            <w14:checked w14:val="0"/>
            <w14:checkedState w14:val="2612" w14:font="MS Gothic"/>
            <w14:uncheckedState w14:val="2610" w14:font="MS Gothic"/>
          </w14:checkbox>
        </w:sdtPr>
        <w:sdtEndPr/>
        <w:sdtContent>
          <w:r w:rsidR="001D08E1" w:rsidRPr="00FA588F">
            <w:rPr>
              <w:rFonts w:ascii="Segoe UI Symbol" w:hAnsi="Segoe UI Symbol" w:cs="Segoe UI Symbol"/>
              <w:color w:val="auto"/>
              <w:sz w:val="22"/>
            </w:rPr>
            <w:t>☐</w:t>
          </w:r>
        </w:sdtContent>
      </w:sdt>
      <w:r w:rsidR="001D08E1" w:rsidRPr="00FA588F">
        <w:rPr>
          <w:color w:val="auto"/>
          <w:sz w:val="22"/>
        </w:rPr>
        <w:t xml:space="preserve">  the organisation understands that investment is competitive and that submission does not guarantee an award or the amount requested</w:t>
      </w:r>
      <w:r w:rsidR="008262FD">
        <w:rPr>
          <w:color w:val="auto"/>
          <w:sz w:val="22"/>
        </w:rPr>
        <w:br/>
      </w:r>
      <w:r w:rsidR="00FA588F">
        <w:rPr>
          <w:color w:val="auto"/>
          <w:sz w:val="22"/>
        </w:rPr>
        <w:br/>
      </w:r>
      <w:sdt>
        <w:sdtPr>
          <w:rPr>
            <w:rFonts w:ascii="Segoe UI Symbol" w:hAnsi="Segoe UI Symbol" w:cs="Segoe UI Symbol"/>
            <w:color w:val="auto"/>
            <w:sz w:val="22"/>
          </w:rPr>
          <w:id w:val="1404"/>
          <w14:checkbox>
            <w14:checked w14:val="0"/>
            <w14:checkedState w14:val="2612" w14:font="MS Gothic"/>
            <w14:uncheckedState w14:val="2610" w14:font="MS Gothic"/>
          </w14:checkbox>
        </w:sdtPr>
        <w:sdtEndPr/>
        <w:sdtContent>
          <w:r w:rsidR="001D08E1" w:rsidRPr="00FA588F">
            <w:rPr>
              <w:rFonts w:ascii="Segoe UI Symbol" w:hAnsi="Segoe UI Symbol" w:cs="Segoe UI Symbol"/>
              <w:color w:val="auto"/>
              <w:sz w:val="22"/>
            </w:rPr>
            <w:t>☐</w:t>
          </w:r>
        </w:sdtContent>
      </w:sdt>
      <w:r w:rsidR="001D08E1" w:rsidRPr="00FA588F">
        <w:rPr>
          <w:color w:val="auto"/>
          <w:sz w:val="22"/>
        </w:rPr>
        <w:t xml:space="preserve">  Bradford Council may verify information and request clarification or supporting evidence during assessment and monitoring</w:t>
      </w:r>
      <w:r w:rsidR="001D08E1" w:rsidRPr="00FA588F">
        <w:rPr>
          <w:color w:val="auto"/>
          <w:sz w:val="22"/>
        </w:rPr>
        <w:br/>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552"/>
        <w:gridCol w:w="6237"/>
      </w:tblGrid>
      <w:tr w:rsidR="001D08E1" w:rsidRPr="00511BC3" w14:paraId="29EEF452" w14:textId="77777777">
        <w:trPr>
          <w:cantSplit/>
          <w:jc w:val="center"/>
        </w:trPr>
        <w:tc>
          <w:tcPr>
            <w:tcW w:w="3552" w:type="dxa"/>
            <w:shd w:val="clear" w:color="auto" w:fill="E7E6E6"/>
            <w:tcMar>
              <w:top w:w="90" w:type="dxa"/>
              <w:left w:w="110" w:type="dxa"/>
              <w:bottom w:w="90" w:type="dxa"/>
              <w:right w:w="110" w:type="dxa"/>
            </w:tcMar>
            <w:vAlign w:val="center"/>
          </w:tcPr>
          <w:p w14:paraId="695D52B2" w14:textId="77777777" w:rsidR="001D08E1" w:rsidRPr="00511BC3" w:rsidRDefault="001D08E1">
            <w:pPr>
              <w:spacing w:after="0" w:line="240" w:lineRule="auto"/>
              <w:rPr>
                <w:color w:val="auto"/>
                <w:sz w:val="22"/>
              </w:rPr>
            </w:pPr>
            <w:r w:rsidRPr="00511BC3">
              <w:rPr>
                <w:b/>
                <w:color w:val="auto"/>
                <w:sz w:val="22"/>
              </w:rPr>
              <w:t>Name of authorised signatory</w:t>
            </w:r>
          </w:p>
        </w:tc>
        <w:tc>
          <w:tcPr>
            <w:tcW w:w="6237" w:type="dxa"/>
            <w:shd w:val="clear" w:color="auto" w:fill="FFFFFF"/>
            <w:tcMar>
              <w:top w:w="90" w:type="dxa"/>
              <w:left w:w="110" w:type="dxa"/>
              <w:bottom w:w="90" w:type="dxa"/>
              <w:right w:w="110" w:type="dxa"/>
            </w:tcMar>
            <w:vAlign w:val="center"/>
          </w:tcPr>
          <w:p w14:paraId="3C3A76DE" w14:textId="77777777" w:rsidR="001D08E1" w:rsidRPr="00511BC3" w:rsidRDefault="001D08E1">
            <w:pPr>
              <w:spacing w:after="0" w:line="240" w:lineRule="auto"/>
              <w:rPr>
                <w:color w:val="auto"/>
                <w:sz w:val="22"/>
              </w:rPr>
            </w:pPr>
          </w:p>
        </w:tc>
      </w:tr>
      <w:tr w:rsidR="001D08E1" w:rsidRPr="00511BC3" w14:paraId="6CA2ABF0" w14:textId="77777777">
        <w:trPr>
          <w:cantSplit/>
          <w:jc w:val="center"/>
        </w:trPr>
        <w:tc>
          <w:tcPr>
            <w:tcW w:w="3552" w:type="dxa"/>
            <w:shd w:val="clear" w:color="auto" w:fill="E7E6E6"/>
            <w:tcMar>
              <w:top w:w="90" w:type="dxa"/>
              <w:left w:w="110" w:type="dxa"/>
              <w:bottom w:w="90" w:type="dxa"/>
              <w:right w:w="110" w:type="dxa"/>
            </w:tcMar>
            <w:vAlign w:val="center"/>
          </w:tcPr>
          <w:p w14:paraId="4F1FC72E" w14:textId="77777777" w:rsidR="001D08E1" w:rsidRPr="00511BC3" w:rsidRDefault="001D08E1">
            <w:pPr>
              <w:spacing w:after="0" w:line="240" w:lineRule="auto"/>
              <w:rPr>
                <w:color w:val="auto"/>
                <w:sz w:val="22"/>
              </w:rPr>
            </w:pPr>
            <w:r w:rsidRPr="00511BC3">
              <w:rPr>
                <w:b/>
                <w:color w:val="auto"/>
                <w:sz w:val="22"/>
              </w:rPr>
              <w:t>Role</w:t>
            </w:r>
          </w:p>
        </w:tc>
        <w:tc>
          <w:tcPr>
            <w:tcW w:w="6237" w:type="dxa"/>
            <w:shd w:val="clear" w:color="auto" w:fill="FFFFFF"/>
            <w:tcMar>
              <w:top w:w="90" w:type="dxa"/>
              <w:left w:w="110" w:type="dxa"/>
              <w:bottom w:w="90" w:type="dxa"/>
              <w:right w:w="110" w:type="dxa"/>
            </w:tcMar>
            <w:vAlign w:val="center"/>
          </w:tcPr>
          <w:p w14:paraId="1128FDF0" w14:textId="77777777" w:rsidR="001D08E1" w:rsidRPr="00511BC3" w:rsidRDefault="001D08E1">
            <w:pPr>
              <w:spacing w:after="0" w:line="240" w:lineRule="auto"/>
              <w:rPr>
                <w:color w:val="auto"/>
                <w:sz w:val="22"/>
              </w:rPr>
            </w:pPr>
          </w:p>
        </w:tc>
      </w:tr>
      <w:tr w:rsidR="001D08E1" w:rsidRPr="00511BC3" w14:paraId="526A6F9E" w14:textId="77777777">
        <w:trPr>
          <w:cantSplit/>
          <w:trHeight w:val="1408"/>
          <w:jc w:val="center"/>
        </w:trPr>
        <w:tc>
          <w:tcPr>
            <w:tcW w:w="3552" w:type="dxa"/>
            <w:shd w:val="clear" w:color="auto" w:fill="E7E6E6"/>
            <w:tcMar>
              <w:top w:w="90" w:type="dxa"/>
              <w:left w:w="110" w:type="dxa"/>
              <w:bottom w:w="90" w:type="dxa"/>
              <w:right w:w="110" w:type="dxa"/>
            </w:tcMar>
            <w:vAlign w:val="center"/>
          </w:tcPr>
          <w:p w14:paraId="37AB0887" w14:textId="77777777" w:rsidR="001D08E1" w:rsidRPr="00511BC3" w:rsidRDefault="001D08E1">
            <w:pPr>
              <w:spacing w:after="0" w:line="240" w:lineRule="auto"/>
              <w:rPr>
                <w:color w:val="auto"/>
                <w:sz w:val="22"/>
              </w:rPr>
            </w:pPr>
            <w:r w:rsidRPr="00511BC3">
              <w:rPr>
                <w:b/>
                <w:color w:val="auto"/>
                <w:sz w:val="22"/>
              </w:rPr>
              <w:t>Signature</w:t>
            </w:r>
          </w:p>
        </w:tc>
        <w:tc>
          <w:tcPr>
            <w:tcW w:w="6237" w:type="dxa"/>
            <w:shd w:val="clear" w:color="auto" w:fill="FFFFFF"/>
            <w:tcMar>
              <w:top w:w="90" w:type="dxa"/>
              <w:left w:w="110" w:type="dxa"/>
              <w:bottom w:w="90" w:type="dxa"/>
              <w:right w:w="110" w:type="dxa"/>
            </w:tcMar>
            <w:vAlign w:val="center"/>
          </w:tcPr>
          <w:p w14:paraId="377303ED" w14:textId="77777777" w:rsidR="001D08E1" w:rsidRPr="00511BC3" w:rsidRDefault="001D08E1">
            <w:pPr>
              <w:spacing w:after="0" w:line="240" w:lineRule="auto"/>
              <w:rPr>
                <w:color w:val="auto"/>
                <w:sz w:val="22"/>
              </w:rPr>
            </w:pPr>
          </w:p>
        </w:tc>
      </w:tr>
      <w:tr w:rsidR="001D08E1" w:rsidRPr="00511BC3" w14:paraId="5542C5E4" w14:textId="77777777">
        <w:trPr>
          <w:cantSplit/>
          <w:jc w:val="center"/>
        </w:trPr>
        <w:tc>
          <w:tcPr>
            <w:tcW w:w="3552" w:type="dxa"/>
            <w:shd w:val="clear" w:color="auto" w:fill="E7E6E6"/>
            <w:tcMar>
              <w:top w:w="90" w:type="dxa"/>
              <w:left w:w="110" w:type="dxa"/>
              <w:bottom w:w="90" w:type="dxa"/>
              <w:right w:w="110" w:type="dxa"/>
            </w:tcMar>
            <w:vAlign w:val="center"/>
          </w:tcPr>
          <w:p w14:paraId="5848D60A" w14:textId="77777777" w:rsidR="001D08E1" w:rsidRPr="00511BC3" w:rsidRDefault="001D08E1">
            <w:pPr>
              <w:spacing w:after="0" w:line="240" w:lineRule="auto"/>
              <w:rPr>
                <w:color w:val="auto"/>
                <w:sz w:val="22"/>
              </w:rPr>
            </w:pPr>
            <w:r w:rsidRPr="00511BC3">
              <w:rPr>
                <w:b/>
                <w:color w:val="auto"/>
                <w:sz w:val="22"/>
              </w:rPr>
              <w:t>Date</w:t>
            </w:r>
          </w:p>
        </w:tc>
        <w:tc>
          <w:tcPr>
            <w:tcW w:w="6237" w:type="dxa"/>
            <w:shd w:val="clear" w:color="auto" w:fill="FFFFFF"/>
            <w:tcMar>
              <w:top w:w="90" w:type="dxa"/>
              <w:left w:w="110" w:type="dxa"/>
              <w:bottom w:w="90" w:type="dxa"/>
              <w:right w:w="110" w:type="dxa"/>
            </w:tcMar>
            <w:vAlign w:val="center"/>
          </w:tcPr>
          <w:p w14:paraId="7D482F12" w14:textId="77777777" w:rsidR="001D08E1" w:rsidRPr="00511BC3" w:rsidRDefault="001D08E1">
            <w:pPr>
              <w:spacing w:after="0" w:line="240" w:lineRule="auto"/>
              <w:rPr>
                <w:color w:val="auto"/>
                <w:sz w:val="22"/>
              </w:rPr>
            </w:pPr>
          </w:p>
        </w:tc>
      </w:tr>
    </w:tbl>
    <w:p w14:paraId="7DAE9B82" w14:textId="77777777" w:rsidR="001D08E1" w:rsidRPr="00511BC3" w:rsidRDefault="001D08E1" w:rsidP="001D08E1">
      <w:pPr>
        <w:spacing w:after="0" w:line="240" w:lineRule="auto"/>
        <w:rPr>
          <w:color w:val="auto"/>
          <w:sz w:val="22"/>
        </w:rPr>
      </w:pPr>
    </w:p>
    <w:p w14:paraId="2E90C8B5" w14:textId="77777777" w:rsidR="001D08E1" w:rsidRPr="00511BC3" w:rsidRDefault="001D08E1" w:rsidP="001D08E1">
      <w:pPr>
        <w:keepNext/>
        <w:spacing w:after="0" w:line="240" w:lineRule="auto"/>
        <w:rPr>
          <w:color w:val="auto"/>
          <w:sz w:val="22"/>
        </w:rPr>
      </w:pPr>
      <w:r w:rsidRPr="00511BC3">
        <w:rPr>
          <w:b/>
          <w:color w:val="auto"/>
          <w:sz w:val="22"/>
        </w:rPr>
        <w:t>Submission</w:t>
      </w:r>
    </w:p>
    <w:p w14:paraId="0370929C" w14:textId="77777777" w:rsidR="001D08E1" w:rsidRPr="00511BC3" w:rsidRDefault="001D08E1" w:rsidP="001D08E1">
      <w:pPr>
        <w:spacing w:after="0" w:line="240" w:lineRule="auto"/>
        <w:rPr>
          <w:color w:val="auto"/>
          <w:sz w:val="22"/>
        </w:rPr>
      </w:pPr>
      <w:r w:rsidRPr="00511BC3">
        <w:rPr>
          <w:color w:val="auto"/>
          <w:sz w:val="22"/>
        </w:rPr>
        <w:t>When you are ready to submit your application, save the completed form as a final PDF. This will preserve its formatting and help ensure that Bradford Council receives the form as intended. Keep an editable copy and a PDF for your records and submit the PDF with all required supporting documents to the email address and by the deadline stated in the published guidance.</w:t>
      </w:r>
    </w:p>
    <w:p w14:paraId="24EA923C" w14:textId="77777777" w:rsidR="001D08E1" w:rsidRDefault="001D08E1">
      <w:pPr>
        <w:keepNext/>
        <w:keepLines/>
        <w:spacing w:before="160" w:after="140" w:line="240" w:lineRule="auto"/>
        <w:rPr>
          <w:rFonts w:eastAsia="Arial"/>
          <w:b/>
          <w:color w:val="000000"/>
          <w:sz w:val="28"/>
        </w:rPr>
      </w:pPr>
    </w:p>
    <w:sectPr w:rsidR="001D08E1" w:rsidSect="00C83537">
      <w:headerReference w:type="default" r:id="rId8"/>
      <w:footerReference w:type="default" r:id="rId9"/>
      <w:headerReference w:type="first" r:id="rId10"/>
      <w:pgSz w:w="11909" w:h="16834"/>
      <w:pgMar w:top="1382" w:right="1022" w:bottom="907" w:left="102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C558C" w14:textId="77777777" w:rsidR="003560A8" w:rsidRDefault="003560A8">
      <w:pPr>
        <w:spacing w:after="0" w:line="240" w:lineRule="auto"/>
      </w:pPr>
      <w:r>
        <w:separator/>
      </w:r>
    </w:p>
  </w:endnote>
  <w:endnote w:type="continuationSeparator" w:id="0">
    <w:p w14:paraId="5871D9CD" w14:textId="77777777" w:rsidR="003560A8" w:rsidRDefault="00356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6895B" w14:textId="77777777" w:rsidR="007B3C62" w:rsidRPr="00051652" w:rsidRDefault="00063CE6">
    <w:pPr>
      <w:pStyle w:val="Footer"/>
      <w:jc w:val="right"/>
      <w:rPr>
        <w:sz w:val="18"/>
        <w:szCs w:val="18"/>
      </w:rPr>
    </w:pPr>
    <w:r w:rsidRPr="00051652">
      <w:rPr>
        <w:color w:val="0D0D0D" w:themeColor="text1" w:themeTint="F2"/>
        <w:sz w:val="18"/>
        <w:szCs w:val="18"/>
      </w:rPr>
      <w:fldChar w:fldCharType="begin"/>
    </w:r>
    <w:r w:rsidRPr="00051652">
      <w:rPr>
        <w:color w:val="0D0D0D" w:themeColor="text1" w:themeTint="F2"/>
        <w:sz w:val="18"/>
        <w:szCs w:val="18"/>
      </w:rPr>
      <w:instrText>PAGE</w:instrText>
    </w:r>
    <w:r w:rsidRPr="00051652">
      <w:rPr>
        <w:color w:val="0D0D0D" w:themeColor="text1" w:themeTint="F2"/>
        <w:sz w:val="18"/>
        <w:szCs w:val="18"/>
      </w:rPr>
      <w:fldChar w:fldCharType="separate"/>
    </w:r>
    <w:r w:rsidR="00051652" w:rsidRPr="00051652">
      <w:rPr>
        <w:noProof/>
        <w:color w:val="0D0D0D" w:themeColor="text1" w:themeTint="F2"/>
        <w:sz w:val="18"/>
        <w:szCs w:val="18"/>
      </w:rPr>
      <w:t>3</w:t>
    </w:r>
    <w:r w:rsidRPr="00051652">
      <w:rPr>
        <w:color w:val="0D0D0D" w:themeColor="text1" w:themeTint="F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B43F6" w14:textId="77777777" w:rsidR="003560A8" w:rsidRDefault="003560A8">
      <w:pPr>
        <w:spacing w:after="0" w:line="240" w:lineRule="auto"/>
      </w:pPr>
      <w:r>
        <w:separator/>
      </w:r>
    </w:p>
  </w:footnote>
  <w:footnote w:type="continuationSeparator" w:id="0">
    <w:p w14:paraId="1DF1E661" w14:textId="77777777" w:rsidR="003560A8" w:rsidRDefault="003560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25197" w14:textId="77777777" w:rsidR="007B3C62" w:rsidRPr="00000AAA" w:rsidRDefault="008C5966" w:rsidP="008C5966">
    <w:pPr>
      <w:rPr>
        <w:rFonts w:cs="Arial"/>
        <w:bCs/>
        <w:color w:val="595959" w:themeColor="text1" w:themeTint="A6"/>
      </w:rPr>
    </w:pPr>
    <w:r w:rsidRPr="00000AAA">
      <w:rPr>
        <w:rFonts w:cs="Arial"/>
        <w:b/>
        <w:color w:val="595959" w:themeColor="text1" w:themeTint="A6"/>
        <w:sz w:val="16"/>
      </w:rPr>
      <w:t>CULTURAL INVESTMENT PROGRAMME</w:t>
    </w:r>
    <w:r w:rsidRPr="00000AAA">
      <w:rPr>
        <w:rFonts w:cs="Arial"/>
        <w:b/>
        <w:color w:val="595959" w:themeColor="text1" w:themeTint="A6"/>
        <w:sz w:val="16"/>
      </w:rPr>
      <w:br/>
    </w:r>
    <w:r w:rsidRPr="00000AAA">
      <w:rPr>
        <w:rFonts w:cs="Arial"/>
        <w:bCs/>
        <w:color w:val="595959" w:themeColor="text1" w:themeTint="A6"/>
        <w:sz w:val="16"/>
      </w:rPr>
      <w:t>STRATEGIC INVESTMENT ORGANISATION PORTFOLIO 2028-2033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BBDB6" w14:textId="77777777" w:rsidR="008C5966" w:rsidRPr="00000AAA" w:rsidRDefault="0086525A" w:rsidP="008C5966">
    <w:pPr>
      <w:rPr>
        <w:rFonts w:cs="Arial"/>
        <w:bCs/>
        <w:color w:val="595959" w:themeColor="text1" w:themeTint="A6"/>
      </w:rPr>
    </w:pPr>
    <w:r>
      <w:rPr>
        <w:noProof/>
        <w:lang w:eastAsia="en-GB"/>
      </w:rPr>
      <w:drawing>
        <wp:anchor distT="0" distB="0" distL="114300" distR="114300" simplePos="0" relativeHeight="251658240" behindDoc="0" locked="0" layoutInCell="1" allowOverlap="1" wp14:anchorId="77335337" wp14:editId="04ED3A31">
          <wp:simplePos x="0" y="0"/>
          <wp:positionH relativeFrom="margin">
            <wp:posOffset>4826833</wp:posOffset>
          </wp:positionH>
          <wp:positionV relativeFrom="margin">
            <wp:posOffset>-685623</wp:posOffset>
          </wp:positionV>
          <wp:extent cx="1729105" cy="479425"/>
          <wp:effectExtent l="0" t="0" r="0" b="3175"/>
          <wp:wrapSquare wrapText="bothSides"/>
          <wp:docPr id="315849604" name="Picture 315849604" descr="CBMDC-colour-RGB - sma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BMDC-colour-RGB - smal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729105" cy="479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5966" w:rsidRPr="00000AAA">
      <w:rPr>
        <w:rFonts w:cs="Arial"/>
        <w:b/>
        <w:color w:val="595959" w:themeColor="text1" w:themeTint="A6"/>
        <w:sz w:val="16"/>
      </w:rPr>
      <w:t>CULTURAL INVESTMENT PROGRAMME</w:t>
    </w:r>
    <w:r w:rsidR="008C5966" w:rsidRPr="00000AAA">
      <w:rPr>
        <w:rFonts w:cs="Arial"/>
        <w:b/>
        <w:color w:val="595959" w:themeColor="text1" w:themeTint="A6"/>
        <w:sz w:val="16"/>
      </w:rPr>
      <w:br/>
    </w:r>
    <w:r w:rsidR="008C5966" w:rsidRPr="00000AAA">
      <w:rPr>
        <w:rFonts w:cs="Arial"/>
        <w:bCs/>
        <w:color w:val="595959" w:themeColor="text1" w:themeTint="A6"/>
        <w:sz w:val="16"/>
      </w:rPr>
      <w:t>STRATEGIC INVESTMENT ORGANISATION PORTFOLIO 2028-2033</w:t>
    </w:r>
  </w:p>
  <w:p w14:paraId="4049A571" w14:textId="77777777" w:rsidR="008C5966" w:rsidRDefault="008C59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3DBCB404"/>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1706160"/>
    <w:multiLevelType w:val="hybridMultilevel"/>
    <w:tmpl w:val="E954FD8E"/>
    <w:lvl w:ilvl="0" w:tplc="1936863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34F26A2"/>
    <w:multiLevelType w:val="hybridMultilevel"/>
    <w:tmpl w:val="ABD6B67E"/>
    <w:lvl w:ilvl="0" w:tplc="1936863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05964A2"/>
    <w:multiLevelType w:val="multilevel"/>
    <w:tmpl w:val="9D7623F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B4498C"/>
    <w:multiLevelType w:val="hybridMultilevel"/>
    <w:tmpl w:val="9B06C330"/>
    <w:lvl w:ilvl="0" w:tplc="1936863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3206FF7"/>
    <w:multiLevelType w:val="multilevel"/>
    <w:tmpl w:val="94C0FA7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4467E78"/>
    <w:multiLevelType w:val="multilevel"/>
    <w:tmpl w:val="E6B2DBE6"/>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5AC1C7A"/>
    <w:multiLevelType w:val="multilevel"/>
    <w:tmpl w:val="754C8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E72EF0"/>
    <w:multiLevelType w:val="hybridMultilevel"/>
    <w:tmpl w:val="0FF2FEA2"/>
    <w:lvl w:ilvl="0" w:tplc="19368636">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F954620"/>
    <w:multiLevelType w:val="hybridMultilevel"/>
    <w:tmpl w:val="E9EE13B8"/>
    <w:lvl w:ilvl="0" w:tplc="1936863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FA64A28"/>
    <w:multiLevelType w:val="multilevel"/>
    <w:tmpl w:val="E6B2DBE6"/>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C537AD"/>
    <w:multiLevelType w:val="hybridMultilevel"/>
    <w:tmpl w:val="550897C4"/>
    <w:lvl w:ilvl="0" w:tplc="1936863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B42845"/>
    <w:multiLevelType w:val="hybridMultilevel"/>
    <w:tmpl w:val="1CEA90F0"/>
    <w:lvl w:ilvl="0" w:tplc="1936863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E358D2"/>
    <w:multiLevelType w:val="multilevel"/>
    <w:tmpl w:val="54D6124C"/>
    <w:lvl w:ilvl="0">
      <w:start w:val="1"/>
      <w:numFmt w:val="decimal"/>
      <w:lvlText w:val="%1."/>
      <w:lvlJc w:val="left"/>
      <w:pPr>
        <w:ind w:left="360" w:hanging="360"/>
      </w:pPr>
      <w:rPr>
        <w:rFonts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FF1687"/>
    <w:multiLevelType w:val="multilevel"/>
    <w:tmpl w:val="E244F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DB457B"/>
    <w:multiLevelType w:val="hybridMultilevel"/>
    <w:tmpl w:val="97260F4A"/>
    <w:lvl w:ilvl="0" w:tplc="1936863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B42FAD"/>
    <w:multiLevelType w:val="hybridMultilevel"/>
    <w:tmpl w:val="8284A3E4"/>
    <w:lvl w:ilvl="0" w:tplc="1936863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3C4D63"/>
    <w:multiLevelType w:val="hybridMultilevel"/>
    <w:tmpl w:val="8384C5D8"/>
    <w:lvl w:ilvl="0" w:tplc="ABC2B774">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311866"/>
    <w:multiLevelType w:val="hybridMultilevel"/>
    <w:tmpl w:val="59C0AB66"/>
    <w:lvl w:ilvl="0" w:tplc="1936863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BA2917"/>
    <w:multiLevelType w:val="hybridMultilevel"/>
    <w:tmpl w:val="1ABCE314"/>
    <w:lvl w:ilvl="0" w:tplc="1936863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8D7932"/>
    <w:multiLevelType w:val="hybridMultilevel"/>
    <w:tmpl w:val="9BB4F738"/>
    <w:lvl w:ilvl="0" w:tplc="1936863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3F2814"/>
    <w:multiLevelType w:val="hybridMultilevel"/>
    <w:tmpl w:val="A74CB604"/>
    <w:lvl w:ilvl="0" w:tplc="1936863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E80F6D"/>
    <w:multiLevelType w:val="hybridMultilevel"/>
    <w:tmpl w:val="0B307F22"/>
    <w:lvl w:ilvl="0" w:tplc="1936863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875305"/>
    <w:multiLevelType w:val="multilevel"/>
    <w:tmpl w:val="650A8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CC7EE2"/>
    <w:multiLevelType w:val="hybridMultilevel"/>
    <w:tmpl w:val="D924EBF6"/>
    <w:lvl w:ilvl="0" w:tplc="1936863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4532DC"/>
    <w:multiLevelType w:val="multilevel"/>
    <w:tmpl w:val="E0B66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58478E"/>
    <w:multiLevelType w:val="hybridMultilevel"/>
    <w:tmpl w:val="739C8850"/>
    <w:lvl w:ilvl="0" w:tplc="3BC673CA">
      <w:numFmt w:val="bullet"/>
      <w:lvlText w:val="-"/>
      <w:lvlJc w:val="left"/>
      <w:pPr>
        <w:ind w:left="513" w:hanging="360"/>
      </w:pPr>
      <w:rPr>
        <w:rFonts w:ascii="Arial" w:eastAsia="Arial" w:hAnsi="Arial" w:cs="Arial" w:hint="default"/>
        <w:color w:val="000000"/>
      </w:rPr>
    </w:lvl>
    <w:lvl w:ilvl="1" w:tplc="08090003" w:tentative="1">
      <w:start w:val="1"/>
      <w:numFmt w:val="bullet"/>
      <w:lvlText w:val="o"/>
      <w:lvlJc w:val="left"/>
      <w:pPr>
        <w:ind w:left="1233" w:hanging="360"/>
      </w:pPr>
      <w:rPr>
        <w:rFonts w:ascii="Courier New" w:hAnsi="Courier New" w:cs="Courier New" w:hint="default"/>
      </w:rPr>
    </w:lvl>
    <w:lvl w:ilvl="2" w:tplc="08090005" w:tentative="1">
      <w:start w:val="1"/>
      <w:numFmt w:val="bullet"/>
      <w:lvlText w:val=""/>
      <w:lvlJc w:val="left"/>
      <w:pPr>
        <w:ind w:left="1953" w:hanging="360"/>
      </w:pPr>
      <w:rPr>
        <w:rFonts w:ascii="Wingdings" w:hAnsi="Wingdings" w:hint="default"/>
      </w:rPr>
    </w:lvl>
    <w:lvl w:ilvl="3" w:tplc="08090001" w:tentative="1">
      <w:start w:val="1"/>
      <w:numFmt w:val="bullet"/>
      <w:lvlText w:val=""/>
      <w:lvlJc w:val="left"/>
      <w:pPr>
        <w:ind w:left="2673" w:hanging="360"/>
      </w:pPr>
      <w:rPr>
        <w:rFonts w:ascii="Symbol" w:hAnsi="Symbol" w:hint="default"/>
      </w:rPr>
    </w:lvl>
    <w:lvl w:ilvl="4" w:tplc="08090003" w:tentative="1">
      <w:start w:val="1"/>
      <w:numFmt w:val="bullet"/>
      <w:lvlText w:val="o"/>
      <w:lvlJc w:val="left"/>
      <w:pPr>
        <w:ind w:left="3393" w:hanging="360"/>
      </w:pPr>
      <w:rPr>
        <w:rFonts w:ascii="Courier New" w:hAnsi="Courier New" w:cs="Courier New" w:hint="default"/>
      </w:rPr>
    </w:lvl>
    <w:lvl w:ilvl="5" w:tplc="08090005" w:tentative="1">
      <w:start w:val="1"/>
      <w:numFmt w:val="bullet"/>
      <w:lvlText w:val=""/>
      <w:lvlJc w:val="left"/>
      <w:pPr>
        <w:ind w:left="4113" w:hanging="360"/>
      </w:pPr>
      <w:rPr>
        <w:rFonts w:ascii="Wingdings" w:hAnsi="Wingdings" w:hint="default"/>
      </w:rPr>
    </w:lvl>
    <w:lvl w:ilvl="6" w:tplc="08090001" w:tentative="1">
      <w:start w:val="1"/>
      <w:numFmt w:val="bullet"/>
      <w:lvlText w:val=""/>
      <w:lvlJc w:val="left"/>
      <w:pPr>
        <w:ind w:left="4833" w:hanging="360"/>
      </w:pPr>
      <w:rPr>
        <w:rFonts w:ascii="Symbol" w:hAnsi="Symbol" w:hint="default"/>
      </w:rPr>
    </w:lvl>
    <w:lvl w:ilvl="7" w:tplc="08090003" w:tentative="1">
      <w:start w:val="1"/>
      <w:numFmt w:val="bullet"/>
      <w:lvlText w:val="o"/>
      <w:lvlJc w:val="left"/>
      <w:pPr>
        <w:ind w:left="5553" w:hanging="360"/>
      </w:pPr>
      <w:rPr>
        <w:rFonts w:ascii="Courier New" w:hAnsi="Courier New" w:cs="Courier New" w:hint="default"/>
      </w:rPr>
    </w:lvl>
    <w:lvl w:ilvl="8" w:tplc="08090005" w:tentative="1">
      <w:start w:val="1"/>
      <w:numFmt w:val="bullet"/>
      <w:lvlText w:val=""/>
      <w:lvlJc w:val="left"/>
      <w:pPr>
        <w:ind w:left="6273" w:hanging="360"/>
      </w:pPr>
      <w:rPr>
        <w:rFonts w:ascii="Wingdings" w:hAnsi="Wingdings" w:hint="default"/>
      </w:rPr>
    </w:lvl>
  </w:abstractNum>
  <w:abstractNum w:abstractNumId="35" w15:restartNumberingAfterBreak="0">
    <w:nsid w:val="73972939"/>
    <w:multiLevelType w:val="hybridMultilevel"/>
    <w:tmpl w:val="6E1A349A"/>
    <w:lvl w:ilvl="0" w:tplc="1936863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F40261"/>
    <w:multiLevelType w:val="hybridMultilevel"/>
    <w:tmpl w:val="E6AE4BC2"/>
    <w:lvl w:ilvl="0" w:tplc="1936863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200942"/>
    <w:multiLevelType w:val="hybridMultilevel"/>
    <w:tmpl w:val="D7020346"/>
    <w:lvl w:ilvl="0" w:tplc="19368636">
      <w:start w:val="1"/>
      <w:numFmt w:val="bullet"/>
      <w:lvlText w:val=""/>
      <w:lvlJc w:val="left"/>
      <w:pPr>
        <w:ind w:left="873" w:hanging="360"/>
      </w:pPr>
      <w:rPr>
        <w:rFonts w:ascii="Symbol" w:hAnsi="Symbol" w:hint="default"/>
      </w:rPr>
    </w:lvl>
    <w:lvl w:ilvl="1" w:tplc="08090003" w:tentative="1">
      <w:start w:val="1"/>
      <w:numFmt w:val="bullet"/>
      <w:lvlText w:val="o"/>
      <w:lvlJc w:val="left"/>
      <w:pPr>
        <w:ind w:left="1593" w:hanging="360"/>
      </w:pPr>
      <w:rPr>
        <w:rFonts w:ascii="Courier New" w:hAnsi="Courier New" w:cs="Courier New" w:hint="default"/>
      </w:rPr>
    </w:lvl>
    <w:lvl w:ilvl="2" w:tplc="08090005" w:tentative="1">
      <w:start w:val="1"/>
      <w:numFmt w:val="bullet"/>
      <w:lvlText w:val=""/>
      <w:lvlJc w:val="left"/>
      <w:pPr>
        <w:ind w:left="2313" w:hanging="360"/>
      </w:pPr>
      <w:rPr>
        <w:rFonts w:ascii="Wingdings" w:hAnsi="Wingdings" w:hint="default"/>
      </w:rPr>
    </w:lvl>
    <w:lvl w:ilvl="3" w:tplc="08090001" w:tentative="1">
      <w:start w:val="1"/>
      <w:numFmt w:val="bullet"/>
      <w:lvlText w:val=""/>
      <w:lvlJc w:val="left"/>
      <w:pPr>
        <w:ind w:left="3033" w:hanging="360"/>
      </w:pPr>
      <w:rPr>
        <w:rFonts w:ascii="Symbol" w:hAnsi="Symbol" w:hint="default"/>
      </w:rPr>
    </w:lvl>
    <w:lvl w:ilvl="4" w:tplc="08090003" w:tentative="1">
      <w:start w:val="1"/>
      <w:numFmt w:val="bullet"/>
      <w:lvlText w:val="o"/>
      <w:lvlJc w:val="left"/>
      <w:pPr>
        <w:ind w:left="3753" w:hanging="360"/>
      </w:pPr>
      <w:rPr>
        <w:rFonts w:ascii="Courier New" w:hAnsi="Courier New" w:cs="Courier New" w:hint="default"/>
      </w:rPr>
    </w:lvl>
    <w:lvl w:ilvl="5" w:tplc="08090005" w:tentative="1">
      <w:start w:val="1"/>
      <w:numFmt w:val="bullet"/>
      <w:lvlText w:val=""/>
      <w:lvlJc w:val="left"/>
      <w:pPr>
        <w:ind w:left="4473" w:hanging="360"/>
      </w:pPr>
      <w:rPr>
        <w:rFonts w:ascii="Wingdings" w:hAnsi="Wingdings" w:hint="default"/>
      </w:rPr>
    </w:lvl>
    <w:lvl w:ilvl="6" w:tplc="08090001" w:tentative="1">
      <w:start w:val="1"/>
      <w:numFmt w:val="bullet"/>
      <w:lvlText w:val=""/>
      <w:lvlJc w:val="left"/>
      <w:pPr>
        <w:ind w:left="5193" w:hanging="360"/>
      </w:pPr>
      <w:rPr>
        <w:rFonts w:ascii="Symbol" w:hAnsi="Symbol" w:hint="default"/>
      </w:rPr>
    </w:lvl>
    <w:lvl w:ilvl="7" w:tplc="08090003" w:tentative="1">
      <w:start w:val="1"/>
      <w:numFmt w:val="bullet"/>
      <w:lvlText w:val="o"/>
      <w:lvlJc w:val="left"/>
      <w:pPr>
        <w:ind w:left="5913" w:hanging="360"/>
      </w:pPr>
      <w:rPr>
        <w:rFonts w:ascii="Courier New" w:hAnsi="Courier New" w:cs="Courier New" w:hint="default"/>
      </w:rPr>
    </w:lvl>
    <w:lvl w:ilvl="8" w:tplc="08090005" w:tentative="1">
      <w:start w:val="1"/>
      <w:numFmt w:val="bullet"/>
      <w:lvlText w:val=""/>
      <w:lvlJc w:val="left"/>
      <w:pPr>
        <w:ind w:left="6633" w:hanging="360"/>
      </w:pPr>
      <w:rPr>
        <w:rFonts w:ascii="Wingdings" w:hAnsi="Wingdings" w:hint="default"/>
      </w:rPr>
    </w:lvl>
  </w:abstractNum>
  <w:abstractNum w:abstractNumId="38" w15:restartNumberingAfterBreak="0">
    <w:nsid w:val="7D6E2ECD"/>
    <w:multiLevelType w:val="hybridMultilevel"/>
    <w:tmpl w:val="729C4CD6"/>
    <w:lvl w:ilvl="0" w:tplc="1936863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18214A"/>
    <w:multiLevelType w:val="hybridMultilevel"/>
    <w:tmpl w:val="98440A92"/>
    <w:lvl w:ilvl="0" w:tplc="1936863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F7013B"/>
    <w:multiLevelType w:val="multilevel"/>
    <w:tmpl w:val="AD80A784"/>
    <w:lvl w:ilvl="0">
      <w:start w:val="1"/>
      <w:numFmt w:val="bullet"/>
      <w:pStyle w:val="List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16cid:durableId="1796099419">
    <w:abstractNumId w:val="8"/>
  </w:num>
  <w:num w:numId="2" w16cid:durableId="1505362754">
    <w:abstractNumId w:val="6"/>
  </w:num>
  <w:num w:numId="3" w16cid:durableId="1256329003">
    <w:abstractNumId w:val="5"/>
  </w:num>
  <w:num w:numId="4" w16cid:durableId="1366515862">
    <w:abstractNumId w:val="4"/>
  </w:num>
  <w:num w:numId="5" w16cid:durableId="1092777386">
    <w:abstractNumId w:val="7"/>
  </w:num>
  <w:num w:numId="6" w16cid:durableId="215430977">
    <w:abstractNumId w:val="3"/>
  </w:num>
  <w:num w:numId="7" w16cid:durableId="1749230849">
    <w:abstractNumId w:val="2"/>
  </w:num>
  <w:num w:numId="8" w16cid:durableId="245236007">
    <w:abstractNumId w:val="1"/>
  </w:num>
  <w:num w:numId="9" w16cid:durableId="1462764197">
    <w:abstractNumId w:val="0"/>
  </w:num>
  <w:num w:numId="10" w16cid:durableId="692607986">
    <w:abstractNumId w:val="16"/>
  </w:num>
  <w:num w:numId="11" w16cid:durableId="2146385695">
    <w:abstractNumId w:val="31"/>
  </w:num>
  <w:num w:numId="12" w16cid:durableId="1472136784">
    <w:abstractNumId w:val="40"/>
  </w:num>
  <w:num w:numId="13" w16cid:durableId="1620719527">
    <w:abstractNumId w:val="11"/>
  </w:num>
  <w:num w:numId="14" w16cid:durableId="1164473176">
    <w:abstractNumId w:val="33"/>
  </w:num>
  <w:num w:numId="15" w16cid:durableId="634873855">
    <w:abstractNumId w:val="14"/>
  </w:num>
  <w:num w:numId="16" w16cid:durableId="67506864">
    <w:abstractNumId w:val="18"/>
  </w:num>
  <w:num w:numId="17" w16cid:durableId="1228880723">
    <w:abstractNumId w:val="21"/>
  </w:num>
  <w:num w:numId="18" w16cid:durableId="634913069">
    <w:abstractNumId w:val="26"/>
  </w:num>
  <w:num w:numId="19" w16cid:durableId="201986687">
    <w:abstractNumId w:val="23"/>
  </w:num>
  <w:num w:numId="20" w16cid:durableId="1986735322">
    <w:abstractNumId w:val="25"/>
  </w:num>
  <w:num w:numId="21" w16cid:durableId="1382905621">
    <w:abstractNumId w:val="15"/>
  </w:num>
  <w:num w:numId="22" w16cid:durableId="869227324">
    <w:abstractNumId w:val="13"/>
  </w:num>
  <w:num w:numId="23" w16cid:durableId="16585423">
    <w:abstractNumId w:val="24"/>
  </w:num>
  <w:num w:numId="24" w16cid:durableId="26030592">
    <w:abstractNumId w:val="27"/>
  </w:num>
  <w:num w:numId="25" w16cid:durableId="1411391970">
    <w:abstractNumId w:val="10"/>
  </w:num>
  <w:num w:numId="26" w16cid:durableId="370306565">
    <w:abstractNumId w:val="39"/>
  </w:num>
  <w:num w:numId="27" w16cid:durableId="591087364">
    <w:abstractNumId w:val="17"/>
  </w:num>
  <w:num w:numId="28" w16cid:durableId="1020618927">
    <w:abstractNumId w:val="29"/>
  </w:num>
  <w:num w:numId="29" w16cid:durableId="1301692865">
    <w:abstractNumId w:val="28"/>
  </w:num>
  <w:num w:numId="30" w16cid:durableId="551648518">
    <w:abstractNumId w:val="22"/>
  </w:num>
  <w:num w:numId="31" w16cid:durableId="1906647921">
    <w:abstractNumId w:val="30"/>
  </w:num>
  <w:num w:numId="32" w16cid:durableId="450824295">
    <w:abstractNumId w:val="9"/>
  </w:num>
  <w:num w:numId="33" w16cid:durableId="1473795133">
    <w:abstractNumId w:val="36"/>
  </w:num>
  <w:num w:numId="34" w16cid:durableId="2054499595">
    <w:abstractNumId w:val="20"/>
  </w:num>
  <w:num w:numId="35" w16cid:durableId="1216694541">
    <w:abstractNumId w:val="19"/>
  </w:num>
  <w:num w:numId="36" w16cid:durableId="1436091888">
    <w:abstractNumId w:val="32"/>
  </w:num>
  <w:num w:numId="37" w16cid:durableId="2038654141">
    <w:abstractNumId w:val="35"/>
  </w:num>
  <w:num w:numId="38" w16cid:durableId="1265066490">
    <w:abstractNumId w:val="12"/>
  </w:num>
  <w:num w:numId="39" w16cid:durableId="1567522644">
    <w:abstractNumId w:val="38"/>
  </w:num>
  <w:num w:numId="40" w16cid:durableId="2090422173">
    <w:abstractNumId w:val="37"/>
  </w:num>
  <w:num w:numId="41" w16cid:durableId="38564038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AAA"/>
    <w:rsid w:val="000074F4"/>
    <w:rsid w:val="00022004"/>
    <w:rsid w:val="00034557"/>
    <w:rsid w:val="00034616"/>
    <w:rsid w:val="00046A6E"/>
    <w:rsid w:val="00051652"/>
    <w:rsid w:val="00057970"/>
    <w:rsid w:val="0006063C"/>
    <w:rsid w:val="00060F8F"/>
    <w:rsid w:val="000630BB"/>
    <w:rsid w:val="00063CE6"/>
    <w:rsid w:val="00063D7E"/>
    <w:rsid w:val="00067A99"/>
    <w:rsid w:val="00073D9D"/>
    <w:rsid w:val="00075A19"/>
    <w:rsid w:val="000819A0"/>
    <w:rsid w:val="00087537"/>
    <w:rsid w:val="000878AF"/>
    <w:rsid w:val="000A1EEF"/>
    <w:rsid w:val="000B1556"/>
    <w:rsid w:val="000B6657"/>
    <w:rsid w:val="000B79EB"/>
    <w:rsid w:val="000C67BF"/>
    <w:rsid w:val="000D35E5"/>
    <w:rsid w:val="000E12B1"/>
    <w:rsid w:val="000E7272"/>
    <w:rsid w:val="00107076"/>
    <w:rsid w:val="00113915"/>
    <w:rsid w:val="00116CF1"/>
    <w:rsid w:val="00116FAB"/>
    <w:rsid w:val="00135DE1"/>
    <w:rsid w:val="00141539"/>
    <w:rsid w:val="0015074B"/>
    <w:rsid w:val="00153DF8"/>
    <w:rsid w:val="001546F0"/>
    <w:rsid w:val="0017139A"/>
    <w:rsid w:val="00173B9D"/>
    <w:rsid w:val="00176ADE"/>
    <w:rsid w:val="00182327"/>
    <w:rsid w:val="001971A9"/>
    <w:rsid w:val="00197957"/>
    <w:rsid w:val="00197FCA"/>
    <w:rsid w:val="001A5E6E"/>
    <w:rsid w:val="001A6494"/>
    <w:rsid w:val="001B10DC"/>
    <w:rsid w:val="001B3276"/>
    <w:rsid w:val="001B653E"/>
    <w:rsid w:val="001D08E1"/>
    <w:rsid w:val="001D7040"/>
    <w:rsid w:val="001D72A5"/>
    <w:rsid w:val="001E07C2"/>
    <w:rsid w:val="001E29C9"/>
    <w:rsid w:val="001E343B"/>
    <w:rsid w:val="001E3ACC"/>
    <w:rsid w:val="001E6F58"/>
    <w:rsid w:val="0020027A"/>
    <w:rsid w:val="00201A24"/>
    <w:rsid w:val="002106BF"/>
    <w:rsid w:val="002201BB"/>
    <w:rsid w:val="00221825"/>
    <w:rsid w:val="002226A2"/>
    <w:rsid w:val="00224AE6"/>
    <w:rsid w:val="00226E4E"/>
    <w:rsid w:val="002352ED"/>
    <w:rsid w:val="0024241A"/>
    <w:rsid w:val="00245837"/>
    <w:rsid w:val="0026076F"/>
    <w:rsid w:val="00261F13"/>
    <w:rsid w:val="00264F58"/>
    <w:rsid w:val="00271A9D"/>
    <w:rsid w:val="002741BF"/>
    <w:rsid w:val="00280743"/>
    <w:rsid w:val="0028241F"/>
    <w:rsid w:val="00290F27"/>
    <w:rsid w:val="0029639D"/>
    <w:rsid w:val="002A1D43"/>
    <w:rsid w:val="002A3B02"/>
    <w:rsid w:val="002B13EC"/>
    <w:rsid w:val="002B1B6B"/>
    <w:rsid w:val="002B2413"/>
    <w:rsid w:val="002F28A4"/>
    <w:rsid w:val="0030112C"/>
    <w:rsid w:val="00303F40"/>
    <w:rsid w:val="00310718"/>
    <w:rsid w:val="00315F86"/>
    <w:rsid w:val="003165E1"/>
    <w:rsid w:val="00321429"/>
    <w:rsid w:val="003242AA"/>
    <w:rsid w:val="00324FBC"/>
    <w:rsid w:val="00326F90"/>
    <w:rsid w:val="00336221"/>
    <w:rsid w:val="00341312"/>
    <w:rsid w:val="003560A8"/>
    <w:rsid w:val="003625C2"/>
    <w:rsid w:val="003761B5"/>
    <w:rsid w:val="00382A7A"/>
    <w:rsid w:val="0038331F"/>
    <w:rsid w:val="00393CB5"/>
    <w:rsid w:val="003970A2"/>
    <w:rsid w:val="003A0682"/>
    <w:rsid w:val="003A0F2B"/>
    <w:rsid w:val="003A29B0"/>
    <w:rsid w:val="003B4AAE"/>
    <w:rsid w:val="003C3FED"/>
    <w:rsid w:val="003C5FC6"/>
    <w:rsid w:val="003D362B"/>
    <w:rsid w:val="003D6180"/>
    <w:rsid w:val="003E0666"/>
    <w:rsid w:val="003E4F94"/>
    <w:rsid w:val="004020AE"/>
    <w:rsid w:val="0040266C"/>
    <w:rsid w:val="00403E4B"/>
    <w:rsid w:val="0042717A"/>
    <w:rsid w:val="00440461"/>
    <w:rsid w:val="00445696"/>
    <w:rsid w:val="00494616"/>
    <w:rsid w:val="004A0BF6"/>
    <w:rsid w:val="004A104C"/>
    <w:rsid w:val="004A1646"/>
    <w:rsid w:val="004A325F"/>
    <w:rsid w:val="004A7CB4"/>
    <w:rsid w:val="004B2898"/>
    <w:rsid w:val="004B3CB3"/>
    <w:rsid w:val="004B5E73"/>
    <w:rsid w:val="004B60D0"/>
    <w:rsid w:val="004B6AE0"/>
    <w:rsid w:val="004B6F69"/>
    <w:rsid w:val="004C2525"/>
    <w:rsid w:val="004C3D1D"/>
    <w:rsid w:val="004D4DB5"/>
    <w:rsid w:val="004D624A"/>
    <w:rsid w:val="004F2CD2"/>
    <w:rsid w:val="004F4CA5"/>
    <w:rsid w:val="00501B3F"/>
    <w:rsid w:val="005026BA"/>
    <w:rsid w:val="00511BC3"/>
    <w:rsid w:val="0051644F"/>
    <w:rsid w:val="0051794D"/>
    <w:rsid w:val="005246F4"/>
    <w:rsid w:val="00532627"/>
    <w:rsid w:val="00542EF6"/>
    <w:rsid w:val="0054512C"/>
    <w:rsid w:val="00545F1F"/>
    <w:rsid w:val="005518A6"/>
    <w:rsid w:val="00553642"/>
    <w:rsid w:val="00553A7D"/>
    <w:rsid w:val="00554A04"/>
    <w:rsid w:val="00554BC5"/>
    <w:rsid w:val="005657D6"/>
    <w:rsid w:val="00567A80"/>
    <w:rsid w:val="00575940"/>
    <w:rsid w:val="00581D6D"/>
    <w:rsid w:val="00595224"/>
    <w:rsid w:val="005A5A46"/>
    <w:rsid w:val="005B164B"/>
    <w:rsid w:val="005B3AC2"/>
    <w:rsid w:val="005B7CE1"/>
    <w:rsid w:val="005D3AE3"/>
    <w:rsid w:val="005E545F"/>
    <w:rsid w:val="00600D38"/>
    <w:rsid w:val="0060212E"/>
    <w:rsid w:val="00602ED5"/>
    <w:rsid w:val="0060515B"/>
    <w:rsid w:val="00612DEC"/>
    <w:rsid w:val="0061587D"/>
    <w:rsid w:val="006227DD"/>
    <w:rsid w:val="0062520D"/>
    <w:rsid w:val="00627246"/>
    <w:rsid w:val="00656AF0"/>
    <w:rsid w:val="006603E8"/>
    <w:rsid w:val="00670358"/>
    <w:rsid w:val="0067772D"/>
    <w:rsid w:val="006832F0"/>
    <w:rsid w:val="006854C5"/>
    <w:rsid w:val="00691B09"/>
    <w:rsid w:val="00692EB0"/>
    <w:rsid w:val="00692F46"/>
    <w:rsid w:val="00693671"/>
    <w:rsid w:val="006A2409"/>
    <w:rsid w:val="006A5732"/>
    <w:rsid w:val="006B0DE2"/>
    <w:rsid w:val="006B1309"/>
    <w:rsid w:val="006B4FC8"/>
    <w:rsid w:val="006D0AD5"/>
    <w:rsid w:val="006D44D4"/>
    <w:rsid w:val="006D6702"/>
    <w:rsid w:val="006F0639"/>
    <w:rsid w:val="00700031"/>
    <w:rsid w:val="00707538"/>
    <w:rsid w:val="007123F3"/>
    <w:rsid w:val="00712937"/>
    <w:rsid w:val="007155DC"/>
    <w:rsid w:val="0071700E"/>
    <w:rsid w:val="007223CC"/>
    <w:rsid w:val="0073627D"/>
    <w:rsid w:val="00740BFE"/>
    <w:rsid w:val="00747FB6"/>
    <w:rsid w:val="007548ED"/>
    <w:rsid w:val="007567B6"/>
    <w:rsid w:val="00774117"/>
    <w:rsid w:val="00774C93"/>
    <w:rsid w:val="00782446"/>
    <w:rsid w:val="0078739A"/>
    <w:rsid w:val="007874BF"/>
    <w:rsid w:val="00792FF1"/>
    <w:rsid w:val="007A08BC"/>
    <w:rsid w:val="007A20EA"/>
    <w:rsid w:val="007A6806"/>
    <w:rsid w:val="007B20A3"/>
    <w:rsid w:val="007B3C62"/>
    <w:rsid w:val="007B44BE"/>
    <w:rsid w:val="007C40C8"/>
    <w:rsid w:val="007C4ED2"/>
    <w:rsid w:val="007C6EFB"/>
    <w:rsid w:val="007D2962"/>
    <w:rsid w:val="007D35BE"/>
    <w:rsid w:val="007D4F21"/>
    <w:rsid w:val="007E4ED9"/>
    <w:rsid w:val="007E5D18"/>
    <w:rsid w:val="007F0A39"/>
    <w:rsid w:val="007F2B53"/>
    <w:rsid w:val="007F3A75"/>
    <w:rsid w:val="008018BD"/>
    <w:rsid w:val="0080251F"/>
    <w:rsid w:val="00806908"/>
    <w:rsid w:val="00810703"/>
    <w:rsid w:val="00811DDA"/>
    <w:rsid w:val="00812E39"/>
    <w:rsid w:val="0081692A"/>
    <w:rsid w:val="00816B5E"/>
    <w:rsid w:val="0081791B"/>
    <w:rsid w:val="008224AC"/>
    <w:rsid w:val="008227DA"/>
    <w:rsid w:val="008262FD"/>
    <w:rsid w:val="00835C96"/>
    <w:rsid w:val="0084680A"/>
    <w:rsid w:val="0086525A"/>
    <w:rsid w:val="008712BE"/>
    <w:rsid w:val="00881A98"/>
    <w:rsid w:val="0088713B"/>
    <w:rsid w:val="00891D45"/>
    <w:rsid w:val="008A2060"/>
    <w:rsid w:val="008B0A54"/>
    <w:rsid w:val="008B3638"/>
    <w:rsid w:val="008B4FD5"/>
    <w:rsid w:val="008C49FA"/>
    <w:rsid w:val="008C5966"/>
    <w:rsid w:val="008D085B"/>
    <w:rsid w:val="008D62CC"/>
    <w:rsid w:val="008F5DD4"/>
    <w:rsid w:val="008F6EE7"/>
    <w:rsid w:val="0090408D"/>
    <w:rsid w:val="009153C9"/>
    <w:rsid w:val="009208B7"/>
    <w:rsid w:val="00934C7B"/>
    <w:rsid w:val="00935224"/>
    <w:rsid w:val="009429F9"/>
    <w:rsid w:val="0094740A"/>
    <w:rsid w:val="009508E8"/>
    <w:rsid w:val="00956517"/>
    <w:rsid w:val="009629F7"/>
    <w:rsid w:val="00973E59"/>
    <w:rsid w:val="009900FE"/>
    <w:rsid w:val="0099023B"/>
    <w:rsid w:val="009906AF"/>
    <w:rsid w:val="00996D79"/>
    <w:rsid w:val="009A6623"/>
    <w:rsid w:val="009A6BA6"/>
    <w:rsid w:val="009B04E4"/>
    <w:rsid w:val="009B74EB"/>
    <w:rsid w:val="009C5577"/>
    <w:rsid w:val="009D32E0"/>
    <w:rsid w:val="009D4B96"/>
    <w:rsid w:val="009D50E0"/>
    <w:rsid w:val="009E1515"/>
    <w:rsid w:val="009F2084"/>
    <w:rsid w:val="00A00BBA"/>
    <w:rsid w:val="00A20922"/>
    <w:rsid w:val="00A2184F"/>
    <w:rsid w:val="00A21F2A"/>
    <w:rsid w:val="00A26B3A"/>
    <w:rsid w:val="00A35961"/>
    <w:rsid w:val="00A44EC0"/>
    <w:rsid w:val="00A45165"/>
    <w:rsid w:val="00A47EB3"/>
    <w:rsid w:val="00A61989"/>
    <w:rsid w:val="00A620B7"/>
    <w:rsid w:val="00A82BDF"/>
    <w:rsid w:val="00A86821"/>
    <w:rsid w:val="00A95D56"/>
    <w:rsid w:val="00A96194"/>
    <w:rsid w:val="00AA1D8D"/>
    <w:rsid w:val="00AB35B1"/>
    <w:rsid w:val="00AB4621"/>
    <w:rsid w:val="00AB6C5B"/>
    <w:rsid w:val="00AC5759"/>
    <w:rsid w:val="00AC7572"/>
    <w:rsid w:val="00AE0793"/>
    <w:rsid w:val="00AF02E7"/>
    <w:rsid w:val="00AF223B"/>
    <w:rsid w:val="00B04C84"/>
    <w:rsid w:val="00B10992"/>
    <w:rsid w:val="00B115DB"/>
    <w:rsid w:val="00B3226B"/>
    <w:rsid w:val="00B35058"/>
    <w:rsid w:val="00B37F99"/>
    <w:rsid w:val="00B44CBD"/>
    <w:rsid w:val="00B47578"/>
    <w:rsid w:val="00B47730"/>
    <w:rsid w:val="00B63BD2"/>
    <w:rsid w:val="00B733BA"/>
    <w:rsid w:val="00B7737F"/>
    <w:rsid w:val="00B8686C"/>
    <w:rsid w:val="00BC30DB"/>
    <w:rsid w:val="00BC3C12"/>
    <w:rsid w:val="00BC3DBA"/>
    <w:rsid w:val="00BC4503"/>
    <w:rsid w:val="00BC4ABB"/>
    <w:rsid w:val="00BD7720"/>
    <w:rsid w:val="00BE3320"/>
    <w:rsid w:val="00BE6316"/>
    <w:rsid w:val="00BF0543"/>
    <w:rsid w:val="00BF06CC"/>
    <w:rsid w:val="00BF1FC2"/>
    <w:rsid w:val="00BF327A"/>
    <w:rsid w:val="00C10EA2"/>
    <w:rsid w:val="00C24A4B"/>
    <w:rsid w:val="00C3083E"/>
    <w:rsid w:val="00C34957"/>
    <w:rsid w:val="00C47BEB"/>
    <w:rsid w:val="00C55729"/>
    <w:rsid w:val="00C63A57"/>
    <w:rsid w:val="00C64BED"/>
    <w:rsid w:val="00C70152"/>
    <w:rsid w:val="00C73657"/>
    <w:rsid w:val="00C7481F"/>
    <w:rsid w:val="00C75CC3"/>
    <w:rsid w:val="00C83537"/>
    <w:rsid w:val="00C84F71"/>
    <w:rsid w:val="00C9758A"/>
    <w:rsid w:val="00CA2DA5"/>
    <w:rsid w:val="00CB0664"/>
    <w:rsid w:val="00CB2CD9"/>
    <w:rsid w:val="00CC2DFA"/>
    <w:rsid w:val="00CD3DA8"/>
    <w:rsid w:val="00CD6F24"/>
    <w:rsid w:val="00CD7ED2"/>
    <w:rsid w:val="00CE3898"/>
    <w:rsid w:val="00CE57B8"/>
    <w:rsid w:val="00CF5D49"/>
    <w:rsid w:val="00D031C8"/>
    <w:rsid w:val="00D04E5D"/>
    <w:rsid w:val="00D06915"/>
    <w:rsid w:val="00D06C30"/>
    <w:rsid w:val="00D12C9D"/>
    <w:rsid w:val="00D1612A"/>
    <w:rsid w:val="00D208A0"/>
    <w:rsid w:val="00D31D41"/>
    <w:rsid w:val="00D3444F"/>
    <w:rsid w:val="00D44762"/>
    <w:rsid w:val="00D451A7"/>
    <w:rsid w:val="00D53423"/>
    <w:rsid w:val="00D63D9D"/>
    <w:rsid w:val="00D7350E"/>
    <w:rsid w:val="00D75C2E"/>
    <w:rsid w:val="00D761CA"/>
    <w:rsid w:val="00D84AD8"/>
    <w:rsid w:val="00DA4274"/>
    <w:rsid w:val="00DB1710"/>
    <w:rsid w:val="00DB2806"/>
    <w:rsid w:val="00DB2978"/>
    <w:rsid w:val="00DB4D6F"/>
    <w:rsid w:val="00DE027E"/>
    <w:rsid w:val="00DE2880"/>
    <w:rsid w:val="00DE5DFB"/>
    <w:rsid w:val="00DF477E"/>
    <w:rsid w:val="00DF6447"/>
    <w:rsid w:val="00E05499"/>
    <w:rsid w:val="00E137DD"/>
    <w:rsid w:val="00E16A4A"/>
    <w:rsid w:val="00E21711"/>
    <w:rsid w:val="00E41470"/>
    <w:rsid w:val="00E41F27"/>
    <w:rsid w:val="00E60772"/>
    <w:rsid w:val="00E7243F"/>
    <w:rsid w:val="00E77C18"/>
    <w:rsid w:val="00E94C24"/>
    <w:rsid w:val="00EA3A68"/>
    <w:rsid w:val="00EC0F42"/>
    <w:rsid w:val="00EC1583"/>
    <w:rsid w:val="00EC55B1"/>
    <w:rsid w:val="00ED7136"/>
    <w:rsid w:val="00EE10D9"/>
    <w:rsid w:val="00EF6ED2"/>
    <w:rsid w:val="00F00CE1"/>
    <w:rsid w:val="00F02F42"/>
    <w:rsid w:val="00F04EF4"/>
    <w:rsid w:val="00F11168"/>
    <w:rsid w:val="00F12286"/>
    <w:rsid w:val="00F24C08"/>
    <w:rsid w:val="00F26769"/>
    <w:rsid w:val="00F37F5A"/>
    <w:rsid w:val="00F45CA0"/>
    <w:rsid w:val="00F52C9A"/>
    <w:rsid w:val="00F54357"/>
    <w:rsid w:val="00F54D11"/>
    <w:rsid w:val="00F56B4B"/>
    <w:rsid w:val="00F65437"/>
    <w:rsid w:val="00F70A2E"/>
    <w:rsid w:val="00F72258"/>
    <w:rsid w:val="00F73E58"/>
    <w:rsid w:val="00F74F86"/>
    <w:rsid w:val="00F8725D"/>
    <w:rsid w:val="00F90327"/>
    <w:rsid w:val="00F92D4C"/>
    <w:rsid w:val="00FA034F"/>
    <w:rsid w:val="00FA588F"/>
    <w:rsid w:val="00FA672F"/>
    <w:rsid w:val="00FC5576"/>
    <w:rsid w:val="00FC693F"/>
    <w:rsid w:val="00FC6E98"/>
    <w:rsid w:val="00FD36AF"/>
    <w:rsid w:val="00FD6217"/>
    <w:rsid w:val="00FE2CFA"/>
    <w:rsid w:val="00FF1219"/>
    <w:rsid w:val="00FF3A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2BEEF6"/>
  <w14:defaultImageDpi w14:val="300"/>
  <w15:docId w15:val="{9A33A39F-9713-4DBB-9AD6-D3F571BC4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437"/>
    <w:pPr>
      <w:spacing w:after="100" w:line="252" w:lineRule="auto"/>
    </w:pPr>
    <w:rPr>
      <w:rFonts w:ascii="Arial" w:hAnsi="Arial"/>
      <w:color w:val="17364D"/>
      <w:sz w:val="21"/>
    </w:rPr>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contextualSpacing/>
    </w:pPr>
    <w:rPr>
      <w:rFonts w:asciiTheme="majorHAnsi" w:eastAsiaTheme="majorEastAsia" w:hAnsiTheme="majorHAnsi" w:cstheme="majorBid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2"/>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mpt">
    <w:name w:val="Prompt"/>
    <w:pPr>
      <w:keepNext/>
      <w:spacing w:before="100" w:after="60"/>
    </w:pPr>
    <w:rPr>
      <w:rFonts w:ascii="Arial" w:hAnsi="Arial"/>
      <w:b/>
      <w:color w:val="17364D"/>
      <w:sz w:val="21"/>
    </w:rPr>
  </w:style>
  <w:style w:type="paragraph" w:customStyle="1" w:styleId="Helptext">
    <w:name w:val="Help text"/>
    <w:pPr>
      <w:spacing w:after="80"/>
    </w:pPr>
    <w:rPr>
      <w:rFonts w:ascii="Arial" w:hAnsi="Arial"/>
      <w:i/>
      <w:color w:val="66747C"/>
      <w:sz w:val="18"/>
    </w:rPr>
  </w:style>
  <w:style w:type="paragraph" w:styleId="NormalWeb">
    <w:name w:val="Normal (Web)"/>
    <w:basedOn w:val="Normal"/>
    <w:uiPriority w:val="99"/>
    <w:semiHidden/>
    <w:unhideWhenUsed/>
    <w:rsid w:val="00FF1219"/>
    <w:rPr>
      <w:rFonts w:ascii="Times New Roman" w:hAnsi="Times New Roman" w:cs="Times New Roman"/>
      <w:sz w:val="24"/>
      <w:szCs w:val="24"/>
    </w:rPr>
  </w:style>
  <w:style w:type="paragraph" w:customStyle="1" w:styleId="p1">
    <w:name w:val="p1"/>
    <w:basedOn w:val="Normal"/>
    <w:rsid w:val="00F54357"/>
    <w:pPr>
      <w:spacing w:after="0" w:line="240" w:lineRule="auto"/>
    </w:pPr>
    <w:rPr>
      <w:rFonts w:ascii="Verdana" w:eastAsia="Times New Roman" w:hAnsi="Verdana" w:cs="Times New Roman"/>
      <w:color w:val="000000"/>
      <w:sz w:val="16"/>
      <w:szCs w:val="16"/>
      <w:lang w:val="en-GB" w:eastAsia="en-GB"/>
    </w:rPr>
  </w:style>
  <w:style w:type="paragraph" w:styleId="Revision">
    <w:name w:val="Revision"/>
    <w:hidden/>
    <w:uiPriority w:val="99"/>
    <w:semiHidden/>
    <w:rsid w:val="005B7CE1"/>
    <w:pPr>
      <w:spacing w:after="0" w:line="240" w:lineRule="auto"/>
    </w:pPr>
    <w:rPr>
      <w:rFonts w:ascii="Arial" w:hAnsi="Arial"/>
      <w:color w:val="17364D"/>
      <w:sz w:val="21"/>
    </w:rPr>
  </w:style>
  <w:style w:type="character" w:styleId="CommentReference">
    <w:name w:val="annotation reference"/>
    <w:basedOn w:val="DefaultParagraphFont"/>
    <w:uiPriority w:val="99"/>
    <w:semiHidden/>
    <w:unhideWhenUsed/>
    <w:rsid w:val="00F54D11"/>
    <w:rPr>
      <w:sz w:val="16"/>
      <w:szCs w:val="16"/>
    </w:rPr>
  </w:style>
  <w:style w:type="paragraph" w:styleId="CommentText">
    <w:name w:val="annotation text"/>
    <w:basedOn w:val="Normal"/>
    <w:link w:val="CommentTextChar"/>
    <w:uiPriority w:val="99"/>
    <w:unhideWhenUsed/>
    <w:rsid w:val="00F54D11"/>
    <w:pPr>
      <w:spacing w:line="240" w:lineRule="auto"/>
    </w:pPr>
    <w:rPr>
      <w:sz w:val="20"/>
      <w:szCs w:val="20"/>
    </w:rPr>
  </w:style>
  <w:style w:type="character" w:customStyle="1" w:styleId="CommentTextChar">
    <w:name w:val="Comment Text Char"/>
    <w:basedOn w:val="DefaultParagraphFont"/>
    <w:link w:val="CommentText"/>
    <w:uiPriority w:val="99"/>
    <w:rsid w:val="00F54D11"/>
    <w:rPr>
      <w:rFonts w:ascii="Arial" w:hAnsi="Arial"/>
      <w:color w:val="17364D"/>
      <w:sz w:val="20"/>
      <w:szCs w:val="20"/>
    </w:rPr>
  </w:style>
  <w:style w:type="paragraph" w:styleId="CommentSubject">
    <w:name w:val="annotation subject"/>
    <w:basedOn w:val="CommentText"/>
    <w:next w:val="CommentText"/>
    <w:link w:val="CommentSubjectChar"/>
    <w:uiPriority w:val="99"/>
    <w:semiHidden/>
    <w:unhideWhenUsed/>
    <w:rsid w:val="00F54D11"/>
    <w:rPr>
      <w:b/>
      <w:bCs/>
    </w:rPr>
  </w:style>
  <w:style w:type="character" w:customStyle="1" w:styleId="CommentSubjectChar">
    <w:name w:val="Comment Subject Char"/>
    <w:basedOn w:val="CommentTextChar"/>
    <w:link w:val="CommentSubject"/>
    <w:uiPriority w:val="99"/>
    <w:semiHidden/>
    <w:rsid w:val="00F54D11"/>
    <w:rPr>
      <w:rFonts w:ascii="Arial" w:hAnsi="Arial"/>
      <w:b/>
      <w:bCs/>
      <w:color w:val="17364D"/>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15bff63a-15ac-4e32-be93-3c9d668046b6}" enabled="0" method="" siteId="{15bff63a-15ac-4e32-be93-3c9d668046b6}" removed="1"/>
  <clbl:label id="{28b8dfd0-aa16-412c-9b26-b845b9acd1a9}" enabled="0" method="" siteId="{28b8dfd0-aa16-412c-9b26-b845b9acd1a9}" removed="1"/>
</clbl:labelList>
</file>

<file path=docProps/app.xml><?xml version="1.0" encoding="utf-8"?>
<Properties xmlns="http://schemas.openxmlformats.org/officeDocument/2006/extended-properties" xmlns:vt="http://schemas.openxmlformats.org/officeDocument/2006/docPropsVTypes">
  <Template>Normal</Template>
  <TotalTime>8</TotalTime>
  <Pages>16</Pages>
  <Words>3550</Words>
  <Characters>20240</Characters>
  <Application>Microsoft Office Word</Application>
  <DocSecurity>4</DocSecurity>
  <Lines>168</Lines>
  <Paragraphs>47</Paragraphs>
  <ScaleCrop>false</ScaleCrop>
  <HeadingPairs>
    <vt:vector size="2" baseType="variant">
      <vt:variant>
        <vt:lpstr>Title</vt:lpstr>
      </vt:variant>
      <vt:variant>
        <vt:i4>1</vt:i4>
      </vt:variant>
    </vt:vector>
  </HeadingPairs>
  <TitlesOfParts>
    <vt:vector size="1" baseType="lpstr">
      <vt:lpstr>2027/28 Strategic Investment Organisation application form</vt:lpstr>
    </vt:vector>
  </TitlesOfParts>
  <Manager/>
  <Company/>
  <LinksUpToDate>false</LinksUpToDate>
  <CharactersWithSpaces>23743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Investment Organisation Expression of Interest 2028 to 2033</dc:title>
  <dc:subject>Stage 1 expression of interest for indicative Bradford Council investment</dc:subject>
  <dc:creator>City of Bradford Metropolitan District Council</dc:creator>
  <cp:keywords>Bradford; Strategic Investment Organisation; full application; 2028 to 2033</cp:keywords>
  <dc:description>generated by python-docx</dc:description>
  <cp:lastModifiedBy>Katie Phillips</cp:lastModifiedBy>
  <cp:revision>2</cp:revision>
  <cp:lastPrinted>2026-09-29T03:42:00Z</cp:lastPrinted>
  <dcterms:created xsi:type="dcterms:W3CDTF">2026-09-30T13:26:00Z</dcterms:created>
  <dcterms:modified xsi:type="dcterms:W3CDTF">2026-09-30T13:26:00Z</dcterms:modified>
  <cp:category/>
</cp:coreProperties>
</file>